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71C0" w14:textId="772714F5" w:rsidR="00B45F7E" w:rsidRPr="002619BE" w:rsidRDefault="00503C41" w:rsidP="002619BE">
      <w:pPr>
        <w:pStyle w:val="Nadpis1"/>
        <w:spacing w:line="240" w:lineRule="auto"/>
        <w:jc w:val="center"/>
        <w:rPr>
          <w:rFonts w:cstheme="majorHAnsi"/>
          <w:color w:val="C00000"/>
          <w:sz w:val="24"/>
          <w:szCs w:val="24"/>
        </w:rPr>
      </w:pPr>
      <w:r w:rsidRPr="002619BE">
        <w:rPr>
          <w:rFonts w:cstheme="majorHAnsi"/>
          <w:color w:val="C00000"/>
          <w:sz w:val="24"/>
          <w:szCs w:val="24"/>
        </w:rPr>
        <w:t>Žádost o příspěvek na kompenzaci daně z nemovitých věcí</w:t>
      </w:r>
      <w:r>
        <w:rPr>
          <w:rFonts w:cstheme="majorHAnsi"/>
          <w:color w:val="C00000"/>
          <w:sz w:val="24"/>
          <w:szCs w:val="24"/>
        </w:rPr>
        <w:t xml:space="preserve"> </w:t>
      </w:r>
      <w:r w:rsidRPr="002619BE">
        <w:rPr>
          <w:rFonts w:cstheme="majorHAnsi"/>
          <w:color w:val="C00000"/>
          <w:sz w:val="24"/>
          <w:szCs w:val="24"/>
        </w:rPr>
        <w:t>ve výši 75 % uhrazené daně</w:t>
      </w:r>
      <w:r>
        <w:rPr>
          <w:rFonts w:cstheme="majorHAnsi"/>
          <w:color w:val="C00000"/>
          <w:sz w:val="24"/>
          <w:szCs w:val="24"/>
        </w:rPr>
        <w:br/>
        <w:t>pro rok</w:t>
      </w:r>
      <w:r>
        <w:rPr>
          <w:rFonts w:cstheme="majorHAnsi"/>
          <w:color w:val="C00000"/>
          <w:sz w:val="24"/>
          <w:szCs w:val="24"/>
        </w:rPr>
        <w:t xml:space="preserve"> ….</w:t>
      </w:r>
    </w:p>
    <w:p w14:paraId="1B0AAEB7" w14:textId="77777777" w:rsidR="00047C4E" w:rsidRDefault="00047C4E" w:rsidP="002619BE">
      <w:pPr>
        <w:spacing w:line="240" w:lineRule="auto"/>
        <w:jc w:val="both"/>
        <w:rPr>
          <w:rFonts w:asciiTheme="majorHAnsi" w:hAnsiTheme="majorHAnsi" w:cstheme="majorHAnsi"/>
          <w:color w:val="C00000"/>
          <w:sz w:val="20"/>
          <w:szCs w:val="20"/>
        </w:rPr>
      </w:pPr>
    </w:p>
    <w:p w14:paraId="3C980ED6" w14:textId="77777777" w:rsidR="00503C41" w:rsidRDefault="00503C41" w:rsidP="00503C41">
      <w:pPr>
        <w:spacing w:line="240" w:lineRule="auto"/>
        <w:jc w:val="both"/>
        <w:rPr>
          <w:rFonts w:asciiTheme="majorHAnsi" w:hAnsiTheme="majorHAnsi" w:cstheme="majorHAnsi"/>
          <w:color w:val="C00000"/>
          <w:sz w:val="20"/>
          <w:szCs w:val="20"/>
        </w:rPr>
      </w:pPr>
      <w:r>
        <w:rPr>
          <w:rFonts w:asciiTheme="majorHAnsi" w:hAnsiTheme="majorHAnsi" w:cstheme="majorHAnsi"/>
          <w:color w:val="C00000"/>
          <w:sz w:val="20"/>
          <w:szCs w:val="20"/>
        </w:rPr>
        <w:t>Pokud vlastníte elektronický podpis, lze žádost podat i emailem.</w:t>
      </w:r>
    </w:p>
    <w:p w14:paraId="307DEB41" w14:textId="77777777" w:rsidR="00503C41" w:rsidRDefault="00503C41" w:rsidP="00503C41">
      <w:pPr>
        <w:spacing w:line="240" w:lineRule="auto"/>
        <w:jc w:val="both"/>
        <w:rPr>
          <w:rFonts w:asciiTheme="majorHAnsi" w:hAnsiTheme="majorHAnsi" w:cstheme="majorHAnsi"/>
          <w:color w:val="C00000"/>
          <w:sz w:val="20"/>
          <w:szCs w:val="20"/>
        </w:rPr>
      </w:pPr>
      <w:r>
        <w:rPr>
          <w:rFonts w:asciiTheme="majorHAnsi" w:hAnsiTheme="majorHAnsi" w:cstheme="majorHAnsi"/>
          <w:color w:val="C00000"/>
          <w:sz w:val="20"/>
          <w:szCs w:val="20"/>
        </w:rPr>
        <w:t>Ti, kteří úspěšně žádali v roce 2025 a již dodali všechny přílohy, mohou žádost odeslat i bez příloh a podpisů.</w:t>
      </w:r>
    </w:p>
    <w:p w14:paraId="22D548E8" w14:textId="77777777" w:rsidR="00047C4E" w:rsidRDefault="00047C4E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</w:p>
    <w:p w14:paraId="49073BA3" w14:textId="75F3BE37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Jméno a příjmení: 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………………………………………………………………………………………………………</w:t>
      </w:r>
    </w:p>
    <w:p w14:paraId="3587C1BE" w14:textId="6F961F36" w:rsidR="00C34115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Datum narození: 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…………………………………………………………………………………………………………</w:t>
      </w:r>
    </w:p>
    <w:p w14:paraId="2F85DC1A" w14:textId="2E0F4789" w:rsidR="00047C4E" w:rsidRDefault="00047C4E" w:rsidP="00047C4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>
        <w:rPr>
          <w:rFonts w:asciiTheme="majorHAnsi" w:hAnsiTheme="majorHAnsi" w:cstheme="majorHAnsi"/>
          <w:sz w:val="20"/>
          <w:szCs w:val="20"/>
          <w:lang w:val="cs-CZ"/>
        </w:rPr>
        <w:t>Rodné číslo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: </w:t>
      </w:r>
      <w:r>
        <w:rPr>
          <w:rFonts w:asciiTheme="majorHAnsi" w:hAnsiTheme="majorHAnsi" w:cstheme="majorHAnsi"/>
          <w:sz w:val="20"/>
          <w:szCs w:val="20"/>
          <w:lang w:val="cs-CZ"/>
        </w:rPr>
        <w:tab/>
      </w:r>
      <w:r>
        <w:rPr>
          <w:rFonts w:asciiTheme="majorHAnsi" w:hAnsiTheme="majorHAnsi" w:cstheme="majorHAnsi"/>
          <w:sz w:val="20"/>
          <w:szCs w:val="20"/>
          <w:lang w:val="cs-CZ"/>
        </w:rPr>
        <w:tab/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…………………………………………………………………………………………………………</w:t>
      </w:r>
    </w:p>
    <w:p w14:paraId="791CE4E4" w14:textId="64B12E71" w:rsidR="001C6DCF" w:rsidRPr="002619BE" w:rsidRDefault="001C6DCF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>
        <w:rPr>
          <w:rFonts w:asciiTheme="majorHAnsi" w:hAnsiTheme="majorHAnsi" w:cstheme="majorHAnsi"/>
          <w:sz w:val="20"/>
          <w:szCs w:val="20"/>
          <w:lang w:val="cs-CZ"/>
        </w:rPr>
        <w:t xml:space="preserve">Kontaktní údaje: </w:t>
      </w:r>
      <w:r>
        <w:rPr>
          <w:rFonts w:asciiTheme="majorHAnsi" w:hAnsiTheme="majorHAnsi" w:cstheme="majorHAnsi"/>
          <w:sz w:val="20"/>
          <w:szCs w:val="20"/>
          <w:lang w:val="cs-CZ"/>
        </w:rPr>
        <w:tab/>
      </w:r>
      <w:r>
        <w:rPr>
          <w:rFonts w:asciiTheme="majorHAnsi" w:hAnsiTheme="majorHAnsi" w:cstheme="majorHAnsi"/>
          <w:sz w:val="20"/>
          <w:szCs w:val="20"/>
          <w:lang w:val="cs-CZ"/>
        </w:rPr>
        <w:tab/>
        <w:t>Telefon: ……………………………………</w:t>
      </w:r>
      <w:proofErr w:type="gramStart"/>
      <w:r>
        <w:rPr>
          <w:rFonts w:asciiTheme="majorHAnsi" w:hAnsiTheme="majorHAnsi" w:cstheme="majorHAnsi"/>
          <w:sz w:val="20"/>
          <w:szCs w:val="20"/>
          <w:lang w:val="cs-CZ"/>
        </w:rPr>
        <w:t>…….</w:t>
      </w:r>
      <w:proofErr w:type="gramEnd"/>
      <w:r>
        <w:rPr>
          <w:rFonts w:asciiTheme="majorHAnsi" w:hAnsiTheme="majorHAnsi" w:cstheme="majorHAnsi"/>
          <w:sz w:val="20"/>
          <w:szCs w:val="20"/>
          <w:lang w:val="cs-CZ"/>
        </w:rPr>
        <w:t>.</w:t>
      </w:r>
      <w:r>
        <w:rPr>
          <w:rFonts w:asciiTheme="majorHAnsi" w:hAnsiTheme="majorHAnsi" w:cstheme="majorHAnsi"/>
          <w:sz w:val="20"/>
          <w:szCs w:val="20"/>
          <w:lang w:val="cs-CZ"/>
        </w:rPr>
        <w:tab/>
        <w:t>E-mail: ……………………………………</w:t>
      </w:r>
      <w:proofErr w:type="gramStart"/>
      <w:r>
        <w:rPr>
          <w:rFonts w:asciiTheme="majorHAnsi" w:hAnsiTheme="majorHAnsi" w:cstheme="majorHAnsi"/>
          <w:sz w:val="20"/>
          <w:szCs w:val="20"/>
          <w:lang w:val="cs-CZ"/>
        </w:rPr>
        <w:t>…….</w:t>
      </w:r>
      <w:proofErr w:type="gramEnd"/>
      <w:r>
        <w:rPr>
          <w:rFonts w:asciiTheme="majorHAnsi" w:hAnsiTheme="majorHAnsi" w:cstheme="majorHAnsi"/>
          <w:sz w:val="20"/>
          <w:szCs w:val="20"/>
          <w:lang w:val="cs-CZ"/>
        </w:rPr>
        <w:t>.</w:t>
      </w:r>
    </w:p>
    <w:p w14:paraId="34207496" w14:textId="6D383AD3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Adresa trvalého pobytu: 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…………………………………………………………………………………………………</w:t>
      </w:r>
    </w:p>
    <w:p w14:paraId="20199982" w14:textId="72D6E422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Žádám tímto o příspěvek na kompenzaci daně z nemovitých věcí uhrazené v roce </w:t>
      </w:r>
      <w:proofErr w:type="gramStart"/>
      <w:r w:rsidRPr="002619BE">
        <w:rPr>
          <w:rFonts w:asciiTheme="majorHAnsi" w:hAnsiTheme="majorHAnsi" w:cstheme="majorHAnsi"/>
          <w:sz w:val="20"/>
          <w:szCs w:val="20"/>
          <w:lang w:val="cs-CZ"/>
        </w:rPr>
        <w:t>202….</w:t>
      </w:r>
      <w:proofErr w:type="gramEnd"/>
      <w:r w:rsidRPr="002619BE">
        <w:rPr>
          <w:rFonts w:asciiTheme="majorHAnsi" w:hAnsiTheme="majorHAnsi" w:cstheme="majorHAnsi"/>
          <w:sz w:val="20"/>
          <w:szCs w:val="20"/>
          <w:lang w:val="cs-CZ"/>
        </w:rPr>
        <w:t>. za objekt s č.ev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 xml:space="preserve">. 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 xml:space="preserve"> 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na území obce </w:t>
      </w: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Kunčice pod Ondřejníkem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, kde trvale žiji a kde mám rovněž platný trvalý pobyt nejméně od 1. 1. 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 xml:space="preserve">2025 / 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letošního roku.</w:t>
      </w:r>
      <w:r w:rsidR="00DD1B0B">
        <w:rPr>
          <w:rFonts w:asciiTheme="majorHAnsi" w:hAnsiTheme="majorHAnsi" w:cstheme="majorHAnsi"/>
          <w:sz w:val="20"/>
          <w:szCs w:val="20"/>
          <w:lang w:val="cs-CZ"/>
        </w:rPr>
        <w:pict w14:anchorId="5DD7C7D6">
          <v:rect id="_x0000_i1026" style="width:0;height:1.5pt" o:hralign="center" o:hrstd="t" o:hr="t" fillcolor="#a0a0a0" stroked="f"/>
        </w:pict>
      </w:r>
    </w:p>
    <w:p w14:paraId="7F868D5E" w14:textId="405168F1" w:rsidR="00C34115" w:rsidRPr="002619BE" w:rsidRDefault="00C34115" w:rsidP="00047C4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Údaje z katastru nemovitostí:</w:t>
      </w:r>
      <w:r w:rsidR="00047C4E"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 Číslo Listu vlastnictví: …………………………</w:t>
      </w:r>
    </w:p>
    <w:p w14:paraId="67EA47B5" w14:textId="77777777" w:rsidR="00C34115" w:rsidRPr="002619BE" w:rsidRDefault="00DD1B0B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>
        <w:rPr>
          <w:rFonts w:asciiTheme="majorHAnsi" w:hAnsiTheme="majorHAnsi" w:cstheme="majorHAnsi"/>
          <w:sz w:val="20"/>
          <w:szCs w:val="20"/>
          <w:lang w:val="cs-CZ"/>
        </w:rPr>
        <w:pict w14:anchorId="3A1A4C29">
          <v:rect id="_x0000_i1027" style="width:0;height:1.5pt" o:hralign="center" o:hrstd="t" o:hr="t" fillcolor="#a0a0a0" stroked="f"/>
        </w:pict>
      </w:r>
    </w:p>
    <w:p w14:paraId="68CD7A47" w14:textId="5E641B5F" w:rsidR="00047C4E" w:rsidRDefault="00C34115" w:rsidP="002619BE">
      <w:pPr>
        <w:spacing w:line="240" w:lineRule="auto"/>
        <w:jc w:val="both"/>
        <w:rPr>
          <w:rFonts w:asciiTheme="majorHAnsi" w:hAnsiTheme="majorHAnsi" w:cstheme="majorHAnsi"/>
          <w:b/>
          <w:bCs/>
          <w:i/>
          <w:iCs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Výše uhrazené daně </w:t>
      </w:r>
      <w:r w:rsidR="00047C4E"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není třeba dokládat – stačí doložit Zproštění </w:t>
      </w:r>
      <w:proofErr w:type="gramStart"/>
      <w:r w:rsidR="00047C4E"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mlčenlivosti - </w:t>
      </w:r>
      <w:r w:rsidR="00047C4E">
        <w:rPr>
          <w:rFonts w:asciiTheme="majorHAnsi" w:hAnsiTheme="majorHAnsi" w:cstheme="majorHAnsi"/>
          <w:b/>
          <w:bCs/>
          <w:i/>
          <w:iCs/>
          <w:sz w:val="20"/>
          <w:szCs w:val="20"/>
          <w:lang w:val="cs-CZ"/>
        </w:rPr>
        <w:t>Na</w:t>
      </w:r>
      <w:proofErr w:type="gramEnd"/>
      <w:r w:rsidR="00047C4E">
        <w:rPr>
          <w:rFonts w:asciiTheme="majorHAnsi" w:hAnsiTheme="majorHAnsi" w:cstheme="majorHAnsi"/>
          <w:b/>
          <w:bCs/>
          <w:i/>
          <w:iCs/>
          <w:sz w:val="20"/>
          <w:szCs w:val="20"/>
          <w:lang w:val="cs-CZ"/>
        </w:rPr>
        <w:t xml:space="preserve"> základě Zproštění mlčenlivosti dodá všechny nezbytné údaje a částky Finanční úřad. </w:t>
      </w:r>
    </w:p>
    <w:p w14:paraId="2402CDD1" w14:textId="1265DC9F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b/>
          <w:bCs/>
          <w:i/>
          <w:iCs/>
          <w:sz w:val="20"/>
          <w:szCs w:val="20"/>
          <w:lang w:val="cs-CZ"/>
        </w:rPr>
        <w:t>Příklad:</w:t>
      </w:r>
      <w:r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 xml:space="preserve"> rekreační objekt 50 m² s obytným podkrovím platí daň</w:t>
      </w:r>
      <w:r w:rsidR="008E0CA8"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 xml:space="preserve"> </w:t>
      </w:r>
      <w:r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>50 x 12,4 x 4 = 2480,- Kč</w:t>
      </w:r>
      <w:r w:rsidR="002619BE"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 xml:space="preserve"> </w:t>
      </w:r>
      <w:r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 xml:space="preserve">(Při pův. koef = 1 by byla daň rovna 50 x 12,4 x 1 = 620,- Kč, tedy navýšení činí 1860,- Kč = </w:t>
      </w:r>
      <w:r w:rsidRPr="002619BE">
        <w:rPr>
          <w:rFonts w:asciiTheme="majorHAnsi" w:hAnsiTheme="majorHAnsi" w:cstheme="majorHAnsi"/>
          <w:b/>
          <w:bCs/>
          <w:i/>
          <w:iCs/>
          <w:sz w:val="20"/>
          <w:szCs w:val="20"/>
          <w:lang w:val="cs-CZ"/>
        </w:rPr>
        <w:t>75% uhrazené daně = =&gt; toto bude výše příspěvku</w:t>
      </w:r>
      <w:r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>)</w:t>
      </w:r>
      <w:r w:rsidR="002619BE" w:rsidRPr="002619BE">
        <w:rPr>
          <w:rFonts w:asciiTheme="majorHAnsi" w:hAnsiTheme="majorHAnsi" w:cstheme="majorHAnsi"/>
          <w:i/>
          <w:iCs/>
          <w:sz w:val="20"/>
          <w:szCs w:val="20"/>
          <w:lang w:val="cs-CZ"/>
        </w:rPr>
        <w:t>.</w:t>
      </w:r>
      <w:r w:rsidR="00DD1B0B">
        <w:rPr>
          <w:rFonts w:asciiTheme="majorHAnsi" w:hAnsiTheme="majorHAnsi" w:cstheme="majorHAnsi"/>
          <w:sz w:val="20"/>
          <w:szCs w:val="20"/>
          <w:lang w:val="cs-CZ"/>
        </w:rPr>
        <w:pict w14:anchorId="1DE89E8F">
          <v:rect id="_x0000_i1028" style="width:0;height:1.5pt" o:hralign="center" o:hrstd="t" o:hr="t" fillcolor="#a0a0a0" stroked="f"/>
        </w:pict>
      </w:r>
    </w:p>
    <w:p w14:paraId="1A9E921C" w14:textId="77777777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O výplatu schváleného příspěvku žádám (zaškrtněte zvolené):</w:t>
      </w:r>
    </w:p>
    <w:p w14:paraId="50580514" w14:textId="77777777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="Segoe UI Symbol" w:hAnsi="Segoe UI Symbol" w:cs="Segoe UI Symbol"/>
          <w:sz w:val="20"/>
          <w:szCs w:val="20"/>
          <w:lang w:val="cs-CZ"/>
        </w:rPr>
        <w:t>☐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 </w:t>
      </w: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hotově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 (z pokladny OÚ v úředních hodinách)</w:t>
      </w:r>
    </w:p>
    <w:p w14:paraId="145190F1" w14:textId="0D7173FD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="Segoe UI Symbol" w:hAnsi="Segoe UI Symbol" w:cs="Segoe UI Symbol"/>
          <w:sz w:val="20"/>
          <w:szCs w:val="20"/>
          <w:lang w:val="cs-CZ"/>
        </w:rPr>
        <w:t>☐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 </w:t>
      </w: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převodem na účet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 – č. účtu pro výplatu </w:t>
      </w:r>
      <w:r w:rsidR="002619BE"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příspěvku: 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>…</w:t>
      </w:r>
      <w:r w:rsidR="002619BE"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…………………………………………………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 xml:space="preserve"> / </w:t>
      </w:r>
      <w:r w:rsidR="002619BE" w:rsidRPr="002619BE">
        <w:rPr>
          <w:rFonts w:asciiTheme="majorHAnsi" w:hAnsiTheme="majorHAnsi" w:cstheme="majorHAnsi"/>
          <w:sz w:val="20"/>
          <w:szCs w:val="20"/>
          <w:lang w:val="cs-CZ"/>
        </w:rPr>
        <w:t>………………</w:t>
      </w:r>
      <w:r w:rsidR="00DD1B0B">
        <w:rPr>
          <w:rFonts w:asciiTheme="majorHAnsi" w:hAnsiTheme="majorHAnsi" w:cstheme="majorHAnsi"/>
          <w:sz w:val="20"/>
          <w:szCs w:val="20"/>
          <w:lang w:val="cs-CZ"/>
        </w:rPr>
        <w:pict w14:anchorId="00178961">
          <v:rect id="_x0000_i1029" style="width:0;height:1.5pt" o:hralign="center" o:hrstd="t" o:hr="t" fillcolor="#a0a0a0" stroked="f"/>
        </w:pict>
      </w:r>
    </w:p>
    <w:p w14:paraId="2F2B68DE" w14:textId="77777777" w:rsidR="00503C41" w:rsidRPr="002619BE" w:rsidRDefault="00503C41" w:rsidP="00503C41">
      <w:pPr>
        <w:spacing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Povinné přílohy žádosti</w:t>
      </w:r>
      <w:r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 (</w:t>
      </w:r>
      <w:r w:rsidRPr="00520B66">
        <w:rPr>
          <w:rFonts w:asciiTheme="majorHAnsi" w:hAnsiTheme="majorHAnsi" w:cstheme="majorHAnsi"/>
          <w:b/>
          <w:bCs/>
          <w:sz w:val="20"/>
          <w:szCs w:val="20"/>
          <w:u w:val="single"/>
          <w:lang w:val="cs-CZ"/>
        </w:rPr>
        <w:t>jen pokud nebyl</w:t>
      </w:r>
      <w:r>
        <w:rPr>
          <w:rFonts w:asciiTheme="majorHAnsi" w:hAnsiTheme="majorHAnsi" w:cstheme="majorHAnsi"/>
          <w:b/>
          <w:bCs/>
          <w:sz w:val="20"/>
          <w:szCs w:val="20"/>
          <w:u w:val="single"/>
          <w:lang w:val="cs-CZ"/>
        </w:rPr>
        <w:t>y</w:t>
      </w:r>
      <w:r w:rsidRPr="00520B66">
        <w:rPr>
          <w:rFonts w:asciiTheme="majorHAnsi" w:hAnsiTheme="majorHAnsi" w:cstheme="majorHAnsi"/>
          <w:b/>
          <w:bCs/>
          <w:sz w:val="20"/>
          <w:szCs w:val="20"/>
          <w:u w:val="single"/>
          <w:lang w:val="cs-CZ"/>
        </w:rPr>
        <w:t xml:space="preserve"> dodán</w:t>
      </w:r>
      <w:r>
        <w:rPr>
          <w:rFonts w:asciiTheme="majorHAnsi" w:hAnsiTheme="majorHAnsi" w:cstheme="majorHAnsi"/>
          <w:b/>
          <w:bCs/>
          <w:sz w:val="20"/>
          <w:szCs w:val="20"/>
          <w:u w:val="single"/>
          <w:lang w:val="cs-CZ"/>
        </w:rPr>
        <w:t>y</w:t>
      </w:r>
      <w:r w:rsidRPr="00520B66">
        <w:rPr>
          <w:rFonts w:asciiTheme="majorHAnsi" w:hAnsiTheme="majorHAnsi" w:cstheme="majorHAnsi"/>
          <w:b/>
          <w:bCs/>
          <w:sz w:val="20"/>
          <w:szCs w:val="20"/>
          <w:u w:val="single"/>
          <w:lang w:val="cs-CZ"/>
        </w:rPr>
        <w:t xml:space="preserve"> již </w:t>
      </w:r>
      <w:r>
        <w:rPr>
          <w:rFonts w:asciiTheme="majorHAnsi" w:hAnsiTheme="majorHAnsi" w:cstheme="majorHAnsi"/>
          <w:b/>
          <w:bCs/>
          <w:sz w:val="20"/>
          <w:szCs w:val="20"/>
          <w:u w:val="single"/>
          <w:lang w:val="cs-CZ"/>
        </w:rPr>
        <w:t>při předchozí žádosti</w:t>
      </w:r>
      <w:r>
        <w:rPr>
          <w:rFonts w:asciiTheme="majorHAnsi" w:hAnsiTheme="majorHAnsi" w:cstheme="majorHAnsi"/>
          <w:sz w:val="20"/>
          <w:szCs w:val="20"/>
          <w:lang w:val="cs-CZ"/>
        </w:rPr>
        <w:t>)</w:t>
      </w: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:</w:t>
      </w:r>
    </w:p>
    <w:p w14:paraId="58FB5AC1" w14:textId="77777777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(v případě osobního podání na OÚ </w:t>
      </w:r>
      <w:r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Kunčice pod Ondřejníkem</w:t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 si úřad vyhotoví kopie bezplatně sám)</w:t>
      </w:r>
    </w:p>
    <w:p w14:paraId="418CFBA2" w14:textId="257F413D" w:rsidR="00C34115" w:rsidRPr="002619BE" w:rsidRDefault="00047C4E" w:rsidP="002619BE">
      <w:pPr>
        <w:numPr>
          <w:ilvl w:val="0"/>
          <w:numId w:val="13"/>
        </w:numPr>
        <w:spacing w:after="40" w:line="240" w:lineRule="auto"/>
        <w:ind w:left="714" w:hanging="357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cs-CZ"/>
        </w:rPr>
        <w:t>F</w:t>
      </w:r>
      <w:r w:rsidR="00C34115"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otokopie osobního dokladu</w:t>
      </w:r>
      <w:r w:rsidR="00C34115" w:rsidRPr="002619BE">
        <w:rPr>
          <w:rFonts w:asciiTheme="majorHAnsi" w:hAnsiTheme="majorHAnsi" w:cstheme="majorHAnsi"/>
          <w:sz w:val="20"/>
          <w:szCs w:val="20"/>
          <w:lang w:val="cs-CZ"/>
        </w:rPr>
        <w:t xml:space="preserve"> </w:t>
      </w:r>
      <w:r>
        <w:rPr>
          <w:rFonts w:asciiTheme="majorHAnsi" w:hAnsiTheme="majorHAnsi" w:cstheme="majorHAnsi"/>
          <w:sz w:val="20"/>
          <w:szCs w:val="20"/>
          <w:lang w:val="cs-CZ"/>
        </w:rPr>
        <w:t>(občanský průkaz, řidičský průkaz)</w:t>
      </w:r>
    </w:p>
    <w:p w14:paraId="589E4008" w14:textId="69AF866C" w:rsidR="00C34115" w:rsidRDefault="00047C4E" w:rsidP="002619BE">
      <w:pPr>
        <w:numPr>
          <w:ilvl w:val="0"/>
          <w:numId w:val="13"/>
        </w:numPr>
        <w:spacing w:after="40" w:line="240" w:lineRule="auto"/>
        <w:ind w:left="714" w:hanging="357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cs-CZ"/>
        </w:rPr>
        <w:t>D</w:t>
      </w:r>
      <w:r w:rsidR="00C34115" w:rsidRP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>oklad o zřízení / existenci bankovního účtu</w:t>
      </w:r>
      <w:r w:rsidR="002619BE"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 </w:t>
      </w:r>
      <w:r w:rsidR="00C34115" w:rsidRPr="002619BE">
        <w:rPr>
          <w:rFonts w:asciiTheme="majorHAnsi" w:hAnsiTheme="majorHAnsi" w:cstheme="majorHAnsi"/>
          <w:sz w:val="20"/>
          <w:szCs w:val="20"/>
          <w:lang w:val="cs-CZ"/>
        </w:rPr>
        <w:t>(kopie smlouvy o zřízení účtu, kopie posledního výpisu z běžného účtu apod. – povinná příloha, pouze pokud je Příspěvek vyplácen převodem na účet</w:t>
      </w:r>
      <w:r>
        <w:rPr>
          <w:rFonts w:asciiTheme="majorHAnsi" w:hAnsiTheme="majorHAnsi" w:cstheme="majorHAnsi"/>
          <w:sz w:val="20"/>
          <w:szCs w:val="20"/>
          <w:lang w:val="cs-CZ"/>
        </w:rPr>
        <w:t>.</w:t>
      </w:r>
    </w:p>
    <w:p w14:paraId="566A6202" w14:textId="1E8F2E66" w:rsidR="001C6DCF" w:rsidRPr="002619BE" w:rsidRDefault="001C6DCF" w:rsidP="002619BE">
      <w:pPr>
        <w:numPr>
          <w:ilvl w:val="0"/>
          <w:numId w:val="13"/>
        </w:numPr>
        <w:spacing w:after="40" w:line="240" w:lineRule="auto"/>
        <w:ind w:left="714" w:hanging="357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cs-CZ"/>
        </w:rPr>
        <w:t>Plná moc pro Finanční úřad</w:t>
      </w:r>
      <w:r w:rsidR="00047C4E">
        <w:rPr>
          <w:rFonts w:asciiTheme="majorHAnsi" w:hAnsiTheme="majorHAnsi" w:cstheme="majorHAnsi"/>
          <w:b/>
          <w:bCs/>
          <w:sz w:val="20"/>
          <w:szCs w:val="20"/>
          <w:lang w:val="cs-CZ"/>
        </w:rPr>
        <w:t xml:space="preserve"> </w:t>
      </w:r>
      <w:r w:rsidR="00047C4E" w:rsidRPr="00047C4E">
        <w:rPr>
          <w:rFonts w:asciiTheme="majorHAnsi" w:hAnsiTheme="majorHAnsi" w:cstheme="majorHAnsi"/>
          <w:sz w:val="20"/>
          <w:szCs w:val="20"/>
          <w:lang w:val="cs-CZ"/>
        </w:rPr>
        <w:t>(podepsaná)</w:t>
      </w:r>
    </w:p>
    <w:p w14:paraId="4E83BEF2" w14:textId="77777777" w:rsidR="002619BE" w:rsidRDefault="002619BE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</w:p>
    <w:p w14:paraId="2D8958B3" w14:textId="6F3C6958" w:rsidR="00C34115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  <w:sz w:val="20"/>
          <w:szCs w:val="20"/>
          <w:lang w:val="cs-CZ"/>
        </w:rPr>
      </w:pPr>
      <w:r w:rsidRPr="002619BE">
        <w:rPr>
          <w:rFonts w:asciiTheme="majorHAnsi" w:hAnsiTheme="majorHAnsi" w:cstheme="majorHAnsi"/>
          <w:sz w:val="20"/>
          <w:szCs w:val="20"/>
          <w:lang w:val="cs-CZ"/>
        </w:rPr>
        <w:t>Datum: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="002619BE"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Podpis:</w:t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="002619BE">
        <w:rPr>
          <w:rFonts w:asciiTheme="majorHAnsi" w:hAnsiTheme="majorHAnsi" w:cstheme="majorHAnsi"/>
          <w:sz w:val="20"/>
          <w:szCs w:val="20"/>
          <w:lang w:val="cs-CZ"/>
        </w:rPr>
        <w:tab/>
      </w:r>
      <w:r w:rsidRPr="002619BE">
        <w:rPr>
          <w:rFonts w:asciiTheme="majorHAnsi" w:hAnsiTheme="majorHAnsi" w:cstheme="majorHAnsi"/>
          <w:sz w:val="20"/>
          <w:szCs w:val="20"/>
          <w:lang w:val="cs-CZ"/>
        </w:rPr>
        <w:t>………………………………………………………………</w:t>
      </w:r>
    </w:p>
    <w:p w14:paraId="67AECCAB" w14:textId="7D166A7E" w:rsidR="00047C4E" w:rsidRPr="00047C4E" w:rsidRDefault="00047C4E" w:rsidP="00047C4E">
      <w:pPr>
        <w:spacing w:after="40" w:line="240" w:lineRule="auto"/>
        <w:jc w:val="both"/>
        <w:rPr>
          <w:rFonts w:asciiTheme="majorHAnsi" w:hAnsiTheme="majorHAnsi" w:cstheme="majorHAnsi"/>
          <w:i/>
          <w:iCs/>
          <w:sz w:val="20"/>
          <w:szCs w:val="20"/>
          <w:lang w:val="cs-CZ"/>
        </w:rPr>
      </w:pPr>
      <w:r w:rsidRPr="00047C4E">
        <w:rPr>
          <w:rFonts w:asciiTheme="majorHAnsi" w:hAnsiTheme="majorHAnsi" w:cstheme="majorHAnsi"/>
          <w:b/>
          <w:bCs/>
          <w:i/>
          <w:iCs/>
          <w:sz w:val="18"/>
          <w:szCs w:val="18"/>
          <w:lang w:val="cs-CZ"/>
        </w:rPr>
        <w:t>Upozornění:</w:t>
      </w:r>
      <w:r>
        <w:rPr>
          <w:rFonts w:asciiTheme="majorHAnsi" w:hAnsiTheme="majorHAnsi" w:cstheme="majorHAnsi"/>
          <w:i/>
          <w:iCs/>
          <w:sz w:val="18"/>
          <w:szCs w:val="18"/>
          <w:lang w:val="cs-CZ"/>
        </w:rPr>
        <w:t xml:space="preserve"> </w:t>
      </w:r>
      <w:r w:rsidRPr="00047C4E">
        <w:rPr>
          <w:rFonts w:asciiTheme="majorHAnsi" w:hAnsiTheme="majorHAnsi" w:cstheme="majorHAnsi"/>
          <w:i/>
          <w:iCs/>
          <w:sz w:val="18"/>
          <w:szCs w:val="18"/>
          <w:lang w:val="cs-CZ"/>
        </w:rPr>
        <w:t xml:space="preserve">Tímto podpisem zároveň souhlasíte s </w:t>
      </w:r>
      <w:r w:rsidRPr="00047C4E">
        <w:rPr>
          <w:rFonts w:asciiTheme="majorHAnsi" w:hAnsiTheme="majorHAnsi" w:cstheme="majorHAnsi"/>
          <w:i/>
          <w:iCs/>
          <w:sz w:val="20"/>
          <w:szCs w:val="20"/>
          <w:lang w:val="cs-CZ"/>
        </w:rPr>
        <w:t>se zpracováním osobních údajů pro účely posouzení této žádosti.</w:t>
      </w:r>
    </w:p>
    <w:p w14:paraId="795F78F3" w14:textId="37EEA6BF" w:rsidR="004D1CC4" w:rsidRDefault="004D1CC4" w:rsidP="002619BE">
      <w:pPr>
        <w:spacing w:line="240" w:lineRule="auto"/>
        <w:jc w:val="both"/>
        <w:rPr>
          <w:rFonts w:asciiTheme="majorHAnsi" w:hAnsiTheme="majorHAnsi" w:cstheme="majorHAnsi"/>
          <w:i/>
          <w:iCs/>
          <w:sz w:val="18"/>
          <w:szCs w:val="18"/>
          <w:lang w:val="cs-CZ"/>
        </w:rPr>
      </w:pPr>
    </w:p>
    <w:p w14:paraId="694C1F3E" w14:textId="26D5F688" w:rsidR="00B45F7E" w:rsidRPr="002619BE" w:rsidRDefault="00C34115" w:rsidP="002619BE">
      <w:pPr>
        <w:spacing w:line="240" w:lineRule="auto"/>
        <w:jc w:val="both"/>
        <w:rPr>
          <w:rFonts w:asciiTheme="majorHAnsi" w:hAnsiTheme="majorHAnsi" w:cstheme="majorHAnsi"/>
        </w:rPr>
      </w:pPr>
      <w:r w:rsidRPr="002619BE">
        <w:rPr>
          <w:rFonts w:asciiTheme="majorHAnsi" w:hAnsiTheme="majorHAnsi" w:cstheme="majorHAnsi"/>
          <w:i/>
          <w:iCs/>
          <w:sz w:val="18"/>
          <w:szCs w:val="18"/>
          <w:lang w:val="cs-CZ"/>
        </w:rPr>
        <w:t>*</w:t>
      </w:r>
      <w:r w:rsidR="002619BE" w:rsidRPr="002619BE">
        <w:rPr>
          <w:rFonts w:asciiTheme="majorHAnsi" w:hAnsiTheme="majorHAnsi" w:cstheme="majorHAnsi"/>
          <w:i/>
          <w:iCs/>
          <w:sz w:val="18"/>
          <w:szCs w:val="18"/>
          <w:lang w:val="cs-CZ"/>
        </w:rPr>
        <w:t xml:space="preserve"> </w:t>
      </w:r>
      <w:r w:rsidRPr="002619BE">
        <w:rPr>
          <w:rFonts w:asciiTheme="majorHAnsi" w:hAnsiTheme="majorHAnsi" w:cstheme="majorHAnsi"/>
          <w:i/>
          <w:iCs/>
          <w:sz w:val="18"/>
          <w:szCs w:val="18"/>
          <w:lang w:val="cs-CZ"/>
        </w:rPr>
        <w:t xml:space="preserve">V souladu s Pravidly pro poskytování kompenzačního příspěvku z rozpočtu obce </w:t>
      </w:r>
      <w:r w:rsidRPr="002619BE">
        <w:rPr>
          <w:rFonts w:asciiTheme="majorHAnsi" w:hAnsiTheme="majorHAnsi" w:cstheme="majorHAnsi"/>
          <w:b/>
          <w:bCs/>
          <w:i/>
          <w:iCs/>
          <w:sz w:val="18"/>
          <w:szCs w:val="18"/>
          <w:lang w:val="cs-CZ"/>
        </w:rPr>
        <w:t>Kunčice pod Ondřejníkem</w:t>
      </w:r>
      <w:r w:rsidRPr="002619BE">
        <w:rPr>
          <w:rFonts w:asciiTheme="majorHAnsi" w:hAnsiTheme="majorHAnsi" w:cstheme="majorHAnsi"/>
          <w:i/>
          <w:iCs/>
          <w:sz w:val="18"/>
          <w:szCs w:val="18"/>
          <w:lang w:val="cs-CZ"/>
        </w:rPr>
        <w:t xml:space="preserve"> mohou o příspěvek žádat fyzické osoby s trvalým pobytem v obci Kunčice pod Ondřejníkem, které jsou plátcem daně za rekreační objekt, v němž mají trvalé bydliště.</w:t>
      </w:r>
    </w:p>
    <w:sectPr w:rsidR="00B45F7E" w:rsidRPr="002619BE" w:rsidSect="00047C4E">
      <w:pgSz w:w="12240" w:h="15840"/>
      <w:pgMar w:top="426" w:right="1134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D50A06"/>
    <w:multiLevelType w:val="multilevel"/>
    <w:tmpl w:val="70165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523FAB"/>
    <w:multiLevelType w:val="multilevel"/>
    <w:tmpl w:val="6438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4A5924"/>
    <w:multiLevelType w:val="multilevel"/>
    <w:tmpl w:val="022C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D42C7F"/>
    <w:multiLevelType w:val="multilevel"/>
    <w:tmpl w:val="7202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E6CC0"/>
    <w:multiLevelType w:val="multilevel"/>
    <w:tmpl w:val="70165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7940981">
    <w:abstractNumId w:val="8"/>
  </w:num>
  <w:num w:numId="2" w16cid:durableId="1452474380">
    <w:abstractNumId w:val="6"/>
  </w:num>
  <w:num w:numId="3" w16cid:durableId="724375763">
    <w:abstractNumId w:val="5"/>
  </w:num>
  <w:num w:numId="4" w16cid:durableId="1747680374">
    <w:abstractNumId w:val="4"/>
  </w:num>
  <w:num w:numId="5" w16cid:durableId="1048066622">
    <w:abstractNumId w:val="7"/>
  </w:num>
  <w:num w:numId="6" w16cid:durableId="1726756243">
    <w:abstractNumId w:val="3"/>
  </w:num>
  <w:num w:numId="7" w16cid:durableId="1104689113">
    <w:abstractNumId w:val="2"/>
  </w:num>
  <w:num w:numId="8" w16cid:durableId="1288201816">
    <w:abstractNumId w:val="1"/>
  </w:num>
  <w:num w:numId="9" w16cid:durableId="2112582202">
    <w:abstractNumId w:val="0"/>
  </w:num>
  <w:num w:numId="10" w16cid:durableId="394285507">
    <w:abstractNumId w:val="12"/>
  </w:num>
  <w:num w:numId="11" w16cid:durableId="19477601">
    <w:abstractNumId w:val="11"/>
  </w:num>
  <w:num w:numId="12" w16cid:durableId="1727070414">
    <w:abstractNumId w:val="10"/>
  </w:num>
  <w:num w:numId="13" w16cid:durableId="1657763517">
    <w:abstractNumId w:val="9"/>
  </w:num>
  <w:num w:numId="14" w16cid:durableId="15107527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5A8"/>
    <w:rsid w:val="00034616"/>
    <w:rsid w:val="00047C4E"/>
    <w:rsid w:val="00053886"/>
    <w:rsid w:val="0006063C"/>
    <w:rsid w:val="0015074B"/>
    <w:rsid w:val="001C6DCF"/>
    <w:rsid w:val="002619BE"/>
    <w:rsid w:val="00283F1D"/>
    <w:rsid w:val="0029639D"/>
    <w:rsid w:val="003176A6"/>
    <w:rsid w:val="00326F90"/>
    <w:rsid w:val="00373C15"/>
    <w:rsid w:val="0038332C"/>
    <w:rsid w:val="003C7172"/>
    <w:rsid w:val="003D269A"/>
    <w:rsid w:val="00490362"/>
    <w:rsid w:val="004D1CC4"/>
    <w:rsid w:val="004E51CD"/>
    <w:rsid w:val="00503C41"/>
    <w:rsid w:val="007E0F0A"/>
    <w:rsid w:val="008004A1"/>
    <w:rsid w:val="008B0CA8"/>
    <w:rsid w:val="008E0CA8"/>
    <w:rsid w:val="00905422"/>
    <w:rsid w:val="009103DE"/>
    <w:rsid w:val="00910AB9"/>
    <w:rsid w:val="00952E57"/>
    <w:rsid w:val="00A50D00"/>
    <w:rsid w:val="00AA0E24"/>
    <w:rsid w:val="00AA1D8D"/>
    <w:rsid w:val="00B042A7"/>
    <w:rsid w:val="00B15DCF"/>
    <w:rsid w:val="00B45F7E"/>
    <w:rsid w:val="00B47730"/>
    <w:rsid w:val="00C34115"/>
    <w:rsid w:val="00CB0664"/>
    <w:rsid w:val="00D74BAE"/>
    <w:rsid w:val="00E604EB"/>
    <w:rsid w:val="00ED44E5"/>
    <w:rsid w:val="00F843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8F661C"/>
  <w14:defaultImageDpi w14:val="300"/>
  <w15:docId w15:val="{9997F11E-7333-47C5-B729-DB233B2F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373C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54EBB1-100F-418F-AEC0-03AEE48D5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346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Tryščuk</cp:lastModifiedBy>
  <cp:revision>5</cp:revision>
  <dcterms:created xsi:type="dcterms:W3CDTF">2025-11-29T19:44:00Z</dcterms:created>
  <dcterms:modified xsi:type="dcterms:W3CDTF">2026-06-29T04:52:00Z</dcterms:modified>
  <cp:category/>
</cp:coreProperties>
</file>