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06FB6" w14:textId="77777777" w:rsidR="00F832B2" w:rsidRDefault="00000000">
      <w:pPr>
        <w:pStyle w:val="Nzev"/>
      </w:pPr>
      <w:r>
        <w:t>SMLOUVA O NÁJMU POZEMKU</w:t>
      </w:r>
    </w:p>
    <w:p w14:paraId="11DA85D7" w14:textId="77777777" w:rsidR="00F832B2" w:rsidRDefault="00000000">
      <w:proofErr w:type="spellStart"/>
      <w:r>
        <w:t>uzavřená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§ 2201 a </w:t>
      </w:r>
      <w:proofErr w:type="spellStart"/>
      <w:r>
        <w:t>násl</w:t>
      </w:r>
      <w:proofErr w:type="spellEnd"/>
      <w:r>
        <w:t xml:space="preserve">. </w:t>
      </w:r>
      <w:proofErr w:type="spellStart"/>
      <w:r>
        <w:t>zákona</w:t>
      </w:r>
      <w:proofErr w:type="spellEnd"/>
      <w:r>
        <w:t xml:space="preserve"> č. 89/2012 Sb., </w:t>
      </w:r>
      <w:proofErr w:type="spellStart"/>
      <w:r>
        <w:t>občanský</w:t>
      </w:r>
      <w:proofErr w:type="spellEnd"/>
      <w:r>
        <w:t xml:space="preserve"> </w:t>
      </w:r>
      <w:proofErr w:type="spellStart"/>
      <w:r>
        <w:t>zákoník</w:t>
      </w:r>
      <w:proofErr w:type="spellEnd"/>
    </w:p>
    <w:p w14:paraId="4779D6B8" w14:textId="41D29042" w:rsidR="0099412F" w:rsidRDefault="0099412F">
      <w:proofErr w:type="spellStart"/>
      <w:r>
        <w:t>Informace</w:t>
      </w:r>
      <w:proofErr w:type="spellEnd"/>
      <w:r>
        <w:t xml:space="preserve"> o </w:t>
      </w:r>
      <w:proofErr w:type="spellStart"/>
      <w:r>
        <w:t>zveřejněném</w:t>
      </w:r>
      <w:proofErr w:type="spellEnd"/>
      <w:r>
        <w:t xml:space="preserve"> </w:t>
      </w:r>
      <w:proofErr w:type="spellStart"/>
      <w:r>
        <w:t>záměru</w:t>
      </w:r>
      <w:proofErr w:type="spellEnd"/>
      <w:r>
        <w:t xml:space="preserve">: </w:t>
      </w:r>
    </w:p>
    <w:p w14:paraId="074D522A" w14:textId="77777777" w:rsidR="00F832B2" w:rsidRDefault="00000000">
      <w:pPr>
        <w:pStyle w:val="Nadpis1"/>
      </w:pPr>
      <w:proofErr w:type="spellStart"/>
      <w:r>
        <w:t>Smluvní</w:t>
      </w:r>
      <w:proofErr w:type="spellEnd"/>
      <w:r>
        <w:t xml:space="preserve"> </w:t>
      </w:r>
      <w:proofErr w:type="spellStart"/>
      <w:r>
        <w:t>strany</w:t>
      </w:r>
      <w:proofErr w:type="spellEnd"/>
    </w:p>
    <w:p w14:paraId="3C55CC8E" w14:textId="77777777" w:rsidR="00F832B2" w:rsidRDefault="00000000">
      <w:r w:rsidRPr="001262EC">
        <w:rPr>
          <w:b/>
          <w:bCs/>
        </w:rPr>
        <w:t xml:space="preserve">1. </w:t>
      </w:r>
      <w:proofErr w:type="spellStart"/>
      <w:r w:rsidRPr="001262EC">
        <w:rPr>
          <w:b/>
          <w:bCs/>
        </w:rPr>
        <w:t>Pronajímatel</w:t>
      </w:r>
      <w:proofErr w:type="spellEnd"/>
      <w:r w:rsidRPr="001262EC">
        <w:rPr>
          <w:b/>
          <w:bCs/>
        </w:rPr>
        <w:t>:</w:t>
      </w:r>
      <w:r w:rsidRPr="001262EC">
        <w:rPr>
          <w:b/>
          <w:bCs/>
        </w:rPr>
        <w:br/>
      </w:r>
      <w:proofErr w:type="spellStart"/>
      <w:r>
        <w:t>Obec</w:t>
      </w:r>
      <w:proofErr w:type="spellEnd"/>
      <w:r>
        <w:t xml:space="preserve"> </w:t>
      </w:r>
      <w:proofErr w:type="spellStart"/>
      <w:r>
        <w:t>Kunčice</w:t>
      </w:r>
      <w:proofErr w:type="spellEnd"/>
      <w:r>
        <w:t xml:space="preserve"> pod </w:t>
      </w:r>
      <w:proofErr w:type="spellStart"/>
      <w:r>
        <w:t>Ondřejníkem</w:t>
      </w:r>
      <w:proofErr w:type="spellEnd"/>
      <w:r>
        <w:br/>
        <w:t xml:space="preserve">se </w:t>
      </w:r>
      <w:proofErr w:type="spellStart"/>
      <w:r>
        <w:t>sídlem</w:t>
      </w:r>
      <w:proofErr w:type="spellEnd"/>
      <w:r>
        <w:t xml:space="preserve">: </w:t>
      </w:r>
      <w:proofErr w:type="spellStart"/>
      <w:r>
        <w:t>Kunčice</w:t>
      </w:r>
      <w:proofErr w:type="spellEnd"/>
      <w:r>
        <w:t xml:space="preserve"> pod </w:t>
      </w:r>
      <w:proofErr w:type="spellStart"/>
      <w:r>
        <w:t>Ondřejníkem</w:t>
      </w:r>
      <w:proofErr w:type="spellEnd"/>
      <w:r>
        <w:t xml:space="preserve"> </w:t>
      </w:r>
      <w:proofErr w:type="spellStart"/>
      <w:r>
        <w:t>č.p</w:t>
      </w:r>
      <w:proofErr w:type="spellEnd"/>
      <w:r>
        <w:t xml:space="preserve">. 569, 739 13 </w:t>
      </w:r>
      <w:proofErr w:type="spellStart"/>
      <w:r>
        <w:t>Kunčice</w:t>
      </w:r>
      <w:proofErr w:type="spellEnd"/>
      <w:r>
        <w:t xml:space="preserve"> pod </w:t>
      </w:r>
      <w:proofErr w:type="spellStart"/>
      <w:r>
        <w:t>Ondřejníkem</w:t>
      </w:r>
      <w:proofErr w:type="spellEnd"/>
      <w:r>
        <w:br/>
        <w:t>IČO: 00296856</w:t>
      </w:r>
      <w:r>
        <w:br/>
      </w:r>
      <w:proofErr w:type="spellStart"/>
      <w:r>
        <w:t>zastoupená</w:t>
      </w:r>
      <w:proofErr w:type="spellEnd"/>
      <w:r>
        <w:t xml:space="preserve">: Ing. </w:t>
      </w:r>
      <w:proofErr w:type="spellStart"/>
      <w:r>
        <w:t>Jiřím</w:t>
      </w:r>
      <w:proofErr w:type="spellEnd"/>
      <w:r>
        <w:t xml:space="preserve"> Mikalou, </w:t>
      </w:r>
      <w:proofErr w:type="spellStart"/>
      <w:r>
        <w:t>starostou</w:t>
      </w:r>
      <w:proofErr w:type="spellEnd"/>
      <w:r>
        <w:t xml:space="preserve"> </w:t>
      </w:r>
      <w:proofErr w:type="spellStart"/>
      <w:r>
        <w:t>obce</w:t>
      </w:r>
      <w:proofErr w:type="spellEnd"/>
      <w:r>
        <w:br/>
        <w:t>(</w:t>
      </w:r>
      <w:proofErr w:type="spellStart"/>
      <w:r>
        <w:t>dále</w:t>
      </w:r>
      <w:proofErr w:type="spellEnd"/>
      <w:r>
        <w:t xml:space="preserve"> </w:t>
      </w:r>
      <w:proofErr w:type="spellStart"/>
      <w:r>
        <w:t>jen</w:t>
      </w:r>
      <w:proofErr w:type="spellEnd"/>
      <w:r>
        <w:t xml:space="preserve"> „</w:t>
      </w:r>
      <w:proofErr w:type="spellStart"/>
      <w:proofErr w:type="gramStart"/>
      <w:r>
        <w:t>pronajímatel</w:t>
      </w:r>
      <w:proofErr w:type="spellEnd"/>
      <w:r>
        <w:t>“</w:t>
      </w:r>
      <w:proofErr w:type="gramEnd"/>
      <w:r>
        <w:t>)</w:t>
      </w:r>
    </w:p>
    <w:p w14:paraId="42953F60" w14:textId="77777777" w:rsidR="00F832B2" w:rsidRDefault="00000000">
      <w:r w:rsidRPr="001262EC">
        <w:rPr>
          <w:b/>
          <w:bCs/>
        </w:rPr>
        <w:t xml:space="preserve">2. </w:t>
      </w:r>
      <w:proofErr w:type="spellStart"/>
      <w:r w:rsidRPr="001262EC">
        <w:rPr>
          <w:b/>
          <w:bCs/>
        </w:rPr>
        <w:t>Nájemce</w:t>
      </w:r>
      <w:proofErr w:type="spellEnd"/>
      <w:r w:rsidRPr="001262EC">
        <w:rPr>
          <w:b/>
          <w:bCs/>
        </w:rPr>
        <w:t>:</w:t>
      </w:r>
      <w:r w:rsidRPr="001262EC">
        <w:rPr>
          <w:b/>
          <w:bCs/>
        </w:rPr>
        <w:br/>
      </w:r>
      <w:r>
        <w:t xml:space="preserve">Pivovar Ogar </w:t>
      </w:r>
      <w:proofErr w:type="spellStart"/>
      <w:r>
        <w:t>s.r.o.</w:t>
      </w:r>
      <w:proofErr w:type="spellEnd"/>
      <w:r>
        <w:br/>
        <w:t xml:space="preserve">se </w:t>
      </w:r>
      <w:proofErr w:type="spellStart"/>
      <w:r>
        <w:t>sídlem</w:t>
      </w:r>
      <w:proofErr w:type="spellEnd"/>
      <w:r>
        <w:t xml:space="preserve">: </w:t>
      </w:r>
      <w:proofErr w:type="spellStart"/>
      <w:r>
        <w:t>Kunčice</w:t>
      </w:r>
      <w:proofErr w:type="spellEnd"/>
      <w:r>
        <w:t xml:space="preserve"> pod </w:t>
      </w:r>
      <w:proofErr w:type="spellStart"/>
      <w:r>
        <w:t>Ondřejníkem</w:t>
      </w:r>
      <w:proofErr w:type="spellEnd"/>
      <w:r>
        <w:t xml:space="preserve"> </w:t>
      </w:r>
      <w:proofErr w:type="spellStart"/>
      <w:r>
        <w:t>č.p</w:t>
      </w:r>
      <w:proofErr w:type="spellEnd"/>
      <w:r>
        <w:t xml:space="preserve">. 315, 739 13 </w:t>
      </w:r>
      <w:proofErr w:type="spellStart"/>
      <w:r>
        <w:t>Kunčice</w:t>
      </w:r>
      <w:proofErr w:type="spellEnd"/>
      <w:r>
        <w:t xml:space="preserve"> pod </w:t>
      </w:r>
      <w:proofErr w:type="spellStart"/>
      <w:r>
        <w:t>Ondřejníkem</w:t>
      </w:r>
      <w:proofErr w:type="spellEnd"/>
      <w:r>
        <w:br/>
        <w:t>IČO: 04414055</w:t>
      </w:r>
      <w:r>
        <w:br/>
      </w:r>
      <w:proofErr w:type="spellStart"/>
      <w:r>
        <w:t>zastoupená</w:t>
      </w:r>
      <w:proofErr w:type="spellEnd"/>
      <w:r>
        <w:t xml:space="preserve">: </w:t>
      </w:r>
      <w:proofErr w:type="spellStart"/>
      <w:r>
        <w:t>Martinem</w:t>
      </w:r>
      <w:proofErr w:type="spellEnd"/>
      <w:r>
        <w:t xml:space="preserve"> Chalupou, </w:t>
      </w:r>
      <w:proofErr w:type="spellStart"/>
      <w:r>
        <w:t>jednatelem</w:t>
      </w:r>
      <w:proofErr w:type="spellEnd"/>
      <w:r>
        <w:t xml:space="preserve"> </w:t>
      </w:r>
      <w:proofErr w:type="spellStart"/>
      <w:r>
        <w:t>společnosti</w:t>
      </w:r>
      <w:proofErr w:type="spellEnd"/>
      <w:r>
        <w:br/>
        <w:t>(</w:t>
      </w:r>
      <w:proofErr w:type="spellStart"/>
      <w:r>
        <w:t>dále</w:t>
      </w:r>
      <w:proofErr w:type="spellEnd"/>
      <w:r>
        <w:t xml:space="preserve"> </w:t>
      </w:r>
      <w:proofErr w:type="spellStart"/>
      <w:r>
        <w:t>jen</w:t>
      </w:r>
      <w:proofErr w:type="spellEnd"/>
      <w:r>
        <w:t xml:space="preserve"> „</w:t>
      </w:r>
      <w:proofErr w:type="spellStart"/>
      <w:proofErr w:type="gramStart"/>
      <w:r>
        <w:t>nájemce</w:t>
      </w:r>
      <w:proofErr w:type="spellEnd"/>
      <w:r>
        <w:t>“</w:t>
      </w:r>
      <w:proofErr w:type="gramEnd"/>
      <w:r>
        <w:t>)</w:t>
      </w:r>
    </w:p>
    <w:p w14:paraId="72AD0CE7" w14:textId="77777777" w:rsidR="00F832B2" w:rsidRDefault="00000000">
      <w:pPr>
        <w:pStyle w:val="Nadpis1"/>
      </w:pPr>
      <w:r>
        <w:t xml:space="preserve">I. </w:t>
      </w:r>
      <w:proofErr w:type="spellStart"/>
      <w:r>
        <w:t>Předmět</w:t>
      </w:r>
      <w:proofErr w:type="spellEnd"/>
      <w:r>
        <w:t xml:space="preserve"> </w:t>
      </w:r>
      <w:proofErr w:type="spellStart"/>
      <w:r>
        <w:t>nájmu</w:t>
      </w:r>
      <w:proofErr w:type="spellEnd"/>
    </w:p>
    <w:p w14:paraId="71C47548" w14:textId="0D29FB4E" w:rsidR="00905053" w:rsidRPr="00905053" w:rsidRDefault="00000000" w:rsidP="00905053">
      <w:pPr>
        <w:rPr>
          <w:lang w:val="cs-CZ"/>
        </w:rPr>
      </w:pPr>
      <w:r>
        <w:t xml:space="preserve">1. </w:t>
      </w:r>
      <w:proofErr w:type="spellStart"/>
      <w:r>
        <w:t>Pronajímatel</w:t>
      </w:r>
      <w:proofErr w:type="spellEnd"/>
      <w:r>
        <w:t xml:space="preserve"> </w:t>
      </w:r>
      <w:proofErr w:type="spellStart"/>
      <w:r>
        <w:t>přenechává</w:t>
      </w:r>
      <w:proofErr w:type="spellEnd"/>
      <w:r>
        <w:t xml:space="preserve"> </w:t>
      </w:r>
      <w:proofErr w:type="spellStart"/>
      <w:r>
        <w:t>nájemci</w:t>
      </w:r>
      <w:proofErr w:type="spellEnd"/>
      <w:r>
        <w:t xml:space="preserve"> do </w:t>
      </w:r>
      <w:proofErr w:type="spellStart"/>
      <w:r>
        <w:t>užívání</w:t>
      </w:r>
      <w:proofErr w:type="spellEnd"/>
      <w:r>
        <w:t xml:space="preserve"> </w:t>
      </w:r>
      <w:proofErr w:type="spellStart"/>
      <w:r>
        <w:t>pozemek</w:t>
      </w:r>
      <w:proofErr w:type="spellEnd"/>
      <w:r>
        <w:t xml:space="preserve"> parc. č. 1748/2 v </w:t>
      </w:r>
      <w:proofErr w:type="spellStart"/>
      <w:r>
        <w:t>katastrálním</w:t>
      </w:r>
      <w:proofErr w:type="spellEnd"/>
      <w:r>
        <w:t xml:space="preserve"> </w:t>
      </w:r>
      <w:proofErr w:type="spellStart"/>
      <w:r>
        <w:t>území</w:t>
      </w:r>
      <w:proofErr w:type="spellEnd"/>
      <w:r>
        <w:t xml:space="preserve"> </w:t>
      </w:r>
      <w:proofErr w:type="spellStart"/>
      <w:r>
        <w:t>Kunčice</w:t>
      </w:r>
      <w:proofErr w:type="spellEnd"/>
      <w:r>
        <w:t xml:space="preserve"> pod </w:t>
      </w:r>
      <w:proofErr w:type="spellStart"/>
      <w:r>
        <w:t>Ondřejníkem</w:t>
      </w:r>
      <w:proofErr w:type="spellEnd"/>
      <w:r>
        <w:t xml:space="preserve"> o </w:t>
      </w:r>
      <w:proofErr w:type="spellStart"/>
      <w:r>
        <w:t>výměře</w:t>
      </w:r>
      <w:proofErr w:type="spellEnd"/>
      <w:r>
        <w:t xml:space="preserve"> </w:t>
      </w:r>
      <w:proofErr w:type="spellStart"/>
      <w:r>
        <w:t>cca</w:t>
      </w:r>
      <w:proofErr w:type="spellEnd"/>
      <w:r>
        <w:t xml:space="preserve"> 1097 m², </w:t>
      </w:r>
      <w:proofErr w:type="spellStart"/>
      <w:r>
        <w:t>evidovaný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jiná</w:t>
      </w:r>
      <w:proofErr w:type="spellEnd"/>
      <w:r>
        <w:t xml:space="preserve"> </w:t>
      </w:r>
      <w:proofErr w:type="spellStart"/>
      <w:r>
        <w:t>plocha</w:t>
      </w:r>
      <w:proofErr w:type="spellEnd"/>
      <w:r>
        <w:t xml:space="preserve"> / </w:t>
      </w:r>
      <w:proofErr w:type="spellStart"/>
      <w:r>
        <w:t>ostatní</w:t>
      </w:r>
      <w:proofErr w:type="spellEnd"/>
      <w:r>
        <w:t xml:space="preserve"> </w:t>
      </w:r>
      <w:proofErr w:type="spellStart"/>
      <w:r>
        <w:t>plocha</w:t>
      </w:r>
      <w:proofErr w:type="spellEnd"/>
      <w:r>
        <w:t>.</w:t>
      </w:r>
      <w:r>
        <w:br/>
        <w:t xml:space="preserve">2. </w:t>
      </w:r>
      <w:proofErr w:type="spellStart"/>
      <w:r>
        <w:t>Pozemek</w:t>
      </w:r>
      <w:proofErr w:type="spellEnd"/>
      <w:r>
        <w:t xml:space="preserve"> se </w:t>
      </w:r>
      <w:proofErr w:type="spellStart"/>
      <w:r>
        <w:t>nachází</w:t>
      </w:r>
      <w:proofErr w:type="spellEnd"/>
      <w:r>
        <w:t xml:space="preserve"> pod </w:t>
      </w:r>
      <w:proofErr w:type="spellStart"/>
      <w:r>
        <w:t>vlakovým</w:t>
      </w:r>
      <w:proofErr w:type="spellEnd"/>
      <w:r>
        <w:t xml:space="preserve"> </w:t>
      </w:r>
      <w:proofErr w:type="spellStart"/>
      <w:r>
        <w:t>nádražím</w:t>
      </w:r>
      <w:proofErr w:type="spellEnd"/>
      <w:r>
        <w:t xml:space="preserve"> a je </w:t>
      </w:r>
      <w:proofErr w:type="spellStart"/>
      <w:r w:rsidR="001262EC">
        <w:t>označován</w:t>
      </w:r>
      <w:proofErr w:type="spellEnd"/>
      <w:r w:rsidR="001262EC">
        <w:t xml:space="preserve"> </w:t>
      </w:r>
      <w:proofErr w:type="spellStart"/>
      <w:r>
        <w:t>jako</w:t>
      </w:r>
      <w:proofErr w:type="spellEnd"/>
      <w:r>
        <w:t xml:space="preserve"> „</w:t>
      </w:r>
      <w:proofErr w:type="spellStart"/>
      <w:r>
        <w:t>Oddechová</w:t>
      </w:r>
      <w:proofErr w:type="spellEnd"/>
      <w:r>
        <w:t xml:space="preserve"> </w:t>
      </w:r>
      <w:proofErr w:type="spellStart"/>
      <w:proofErr w:type="gramStart"/>
      <w:r>
        <w:t>zóna</w:t>
      </w:r>
      <w:proofErr w:type="spellEnd"/>
      <w:r>
        <w:t>“</w:t>
      </w:r>
      <w:proofErr w:type="gramEnd"/>
      <w:r>
        <w:t>.</w:t>
      </w:r>
      <w:r>
        <w:br/>
        <w:t xml:space="preserve">3. </w:t>
      </w:r>
      <w:proofErr w:type="spellStart"/>
      <w:r>
        <w:t>Tento</w:t>
      </w:r>
      <w:proofErr w:type="spellEnd"/>
      <w:r>
        <w:t xml:space="preserve"> </w:t>
      </w:r>
      <w:proofErr w:type="spellStart"/>
      <w:r>
        <w:t>záměr</w:t>
      </w:r>
      <w:proofErr w:type="spellEnd"/>
      <w:r>
        <w:t xml:space="preserve"> </w:t>
      </w:r>
      <w:proofErr w:type="spellStart"/>
      <w:r>
        <w:t>pronájmu</w:t>
      </w:r>
      <w:proofErr w:type="spellEnd"/>
      <w:r>
        <w:t xml:space="preserve"> </w:t>
      </w:r>
      <w:proofErr w:type="spellStart"/>
      <w:r>
        <w:t>byl</w:t>
      </w:r>
      <w:proofErr w:type="spellEnd"/>
      <w:r>
        <w:t xml:space="preserve"> </w:t>
      </w:r>
      <w:proofErr w:type="spellStart"/>
      <w:r>
        <w:t>zveřejněn</w:t>
      </w:r>
      <w:proofErr w:type="spellEnd"/>
      <w:r>
        <w:t xml:space="preserve"> v </w:t>
      </w:r>
      <w:proofErr w:type="spellStart"/>
      <w:r>
        <w:t>souladu</w:t>
      </w:r>
      <w:proofErr w:type="spellEnd"/>
      <w:r>
        <w:t xml:space="preserve"> s </w:t>
      </w:r>
      <w:proofErr w:type="spellStart"/>
      <w:r>
        <w:t>usnesením</w:t>
      </w:r>
      <w:proofErr w:type="spellEnd"/>
      <w:r>
        <w:t xml:space="preserve"> Rady </w:t>
      </w:r>
      <w:proofErr w:type="spellStart"/>
      <w:r>
        <w:t>obce</w:t>
      </w:r>
      <w:proofErr w:type="spellEnd"/>
      <w:r>
        <w:t xml:space="preserve"> </w:t>
      </w:r>
      <w:proofErr w:type="spellStart"/>
      <w:r>
        <w:t>Kunčice</w:t>
      </w:r>
      <w:proofErr w:type="spellEnd"/>
      <w:r>
        <w:t xml:space="preserve"> pod </w:t>
      </w:r>
      <w:proofErr w:type="spellStart"/>
      <w:r>
        <w:t>Ondřejníkem</w:t>
      </w:r>
      <w:proofErr w:type="spellEnd"/>
      <w:r>
        <w:t xml:space="preserve"> </w:t>
      </w:r>
      <w:r w:rsidR="00905053" w:rsidRPr="00905053">
        <w:rPr>
          <w:lang w:val="cs-CZ"/>
        </w:rPr>
        <w:t>č. </w:t>
      </w:r>
      <w:r w:rsidR="00905053">
        <w:rPr>
          <w:lang w:val="cs-CZ"/>
        </w:rPr>
        <w:t>RO</w:t>
      </w:r>
      <w:r w:rsidR="00905053" w:rsidRPr="00905053">
        <w:rPr>
          <w:lang w:val="cs-CZ"/>
        </w:rPr>
        <w:t>113/2026/13</w:t>
      </w:r>
      <w:r w:rsidR="00905053">
        <w:rPr>
          <w:lang w:val="cs-CZ"/>
        </w:rPr>
        <w:t xml:space="preserve"> </w:t>
      </w:r>
      <w:r w:rsidR="00905053" w:rsidRPr="00905053">
        <w:rPr>
          <w:lang w:val="cs-CZ"/>
        </w:rPr>
        <w:t>ze dne 14. 4. 2026.</w:t>
      </w:r>
    </w:p>
    <w:p w14:paraId="73D5019C" w14:textId="5600EBD0" w:rsidR="00F832B2" w:rsidRDefault="001262EC">
      <w:r>
        <w:t xml:space="preserve">4. </w:t>
      </w:r>
      <w:proofErr w:type="spellStart"/>
      <w:r>
        <w:t>Záměr</w:t>
      </w:r>
      <w:proofErr w:type="spellEnd"/>
      <w:r>
        <w:t xml:space="preserve"> </w:t>
      </w:r>
      <w:proofErr w:type="spellStart"/>
      <w:r>
        <w:t>byl</w:t>
      </w:r>
      <w:proofErr w:type="spellEnd"/>
      <w:r>
        <w:t xml:space="preserve"> </w:t>
      </w:r>
      <w:proofErr w:type="spellStart"/>
      <w:r>
        <w:t>zveřejněn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Úřední</w:t>
      </w:r>
      <w:proofErr w:type="spellEnd"/>
      <w:r>
        <w:t xml:space="preserve"> </w:t>
      </w:r>
      <w:proofErr w:type="spellStart"/>
      <w:r>
        <w:t>desce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</w:t>
      </w:r>
      <w:proofErr w:type="spellStart"/>
      <w:r>
        <w:t>Kunčice</w:t>
      </w:r>
      <w:proofErr w:type="spellEnd"/>
      <w:r>
        <w:t xml:space="preserve"> pod </w:t>
      </w:r>
      <w:proofErr w:type="spellStart"/>
      <w:r>
        <w:t>Ondřejníkem</w:t>
      </w:r>
      <w:proofErr w:type="spellEnd"/>
      <w:r>
        <w:t xml:space="preserve"> od </w:t>
      </w:r>
      <w:r w:rsidR="00905053">
        <w:t>4</w:t>
      </w:r>
      <w:r>
        <w:t>.</w:t>
      </w:r>
      <w:r w:rsidR="00905053">
        <w:t>5</w:t>
      </w:r>
      <w:r>
        <w:t xml:space="preserve">. </w:t>
      </w:r>
      <w:proofErr w:type="spellStart"/>
      <w:r>
        <w:t>do</w:t>
      </w:r>
      <w:proofErr w:type="spellEnd"/>
      <w:r>
        <w:t xml:space="preserve"> </w:t>
      </w:r>
      <w:r w:rsidR="00905053">
        <w:t>21</w:t>
      </w:r>
      <w:r>
        <w:t>.</w:t>
      </w:r>
      <w:r w:rsidR="00905053">
        <w:t>5</w:t>
      </w:r>
      <w:r>
        <w:t>. 202</w:t>
      </w:r>
      <w:r w:rsidR="00905053">
        <w:t>6</w:t>
      </w:r>
      <w:r>
        <w:t xml:space="preserve"> a </w:t>
      </w:r>
      <w:proofErr w:type="spellStart"/>
      <w:r>
        <w:t>kromě</w:t>
      </w:r>
      <w:proofErr w:type="spellEnd"/>
      <w:r>
        <w:t xml:space="preserve"> </w:t>
      </w:r>
      <w:proofErr w:type="spellStart"/>
      <w:r>
        <w:t>nájemce</w:t>
      </w:r>
      <w:proofErr w:type="spellEnd"/>
      <w:r>
        <w:t xml:space="preserve"> o </w:t>
      </w:r>
      <w:proofErr w:type="spellStart"/>
      <w:r>
        <w:t>pronájem</w:t>
      </w:r>
      <w:proofErr w:type="spellEnd"/>
      <w:r>
        <w:t xml:space="preserve"> </w:t>
      </w:r>
      <w:proofErr w:type="spellStart"/>
      <w:r>
        <w:t>plochy</w:t>
      </w:r>
      <w:proofErr w:type="spellEnd"/>
      <w:r>
        <w:t xml:space="preserve"> </w:t>
      </w:r>
      <w:proofErr w:type="spellStart"/>
      <w:r>
        <w:t>neprojevil</w:t>
      </w:r>
      <w:proofErr w:type="spellEnd"/>
      <w:r>
        <w:t xml:space="preserve"> </w:t>
      </w:r>
      <w:proofErr w:type="spellStart"/>
      <w:r>
        <w:t>zájem</w:t>
      </w:r>
      <w:proofErr w:type="spellEnd"/>
      <w:r>
        <w:t xml:space="preserve">, </w:t>
      </w:r>
      <w:proofErr w:type="spellStart"/>
      <w:r>
        <w:t>žádný</w:t>
      </w:r>
      <w:proofErr w:type="spellEnd"/>
      <w:r>
        <w:t xml:space="preserve"> </w:t>
      </w:r>
      <w:proofErr w:type="spellStart"/>
      <w:r>
        <w:t>další</w:t>
      </w:r>
      <w:proofErr w:type="spellEnd"/>
      <w:r>
        <w:t xml:space="preserve"> </w:t>
      </w:r>
      <w:proofErr w:type="spellStart"/>
      <w:r>
        <w:t>žadatel</w:t>
      </w:r>
      <w:proofErr w:type="spellEnd"/>
      <w:r>
        <w:t>.</w:t>
      </w:r>
      <w:r w:rsidR="00000000">
        <w:br/>
      </w:r>
      <w:r>
        <w:t>5</w:t>
      </w:r>
      <w:r w:rsidR="00000000">
        <w:t xml:space="preserve">. </w:t>
      </w:r>
      <w:proofErr w:type="spellStart"/>
      <w:r w:rsidR="00000000">
        <w:t>Pozemek</w:t>
      </w:r>
      <w:proofErr w:type="spellEnd"/>
      <w:r w:rsidR="00000000">
        <w:t xml:space="preserve"> </w:t>
      </w:r>
      <w:proofErr w:type="spellStart"/>
      <w:r w:rsidR="00000000">
        <w:t>bude</w:t>
      </w:r>
      <w:proofErr w:type="spellEnd"/>
      <w:r w:rsidR="00000000">
        <w:t xml:space="preserve"> </w:t>
      </w:r>
      <w:proofErr w:type="spellStart"/>
      <w:r w:rsidR="00000000">
        <w:t>sloužit</w:t>
      </w:r>
      <w:proofErr w:type="spellEnd"/>
      <w:r w:rsidR="00000000">
        <w:t xml:space="preserve"> k </w:t>
      </w:r>
      <w:proofErr w:type="spellStart"/>
      <w:r w:rsidR="00000000">
        <w:t>rekreačním</w:t>
      </w:r>
      <w:proofErr w:type="spellEnd"/>
      <w:r w:rsidR="00000000">
        <w:t xml:space="preserve"> </w:t>
      </w:r>
      <w:proofErr w:type="gramStart"/>
      <w:r w:rsidR="00000000">
        <w:t>a</w:t>
      </w:r>
      <w:proofErr w:type="gramEnd"/>
      <w:r w:rsidR="00000000">
        <w:t xml:space="preserve"> </w:t>
      </w:r>
      <w:proofErr w:type="spellStart"/>
      <w:r w:rsidR="00000000">
        <w:t>odpočinkovým</w:t>
      </w:r>
      <w:proofErr w:type="spellEnd"/>
      <w:r w:rsidR="00000000">
        <w:t xml:space="preserve"> </w:t>
      </w:r>
      <w:proofErr w:type="spellStart"/>
      <w:r w:rsidR="00000000">
        <w:t>účelům</w:t>
      </w:r>
      <w:proofErr w:type="spellEnd"/>
      <w:r w:rsidR="00000000">
        <w:t xml:space="preserve">, s </w:t>
      </w:r>
      <w:proofErr w:type="spellStart"/>
      <w:r w:rsidR="00000000">
        <w:t>podmínkou</w:t>
      </w:r>
      <w:proofErr w:type="spellEnd"/>
      <w:r w:rsidR="00000000">
        <w:t xml:space="preserve"> </w:t>
      </w:r>
      <w:proofErr w:type="spellStart"/>
      <w:r w:rsidR="00000000">
        <w:t>volného</w:t>
      </w:r>
      <w:proofErr w:type="spellEnd"/>
      <w:r w:rsidR="00000000">
        <w:t xml:space="preserve"> </w:t>
      </w:r>
      <w:proofErr w:type="spellStart"/>
      <w:r w:rsidR="00000000">
        <w:t>přístupu</w:t>
      </w:r>
      <w:proofErr w:type="spellEnd"/>
      <w:r w:rsidR="00000000">
        <w:t xml:space="preserve"> </w:t>
      </w:r>
      <w:proofErr w:type="spellStart"/>
      <w:r w:rsidR="00000000">
        <w:t>veřejnosti</w:t>
      </w:r>
      <w:proofErr w:type="spellEnd"/>
      <w:r w:rsidR="00000000">
        <w:t xml:space="preserve"> </w:t>
      </w:r>
      <w:proofErr w:type="spellStart"/>
      <w:r w:rsidR="00000000">
        <w:t>alespoň</w:t>
      </w:r>
      <w:proofErr w:type="spellEnd"/>
      <w:r w:rsidR="00000000">
        <w:t xml:space="preserve"> </w:t>
      </w:r>
      <w:proofErr w:type="spellStart"/>
      <w:r w:rsidR="00000000">
        <w:t>během</w:t>
      </w:r>
      <w:proofErr w:type="spellEnd"/>
      <w:r w:rsidR="00000000">
        <w:t xml:space="preserve"> </w:t>
      </w:r>
      <w:proofErr w:type="spellStart"/>
      <w:r w:rsidR="00000000">
        <w:t>denních</w:t>
      </w:r>
      <w:proofErr w:type="spellEnd"/>
      <w:r w:rsidR="00000000">
        <w:t xml:space="preserve"> </w:t>
      </w:r>
      <w:proofErr w:type="spellStart"/>
      <w:r w:rsidR="00000000">
        <w:t>hodin</w:t>
      </w:r>
      <w:proofErr w:type="spellEnd"/>
      <w:r w:rsidR="00000000">
        <w:t>.</w:t>
      </w:r>
    </w:p>
    <w:p w14:paraId="4DABBC13" w14:textId="77777777" w:rsidR="00F832B2" w:rsidRDefault="00000000">
      <w:pPr>
        <w:pStyle w:val="Nadpis1"/>
      </w:pPr>
      <w:r>
        <w:t xml:space="preserve">II. Doba </w:t>
      </w:r>
      <w:proofErr w:type="spellStart"/>
      <w:r>
        <w:t>nájmu</w:t>
      </w:r>
      <w:proofErr w:type="spellEnd"/>
    </w:p>
    <w:p w14:paraId="505B0F3A" w14:textId="5FA52477" w:rsidR="00F832B2" w:rsidRDefault="00000000">
      <w:r>
        <w:t xml:space="preserve">1. </w:t>
      </w:r>
      <w:proofErr w:type="spellStart"/>
      <w:r>
        <w:t>Nájem</w:t>
      </w:r>
      <w:proofErr w:type="spellEnd"/>
      <w:r>
        <w:t xml:space="preserve"> se </w:t>
      </w:r>
      <w:proofErr w:type="spellStart"/>
      <w:r>
        <w:t>sjednává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dobu</w:t>
      </w:r>
      <w:proofErr w:type="spellEnd"/>
      <w:r>
        <w:t xml:space="preserve"> </w:t>
      </w:r>
      <w:proofErr w:type="spellStart"/>
      <w:r>
        <w:t>určitou</w:t>
      </w:r>
      <w:proofErr w:type="spellEnd"/>
      <w:r>
        <w:t xml:space="preserve"> od </w:t>
      </w:r>
      <w:proofErr w:type="spellStart"/>
      <w:r w:rsidR="008176D2">
        <w:t>oboustranného</w:t>
      </w:r>
      <w:proofErr w:type="spellEnd"/>
      <w:r w:rsidR="008176D2">
        <w:t xml:space="preserve"> </w:t>
      </w:r>
      <w:proofErr w:type="spellStart"/>
      <w:r w:rsidR="008176D2">
        <w:t>podpisu</w:t>
      </w:r>
      <w:proofErr w:type="spellEnd"/>
      <w:r w:rsidR="008176D2">
        <w:t xml:space="preserve"> </w:t>
      </w:r>
      <w:proofErr w:type="spellStart"/>
      <w:r w:rsidR="008176D2">
        <w:t>smouvy</w:t>
      </w:r>
      <w:proofErr w:type="spellEnd"/>
      <w:r w:rsidR="008176D2">
        <w:t xml:space="preserve"> </w:t>
      </w:r>
      <w:r>
        <w:t>do 3</w:t>
      </w:r>
      <w:r w:rsidR="00905053">
        <w:t>1</w:t>
      </w:r>
      <w:r>
        <w:t xml:space="preserve">. </w:t>
      </w:r>
      <w:r w:rsidR="001262EC">
        <w:t>1</w:t>
      </w:r>
      <w:r w:rsidR="00905053">
        <w:t>2</w:t>
      </w:r>
      <w:r>
        <w:t>. 202</w:t>
      </w:r>
      <w:r w:rsidR="00905053">
        <w:t>7</w:t>
      </w:r>
      <w:r>
        <w:t>.</w:t>
      </w:r>
      <w:r>
        <w:br/>
        <w:t xml:space="preserve">2. </w:t>
      </w:r>
      <w:proofErr w:type="spellStart"/>
      <w:r>
        <w:t>Možnost</w:t>
      </w:r>
      <w:proofErr w:type="spellEnd"/>
      <w:r>
        <w:t xml:space="preserve"> </w:t>
      </w:r>
      <w:proofErr w:type="spellStart"/>
      <w:r>
        <w:t>prodloužení</w:t>
      </w:r>
      <w:proofErr w:type="spellEnd"/>
      <w:r>
        <w:t xml:space="preserve"> </w:t>
      </w:r>
      <w:proofErr w:type="spellStart"/>
      <w:r>
        <w:t>nájmu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řešena</w:t>
      </w:r>
      <w:proofErr w:type="spellEnd"/>
      <w:r>
        <w:t xml:space="preserve"> </w:t>
      </w:r>
      <w:proofErr w:type="spellStart"/>
      <w:r>
        <w:t>samostatným</w:t>
      </w:r>
      <w:proofErr w:type="spellEnd"/>
      <w:r>
        <w:t xml:space="preserve"> </w:t>
      </w:r>
      <w:proofErr w:type="spellStart"/>
      <w:r w:rsidR="001262EC">
        <w:t>číslovaným</w:t>
      </w:r>
      <w:proofErr w:type="spellEnd"/>
      <w:r w:rsidR="001262EC">
        <w:t xml:space="preserve"> </w:t>
      </w:r>
      <w:proofErr w:type="spellStart"/>
      <w:r>
        <w:t>dodatkem</w:t>
      </w:r>
      <w:proofErr w:type="spellEnd"/>
      <w:r w:rsidR="001262EC">
        <w:t xml:space="preserve"> </w:t>
      </w:r>
      <w:proofErr w:type="spellStart"/>
      <w:r w:rsidR="001262EC">
        <w:t>nebo</w:t>
      </w:r>
      <w:proofErr w:type="spellEnd"/>
      <w:r w:rsidR="001262EC">
        <w:t xml:space="preserve"> </w:t>
      </w:r>
      <w:proofErr w:type="spellStart"/>
      <w:r w:rsidR="001262EC">
        <w:t>novou</w:t>
      </w:r>
      <w:proofErr w:type="spellEnd"/>
      <w:r w:rsidR="001262EC">
        <w:t xml:space="preserve"> </w:t>
      </w:r>
      <w:proofErr w:type="spellStart"/>
      <w:r w:rsidR="001262EC">
        <w:t>smlouvou</w:t>
      </w:r>
      <w:proofErr w:type="spellEnd"/>
      <w:r>
        <w:t>.</w:t>
      </w:r>
    </w:p>
    <w:p w14:paraId="5063F43E" w14:textId="77777777" w:rsidR="00F832B2" w:rsidRDefault="00000000">
      <w:pPr>
        <w:pStyle w:val="Nadpis1"/>
      </w:pPr>
      <w:r>
        <w:lastRenderedPageBreak/>
        <w:t xml:space="preserve">III. </w:t>
      </w:r>
      <w:proofErr w:type="spellStart"/>
      <w:r>
        <w:t>Nájemné</w:t>
      </w:r>
      <w:proofErr w:type="spellEnd"/>
    </w:p>
    <w:p w14:paraId="259DD600" w14:textId="66BDC508" w:rsidR="00F832B2" w:rsidRPr="001262EC" w:rsidRDefault="00000000" w:rsidP="008176D2">
      <w:pPr>
        <w:rPr>
          <w:b/>
          <w:bCs/>
          <w:lang w:val="cs-CZ"/>
        </w:rPr>
      </w:pPr>
      <w:r>
        <w:t xml:space="preserve">1. </w:t>
      </w:r>
      <w:proofErr w:type="spellStart"/>
      <w:r>
        <w:t>Nájemce</w:t>
      </w:r>
      <w:proofErr w:type="spellEnd"/>
      <w:r>
        <w:t xml:space="preserve"> </w:t>
      </w:r>
      <w:proofErr w:type="spellStart"/>
      <w:r>
        <w:t>uhradí</w:t>
      </w:r>
      <w:proofErr w:type="spellEnd"/>
      <w:r>
        <w:t xml:space="preserve"> </w:t>
      </w:r>
      <w:proofErr w:type="spellStart"/>
      <w:r>
        <w:t>pronajímateli</w:t>
      </w:r>
      <w:proofErr w:type="spellEnd"/>
      <w:r>
        <w:t xml:space="preserve"> </w:t>
      </w:r>
      <w:proofErr w:type="spellStart"/>
      <w:r>
        <w:t>nájemné</w:t>
      </w:r>
      <w:proofErr w:type="spellEnd"/>
      <w:r>
        <w:t xml:space="preserve"> </w:t>
      </w:r>
      <w:r w:rsidR="008176D2">
        <w:t xml:space="preserve">za </w:t>
      </w:r>
      <w:proofErr w:type="spellStart"/>
      <w:r w:rsidR="008176D2">
        <w:t>každý</w:t>
      </w:r>
      <w:proofErr w:type="spellEnd"/>
      <w:r w:rsidR="008176D2">
        <w:t xml:space="preserve"> den, </w:t>
      </w:r>
      <w:proofErr w:type="spellStart"/>
      <w:r w:rsidR="008176D2">
        <w:t>kdy</w:t>
      </w:r>
      <w:proofErr w:type="spellEnd"/>
      <w:r w:rsidR="008176D2">
        <w:t xml:space="preserve"> </w:t>
      </w:r>
      <w:proofErr w:type="spellStart"/>
      <w:r w:rsidR="008176D2">
        <w:t>bude</w:t>
      </w:r>
      <w:proofErr w:type="spellEnd"/>
      <w:r w:rsidR="008176D2">
        <w:t xml:space="preserve"> </w:t>
      </w:r>
      <w:proofErr w:type="spellStart"/>
      <w:r w:rsidR="008176D2">
        <w:t>plochu</w:t>
      </w:r>
      <w:proofErr w:type="spellEnd"/>
      <w:r w:rsidR="008176D2">
        <w:t xml:space="preserve"> </w:t>
      </w:r>
      <w:proofErr w:type="spellStart"/>
      <w:r w:rsidR="008176D2">
        <w:t>využívat</w:t>
      </w:r>
      <w:proofErr w:type="spellEnd"/>
      <w:r w:rsidR="008176D2">
        <w:t xml:space="preserve"> </w:t>
      </w:r>
      <w:proofErr w:type="spellStart"/>
      <w:r w:rsidR="008176D2">
        <w:t>ke</w:t>
      </w:r>
      <w:proofErr w:type="spellEnd"/>
      <w:r w:rsidR="008176D2">
        <w:t xml:space="preserve"> </w:t>
      </w:r>
      <w:proofErr w:type="spellStart"/>
      <w:r w:rsidR="008176D2">
        <w:t>komerční</w:t>
      </w:r>
      <w:proofErr w:type="spellEnd"/>
      <w:r w:rsidR="008176D2">
        <w:t xml:space="preserve"> </w:t>
      </w:r>
      <w:proofErr w:type="spellStart"/>
      <w:r w:rsidR="008176D2">
        <w:t>činnosti</w:t>
      </w:r>
      <w:proofErr w:type="spellEnd"/>
      <w:r w:rsidR="008176D2">
        <w:t xml:space="preserve"> (</w:t>
      </w:r>
      <w:proofErr w:type="spellStart"/>
      <w:r w:rsidR="008176D2">
        <w:t>tedy</w:t>
      </w:r>
      <w:proofErr w:type="spellEnd"/>
      <w:r w:rsidR="008176D2">
        <w:t xml:space="preserve"> </w:t>
      </w:r>
      <w:proofErr w:type="spellStart"/>
      <w:r w:rsidR="008176D2">
        <w:t>umístění</w:t>
      </w:r>
      <w:proofErr w:type="spellEnd"/>
      <w:r w:rsidR="008176D2">
        <w:t xml:space="preserve"> </w:t>
      </w:r>
      <w:proofErr w:type="spellStart"/>
      <w:r w:rsidR="008176D2">
        <w:t>stánku</w:t>
      </w:r>
      <w:proofErr w:type="spellEnd"/>
      <w:r w:rsidR="008176D2">
        <w:t xml:space="preserve"> s </w:t>
      </w:r>
      <w:proofErr w:type="spellStart"/>
      <w:r w:rsidR="008176D2">
        <w:t>prodejem</w:t>
      </w:r>
      <w:proofErr w:type="spellEnd"/>
      <w:r w:rsidR="008176D2">
        <w:t xml:space="preserve">) </w:t>
      </w:r>
      <w:proofErr w:type="spellStart"/>
      <w:r>
        <w:t>ve</w:t>
      </w:r>
      <w:proofErr w:type="spellEnd"/>
      <w:r>
        <w:t xml:space="preserve"> </w:t>
      </w:r>
      <w:proofErr w:type="spellStart"/>
      <w:r>
        <w:t>výši</w:t>
      </w:r>
      <w:proofErr w:type="spellEnd"/>
      <w:r>
        <w:t xml:space="preserve"> 500 </w:t>
      </w:r>
      <w:proofErr w:type="spellStart"/>
      <w:r>
        <w:t>Kč</w:t>
      </w:r>
      <w:proofErr w:type="spellEnd"/>
      <w:r>
        <w:t xml:space="preserve"> (</w:t>
      </w:r>
      <w:proofErr w:type="spellStart"/>
      <w:r>
        <w:t>slovy</w:t>
      </w:r>
      <w:proofErr w:type="spellEnd"/>
      <w:r>
        <w:t xml:space="preserve">: </w:t>
      </w:r>
      <w:proofErr w:type="spellStart"/>
      <w:r>
        <w:t>pět</w:t>
      </w:r>
      <w:proofErr w:type="spellEnd"/>
      <w:r>
        <w:t xml:space="preserve"> </w:t>
      </w:r>
      <w:r w:rsidR="008176D2">
        <w:t xml:space="preserve">set </w:t>
      </w:r>
      <w:proofErr w:type="spellStart"/>
      <w:r>
        <w:t>korun</w:t>
      </w:r>
      <w:proofErr w:type="spellEnd"/>
      <w:r>
        <w:t xml:space="preserve"> </w:t>
      </w:r>
      <w:proofErr w:type="spellStart"/>
      <w:r>
        <w:t>českých</w:t>
      </w:r>
      <w:proofErr w:type="spellEnd"/>
      <w:r>
        <w:t>)</w:t>
      </w:r>
      <w:r w:rsidR="00F05B98">
        <w:t xml:space="preserve"> s DPH</w:t>
      </w:r>
      <w:r>
        <w:t>.</w:t>
      </w:r>
      <w:r>
        <w:br/>
        <w:t xml:space="preserve">2. </w:t>
      </w:r>
      <w:proofErr w:type="spellStart"/>
      <w:r>
        <w:t>Platba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provedena</w:t>
      </w:r>
      <w:proofErr w:type="spellEnd"/>
      <w:r>
        <w:t xml:space="preserve"> </w:t>
      </w:r>
      <w:proofErr w:type="spellStart"/>
      <w:r w:rsidR="008176D2">
        <w:t>jednorázově</w:t>
      </w:r>
      <w:proofErr w:type="spellEnd"/>
      <w:r w:rsidR="008176D2">
        <w:t xml:space="preserve"> </w:t>
      </w:r>
      <w:r>
        <w:t xml:space="preserve">do 15 </w:t>
      </w:r>
      <w:proofErr w:type="spellStart"/>
      <w:r>
        <w:t>dnů</w:t>
      </w:r>
      <w:proofErr w:type="spellEnd"/>
      <w:r>
        <w:t xml:space="preserve"> od </w:t>
      </w:r>
      <w:proofErr w:type="spellStart"/>
      <w:r w:rsidR="008176D2">
        <w:t>vystavení</w:t>
      </w:r>
      <w:proofErr w:type="spellEnd"/>
      <w:r w:rsidR="008176D2">
        <w:t xml:space="preserve"> </w:t>
      </w:r>
      <w:proofErr w:type="spellStart"/>
      <w:r w:rsidR="008176D2">
        <w:t>faktury</w:t>
      </w:r>
      <w:proofErr w:type="spellEnd"/>
      <w:r w:rsidR="008176D2">
        <w:t xml:space="preserve">, a to </w:t>
      </w:r>
      <w:proofErr w:type="spellStart"/>
      <w:r>
        <w:t>bezhotovostně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účet</w:t>
      </w:r>
      <w:proofErr w:type="spellEnd"/>
      <w:r>
        <w:t xml:space="preserve"> </w:t>
      </w:r>
      <w:proofErr w:type="spellStart"/>
      <w:r>
        <w:t>pronajímatele</w:t>
      </w:r>
      <w:proofErr w:type="spellEnd"/>
      <w:r w:rsidR="001262EC">
        <w:t xml:space="preserve"> u </w:t>
      </w:r>
      <w:r w:rsidR="001262EC" w:rsidRPr="001262EC">
        <w:rPr>
          <w:b/>
          <w:bCs/>
          <w:lang w:val="cs-CZ"/>
        </w:rPr>
        <w:t>České spořitelny: 1682010349 / 0800</w:t>
      </w:r>
    </w:p>
    <w:p w14:paraId="332791EC" w14:textId="77777777" w:rsidR="00F832B2" w:rsidRDefault="00000000">
      <w:pPr>
        <w:pStyle w:val="Nadpis1"/>
      </w:pPr>
      <w:r>
        <w:t xml:space="preserve">IV. </w:t>
      </w:r>
      <w:proofErr w:type="spellStart"/>
      <w:r>
        <w:t>Povinnosti</w:t>
      </w:r>
      <w:proofErr w:type="spellEnd"/>
      <w:r>
        <w:t xml:space="preserve"> </w:t>
      </w:r>
      <w:proofErr w:type="spellStart"/>
      <w:r>
        <w:t>nájemce</w:t>
      </w:r>
      <w:proofErr w:type="spellEnd"/>
    </w:p>
    <w:p w14:paraId="1015CEFF" w14:textId="171CBC5D" w:rsidR="00F832B2" w:rsidRDefault="00000000">
      <w:r>
        <w:t xml:space="preserve">1. </w:t>
      </w:r>
      <w:proofErr w:type="spellStart"/>
      <w:r>
        <w:t>Nájemce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>:</w:t>
      </w:r>
      <w:r>
        <w:br/>
        <w:t xml:space="preserve">   a) </w:t>
      </w:r>
      <w:proofErr w:type="spellStart"/>
      <w:r>
        <w:t>udržovat</w:t>
      </w:r>
      <w:proofErr w:type="spellEnd"/>
      <w:r>
        <w:t xml:space="preserve"> </w:t>
      </w:r>
      <w:proofErr w:type="spellStart"/>
      <w:r>
        <w:t>pozemek</w:t>
      </w:r>
      <w:proofErr w:type="spellEnd"/>
      <w:r>
        <w:t xml:space="preserve"> </w:t>
      </w:r>
      <w:r w:rsidR="00905053">
        <w:t xml:space="preserve">po </w:t>
      </w:r>
      <w:proofErr w:type="spellStart"/>
      <w:r w:rsidR="00905053">
        <w:t>celou</w:t>
      </w:r>
      <w:proofErr w:type="spellEnd"/>
      <w:r w:rsidR="00905053">
        <w:t xml:space="preserve"> </w:t>
      </w:r>
      <w:proofErr w:type="spellStart"/>
      <w:r w:rsidR="00905053">
        <w:t>dobu</w:t>
      </w:r>
      <w:proofErr w:type="spellEnd"/>
      <w:r w:rsidR="00905053">
        <w:t xml:space="preserve"> </w:t>
      </w:r>
      <w:r>
        <w:t>v či</w:t>
      </w:r>
      <w:proofErr w:type="spellStart"/>
      <w:r>
        <w:t>stotě</w:t>
      </w:r>
      <w:proofErr w:type="spellEnd"/>
      <w:r>
        <w:t xml:space="preserve"> a </w:t>
      </w:r>
      <w:proofErr w:type="spellStart"/>
      <w:r>
        <w:t>pořádku</w:t>
      </w:r>
      <w:proofErr w:type="spellEnd"/>
      <w:r w:rsidR="001262EC">
        <w:t xml:space="preserve">, </w:t>
      </w:r>
      <w:proofErr w:type="spellStart"/>
      <w:r w:rsidR="001262EC">
        <w:t>včetně</w:t>
      </w:r>
      <w:proofErr w:type="spellEnd"/>
      <w:r w:rsidR="001262EC">
        <w:t xml:space="preserve"> </w:t>
      </w:r>
      <w:proofErr w:type="spellStart"/>
      <w:r w:rsidR="001262EC">
        <w:t>kosení</w:t>
      </w:r>
      <w:proofErr w:type="spellEnd"/>
      <w:r w:rsidR="001262EC">
        <w:t xml:space="preserve"> </w:t>
      </w:r>
      <w:proofErr w:type="spellStart"/>
      <w:r w:rsidR="001262EC">
        <w:t>trávy</w:t>
      </w:r>
      <w:proofErr w:type="spellEnd"/>
      <w:r w:rsidR="001262EC">
        <w:t xml:space="preserve"> a </w:t>
      </w:r>
      <w:proofErr w:type="spellStart"/>
      <w:r w:rsidR="001262EC">
        <w:t>údržby</w:t>
      </w:r>
      <w:proofErr w:type="spellEnd"/>
      <w:r w:rsidR="001262EC">
        <w:t xml:space="preserve"> </w:t>
      </w:r>
      <w:proofErr w:type="spellStart"/>
      <w:r w:rsidR="001262EC">
        <w:t>pískoviště</w:t>
      </w:r>
      <w:proofErr w:type="spellEnd"/>
      <w:r w:rsidR="001262EC">
        <w:t xml:space="preserve">, </w:t>
      </w:r>
      <w:r>
        <w:t xml:space="preserve">po </w:t>
      </w:r>
      <w:proofErr w:type="spellStart"/>
      <w:r>
        <w:t>celou</w:t>
      </w:r>
      <w:proofErr w:type="spellEnd"/>
      <w:r>
        <w:t xml:space="preserve"> </w:t>
      </w:r>
      <w:proofErr w:type="spellStart"/>
      <w:r>
        <w:t>dobu</w:t>
      </w:r>
      <w:proofErr w:type="spellEnd"/>
      <w:r>
        <w:t xml:space="preserve"> </w:t>
      </w:r>
      <w:proofErr w:type="spellStart"/>
      <w:r>
        <w:t>trvání</w:t>
      </w:r>
      <w:proofErr w:type="spellEnd"/>
      <w:r>
        <w:t xml:space="preserve"> </w:t>
      </w:r>
      <w:proofErr w:type="spellStart"/>
      <w:r>
        <w:t>nájmu</w:t>
      </w:r>
      <w:proofErr w:type="spellEnd"/>
      <w:r>
        <w:t>,</w:t>
      </w:r>
      <w:r>
        <w:br/>
        <w:t xml:space="preserve">   b) </w:t>
      </w:r>
      <w:proofErr w:type="spellStart"/>
      <w:r>
        <w:t>nebránit</w:t>
      </w:r>
      <w:proofErr w:type="spellEnd"/>
      <w:r>
        <w:t xml:space="preserve"> </w:t>
      </w:r>
      <w:proofErr w:type="spellStart"/>
      <w:r>
        <w:t>přístupu</w:t>
      </w:r>
      <w:proofErr w:type="spellEnd"/>
      <w:r>
        <w:t xml:space="preserve"> </w:t>
      </w:r>
      <w:proofErr w:type="spellStart"/>
      <w:r>
        <w:t>veřejnosti</w:t>
      </w:r>
      <w:proofErr w:type="spellEnd"/>
      <w:r>
        <w:t>,</w:t>
      </w:r>
      <w:r>
        <w:br/>
        <w:t xml:space="preserve">   c) </w:t>
      </w:r>
      <w:proofErr w:type="spellStart"/>
      <w:r>
        <w:t>neprovádět</w:t>
      </w:r>
      <w:proofErr w:type="spellEnd"/>
      <w:r>
        <w:t xml:space="preserve"> bez </w:t>
      </w:r>
      <w:proofErr w:type="spellStart"/>
      <w:r>
        <w:t>souhlasu</w:t>
      </w:r>
      <w:proofErr w:type="spellEnd"/>
      <w:r>
        <w:t xml:space="preserve"> </w:t>
      </w:r>
      <w:proofErr w:type="spellStart"/>
      <w:r>
        <w:t>pronajímatele</w:t>
      </w:r>
      <w:proofErr w:type="spellEnd"/>
      <w:r>
        <w:t xml:space="preserve"> </w:t>
      </w:r>
      <w:proofErr w:type="spellStart"/>
      <w:r>
        <w:t>žádné</w:t>
      </w:r>
      <w:proofErr w:type="spellEnd"/>
      <w:r>
        <w:t xml:space="preserve"> </w:t>
      </w:r>
      <w:proofErr w:type="spellStart"/>
      <w:r>
        <w:t>stavební</w:t>
      </w:r>
      <w:proofErr w:type="spellEnd"/>
      <w:r>
        <w:t xml:space="preserve"> </w:t>
      </w:r>
      <w:proofErr w:type="spellStart"/>
      <w:r>
        <w:t>zásahy</w:t>
      </w:r>
      <w:proofErr w:type="spellEnd"/>
      <w:r>
        <w:t>.</w:t>
      </w:r>
      <w:r>
        <w:br/>
        <w:t xml:space="preserve">2. </w:t>
      </w:r>
      <w:proofErr w:type="spellStart"/>
      <w:r>
        <w:t>Nájemce</w:t>
      </w:r>
      <w:proofErr w:type="spellEnd"/>
      <w:r>
        <w:t xml:space="preserve"> </w:t>
      </w:r>
      <w:proofErr w:type="spellStart"/>
      <w:r>
        <w:t>nesmí</w:t>
      </w:r>
      <w:proofErr w:type="spellEnd"/>
      <w:r>
        <w:t xml:space="preserve"> </w:t>
      </w:r>
      <w:proofErr w:type="spellStart"/>
      <w:r>
        <w:t>pozemek</w:t>
      </w:r>
      <w:proofErr w:type="spellEnd"/>
      <w:r>
        <w:t xml:space="preserve"> </w:t>
      </w:r>
      <w:proofErr w:type="spellStart"/>
      <w:r>
        <w:t>dále</w:t>
      </w:r>
      <w:proofErr w:type="spellEnd"/>
      <w:r>
        <w:t xml:space="preserve"> </w:t>
      </w:r>
      <w:proofErr w:type="spellStart"/>
      <w:r>
        <w:t>pronajímat</w:t>
      </w:r>
      <w:proofErr w:type="spellEnd"/>
      <w:r>
        <w:t xml:space="preserve"> </w:t>
      </w:r>
      <w:proofErr w:type="spellStart"/>
      <w:r>
        <w:t>třetím</w:t>
      </w:r>
      <w:proofErr w:type="spellEnd"/>
      <w:r>
        <w:t xml:space="preserve"> </w:t>
      </w:r>
      <w:proofErr w:type="spellStart"/>
      <w:r>
        <w:t>osobám</w:t>
      </w:r>
      <w:proofErr w:type="spellEnd"/>
      <w:r>
        <w:t>.</w:t>
      </w:r>
    </w:p>
    <w:p w14:paraId="2FB2D252" w14:textId="77777777" w:rsidR="00F832B2" w:rsidRDefault="00000000">
      <w:pPr>
        <w:pStyle w:val="Nadpis1"/>
      </w:pPr>
      <w:r>
        <w:t xml:space="preserve">V. </w:t>
      </w:r>
      <w:proofErr w:type="spellStart"/>
      <w:r>
        <w:t>Závěrečná</w:t>
      </w:r>
      <w:proofErr w:type="spellEnd"/>
      <w:r>
        <w:t xml:space="preserve"> </w:t>
      </w:r>
      <w:proofErr w:type="spellStart"/>
      <w:r>
        <w:t>ustanovení</w:t>
      </w:r>
      <w:proofErr w:type="spellEnd"/>
    </w:p>
    <w:p w14:paraId="0BC14771" w14:textId="77777777" w:rsidR="00905053" w:rsidRDefault="00000000">
      <w:r>
        <w:t xml:space="preserve">1. Tato </w:t>
      </w:r>
      <w:proofErr w:type="spellStart"/>
      <w:r>
        <w:t>smlouva</w:t>
      </w:r>
      <w:proofErr w:type="spellEnd"/>
      <w:r>
        <w:t xml:space="preserve"> je </w:t>
      </w:r>
      <w:proofErr w:type="spellStart"/>
      <w:r>
        <w:t>vyhotovena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dvou</w:t>
      </w:r>
      <w:proofErr w:type="spellEnd"/>
      <w:r>
        <w:t xml:space="preserve"> </w:t>
      </w:r>
      <w:proofErr w:type="spellStart"/>
      <w:r>
        <w:t>vyhotoveních</w:t>
      </w:r>
      <w:proofErr w:type="spellEnd"/>
      <w:r>
        <w:t xml:space="preserve">, z </w:t>
      </w:r>
      <w:proofErr w:type="spellStart"/>
      <w:r>
        <w:t>nichž</w:t>
      </w:r>
      <w:proofErr w:type="spellEnd"/>
      <w:r>
        <w:t xml:space="preserve"> </w:t>
      </w:r>
      <w:proofErr w:type="spellStart"/>
      <w:r>
        <w:t>každá</w:t>
      </w:r>
      <w:proofErr w:type="spellEnd"/>
      <w:r>
        <w:t xml:space="preserve"> </w:t>
      </w:r>
      <w:proofErr w:type="spellStart"/>
      <w:r>
        <w:t>smluvní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obdrží</w:t>
      </w:r>
      <w:proofErr w:type="spellEnd"/>
      <w:r>
        <w:t xml:space="preserve"> </w:t>
      </w:r>
      <w:proofErr w:type="spellStart"/>
      <w:r>
        <w:t>jedno</w:t>
      </w:r>
      <w:proofErr w:type="spellEnd"/>
      <w:r>
        <w:t>.</w:t>
      </w:r>
      <w:r>
        <w:br/>
        <w:t xml:space="preserve">2. </w:t>
      </w:r>
      <w:proofErr w:type="spellStart"/>
      <w:r>
        <w:t>Práva</w:t>
      </w:r>
      <w:proofErr w:type="spellEnd"/>
      <w:r>
        <w:t xml:space="preserve"> a </w:t>
      </w:r>
      <w:proofErr w:type="spellStart"/>
      <w:r>
        <w:t>povinnosti</w:t>
      </w:r>
      <w:proofErr w:type="spellEnd"/>
      <w:r>
        <w:t xml:space="preserve"> </w:t>
      </w:r>
      <w:proofErr w:type="spellStart"/>
      <w:r>
        <w:t>neupravené</w:t>
      </w:r>
      <w:proofErr w:type="spellEnd"/>
      <w:r>
        <w:t xml:space="preserve"> </w:t>
      </w:r>
      <w:proofErr w:type="spellStart"/>
      <w:r>
        <w:t>touto</w:t>
      </w:r>
      <w:proofErr w:type="spellEnd"/>
      <w:r>
        <w:t xml:space="preserve"> </w:t>
      </w:r>
      <w:proofErr w:type="spellStart"/>
      <w:r>
        <w:t>smlouvou</w:t>
      </w:r>
      <w:proofErr w:type="spellEnd"/>
      <w:r>
        <w:t xml:space="preserve"> se </w:t>
      </w:r>
      <w:proofErr w:type="spellStart"/>
      <w:r>
        <w:t>řídí</w:t>
      </w:r>
      <w:proofErr w:type="spellEnd"/>
      <w:r>
        <w:t xml:space="preserve"> </w:t>
      </w:r>
      <w:proofErr w:type="spellStart"/>
      <w:r>
        <w:t>příslušnými</w:t>
      </w:r>
      <w:proofErr w:type="spellEnd"/>
      <w:r>
        <w:t xml:space="preserve"> </w:t>
      </w:r>
      <w:proofErr w:type="spellStart"/>
      <w:r>
        <w:t>ustanoveními</w:t>
      </w:r>
      <w:proofErr w:type="spellEnd"/>
      <w:r>
        <w:t xml:space="preserve"> </w:t>
      </w:r>
      <w:proofErr w:type="spellStart"/>
      <w:r>
        <w:t>občanského</w:t>
      </w:r>
      <w:proofErr w:type="spellEnd"/>
      <w:r>
        <w:t xml:space="preserve"> </w:t>
      </w:r>
      <w:proofErr w:type="spellStart"/>
      <w:r>
        <w:t>zákoníku</w:t>
      </w:r>
      <w:proofErr w:type="spellEnd"/>
      <w:r>
        <w:t>.</w:t>
      </w:r>
      <w:r>
        <w:br/>
        <w:t xml:space="preserve">3. Tato </w:t>
      </w:r>
      <w:proofErr w:type="spellStart"/>
      <w:r>
        <w:t>smlouva</w:t>
      </w:r>
      <w:proofErr w:type="spellEnd"/>
      <w:r>
        <w:t xml:space="preserve"> </w:t>
      </w:r>
      <w:proofErr w:type="spellStart"/>
      <w:r>
        <w:t>nabývá</w:t>
      </w:r>
      <w:proofErr w:type="spellEnd"/>
      <w:r>
        <w:t xml:space="preserve"> </w:t>
      </w:r>
      <w:proofErr w:type="spellStart"/>
      <w:r>
        <w:t>účinnosti</w:t>
      </w:r>
      <w:proofErr w:type="spellEnd"/>
      <w:r>
        <w:t xml:space="preserve"> </w:t>
      </w:r>
      <w:proofErr w:type="spellStart"/>
      <w:r>
        <w:t>dnem</w:t>
      </w:r>
      <w:proofErr w:type="spellEnd"/>
      <w:r>
        <w:t xml:space="preserve"> </w:t>
      </w:r>
      <w:proofErr w:type="spellStart"/>
      <w:r>
        <w:t>podpisu</w:t>
      </w:r>
      <w:proofErr w:type="spellEnd"/>
      <w:r>
        <w:t xml:space="preserve"> </w:t>
      </w:r>
      <w:proofErr w:type="spellStart"/>
      <w:r>
        <w:t>oběma</w:t>
      </w:r>
      <w:proofErr w:type="spellEnd"/>
      <w:r>
        <w:t xml:space="preserve"> </w:t>
      </w:r>
      <w:proofErr w:type="spellStart"/>
      <w:r>
        <w:t>stranami</w:t>
      </w:r>
      <w:proofErr w:type="spellEnd"/>
      <w:r>
        <w:t>.</w:t>
      </w:r>
    </w:p>
    <w:p w14:paraId="7A3B6AC7" w14:textId="5185693B" w:rsidR="00F832B2" w:rsidRDefault="00905053">
      <w:r>
        <w:t xml:space="preserve">4. Tuto </w:t>
      </w:r>
      <w:proofErr w:type="spellStart"/>
      <w:r>
        <w:t>smlouvu</w:t>
      </w:r>
      <w:proofErr w:type="spellEnd"/>
      <w:r>
        <w:t xml:space="preserve"> </w:t>
      </w:r>
      <w:proofErr w:type="spellStart"/>
      <w:r>
        <w:t>lze</w:t>
      </w:r>
      <w:proofErr w:type="spellEnd"/>
      <w:r>
        <w:t xml:space="preserve"> </w:t>
      </w:r>
      <w:proofErr w:type="spellStart"/>
      <w:r>
        <w:t>kdykoli</w:t>
      </w:r>
      <w:proofErr w:type="spellEnd"/>
      <w:r>
        <w:t xml:space="preserve"> </w:t>
      </w:r>
      <w:proofErr w:type="spellStart"/>
      <w:r>
        <w:t>jednostranně</w:t>
      </w:r>
      <w:proofErr w:type="spellEnd"/>
      <w:r>
        <w:t xml:space="preserve"> </w:t>
      </w:r>
      <w:proofErr w:type="spellStart"/>
      <w:proofErr w:type="gramStart"/>
      <w:r>
        <w:t>vypovědět</w:t>
      </w:r>
      <w:proofErr w:type="spellEnd"/>
      <w:r>
        <w:t xml:space="preserve">  a</w:t>
      </w:r>
      <w:proofErr w:type="gramEnd"/>
      <w:r>
        <w:t xml:space="preserve"> </w:t>
      </w:r>
      <w:proofErr w:type="spellStart"/>
      <w:r>
        <w:t>výpovědní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činí</w:t>
      </w:r>
      <w:proofErr w:type="spellEnd"/>
      <w:r>
        <w:t xml:space="preserve"> 3 </w:t>
      </w:r>
      <w:proofErr w:type="spellStart"/>
      <w:r>
        <w:t>měsíce</w:t>
      </w:r>
      <w:proofErr w:type="spellEnd"/>
      <w:r>
        <w:t>.</w:t>
      </w:r>
      <w:r w:rsidR="001262EC">
        <w:br/>
        <w:t xml:space="preserve">4. </w:t>
      </w:r>
      <w:r w:rsidR="001262EC" w:rsidRPr="001262EC">
        <w:t xml:space="preserve">Toto </w:t>
      </w:r>
      <w:proofErr w:type="spellStart"/>
      <w:r w:rsidR="001262EC" w:rsidRPr="001262EC">
        <w:t>právní</w:t>
      </w:r>
      <w:proofErr w:type="spellEnd"/>
      <w:r w:rsidR="001262EC" w:rsidRPr="001262EC">
        <w:t xml:space="preserve"> </w:t>
      </w:r>
      <w:proofErr w:type="spellStart"/>
      <w:r w:rsidR="001262EC" w:rsidRPr="001262EC">
        <w:t>jednání</w:t>
      </w:r>
      <w:proofErr w:type="spellEnd"/>
      <w:r w:rsidR="001262EC" w:rsidRPr="001262EC">
        <w:t xml:space="preserve"> </w:t>
      </w:r>
      <w:proofErr w:type="spellStart"/>
      <w:r w:rsidR="001262EC" w:rsidRPr="001262EC">
        <w:t>bylo</w:t>
      </w:r>
      <w:proofErr w:type="spellEnd"/>
      <w:r w:rsidR="001262EC" w:rsidRPr="001262EC">
        <w:t xml:space="preserve"> </w:t>
      </w:r>
      <w:proofErr w:type="spellStart"/>
      <w:r w:rsidR="001262EC" w:rsidRPr="001262EC">
        <w:t>schváleno</w:t>
      </w:r>
      <w:proofErr w:type="spellEnd"/>
      <w:r w:rsidR="001262EC" w:rsidRPr="001262EC">
        <w:t xml:space="preserve"> </w:t>
      </w:r>
      <w:proofErr w:type="spellStart"/>
      <w:r w:rsidR="001262EC" w:rsidRPr="001262EC">
        <w:t>usnesením</w:t>
      </w:r>
      <w:proofErr w:type="spellEnd"/>
      <w:r w:rsidR="001262EC" w:rsidRPr="001262EC">
        <w:t xml:space="preserve"> Rady </w:t>
      </w:r>
      <w:proofErr w:type="spellStart"/>
      <w:r w:rsidR="001262EC" w:rsidRPr="001262EC">
        <w:t>obce</w:t>
      </w:r>
      <w:proofErr w:type="spellEnd"/>
      <w:r w:rsidR="001262EC" w:rsidRPr="001262EC">
        <w:t xml:space="preserve"> </w:t>
      </w:r>
      <w:proofErr w:type="spellStart"/>
      <w:r w:rsidR="001262EC" w:rsidRPr="001262EC">
        <w:t>Kunčice</w:t>
      </w:r>
      <w:proofErr w:type="spellEnd"/>
      <w:r w:rsidR="001262EC" w:rsidRPr="001262EC">
        <w:t xml:space="preserve"> pod </w:t>
      </w:r>
      <w:proofErr w:type="spellStart"/>
      <w:r w:rsidR="001262EC" w:rsidRPr="001262EC">
        <w:t>Ondřejníkem</w:t>
      </w:r>
      <w:proofErr w:type="spellEnd"/>
      <w:r w:rsidR="001262EC" w:rsidRPr="001262EC">
        <w:t xml:space="preserve"> č. RO</w:t>
      </w:r>
      <w:r w:rsidR="002127C3">
        <w:t>114</w:t>
      </w:r>
      <w:r w:rsidR="001262EC" w:rsidRPr="001262EC">
        <w:t>/202</w:t>
      </w:r>
      <w:r w:rsidR="002127C3">
        <w:t>6</w:t>
      </w:r>
      <w:r w:rsidR="001262EC" w:rsidRPr="001262EC">
        <w:t>/</w:t>
      </w:r>
      <w:r w:rsidR="002127C3">
        <w:t>3</w:t>
      </w:r>
      <w:r w:rsidR="001262EC" w:rsidRPr="001262EC">
        <w:t xml:space="preserve"> ze </w:t>
      </w:r>
      <w:proofErr w:type="spellStart"/>
      <w:r w:rsidR="001262EC" w:rsidRPr="001262EC">
        <w:t>dne</w:t>
      </w:r>
      <w:proofErr w:type="spellEnd"/>
      <w:r w:rsidR="001262EC" w:rsidRPr="001262EC">
        <w:t xml:space="preserve"> </w:t>
      </w:r>
      <w:r w:rsidR="00EC76B2">
        <w:t>2</w:t>
      </w:r>
      <w:r w:rsidR="002127C3">
        <w:t>2</w:t>
      </w:r>
      <w:r w:rsidR="00EC76B2">
        <w:t xml:space="preserve">. </w:t>
      </w:r>
      <w:r w:rsidR="002127C3">
        <w:t>5</w:t>
      </w:r>
      <w:r w:rsidR="001262EC" w:rsidRPr="001262EC">
        <w:t>. 202</w:t>
      </w:r>
      <w:r w:rsidR="002127C3">
        <w:t>6</w:t>
      </w:r>
      <w:r w:rsidR="001262EC" w:rsidRPr="001262EC">
        <w:t>.</w:t>
      </w:r>
    </w:p>
    <w:p w14:paraId="547C5013" w14:textId="4BEBFB07" w:rsidR="00F832B2" w:rsidRDefault="00000000">
      <w:r>
        <w:br/>
        <w:t xml:space="preserve">V </w:t>
      </w:r>
      <w:proofErr w:type="spellStart"/>
      <w:r>
        <w:t>Kunčicích</w:t>
      </w:r>
      <w:proofErr w:type="spellEnd"/>
      <w:r>
        <w:t xml:space="preserve"> pod </w:t>
      </w:r>
      <w:proofErr w:type="spellStart"/>
      <w:r>
        <w:t>Ondřejníkem</w:t>
      </w:r>
      <w:proofErr w:type="spellEnd"/>
      <w:r>
        <w:t xml:space="preserve"> </w:t>
      </w:r>
      <w:proofErr w:type="spellStart"/>
      <w:r>
        <w:t>dne</w:t>
      </w:r>
      <w:proofErr w:type="spellEnd"/>
      <w:r>
        <w:t xml:space="preserve"> </w:t>
      </w:r>
      <w:r w:rsidR="002127C3">
        <w:t>22</w:t>
      </w:r>
      <w:r w:rsidR="001262EC">
        <w:t>.</w:t>
      </w:r>
      <w:r w:rsidR="00EC76B2">
        <w:t xml:space="preserve"> </w:t>
      </w:r>
      <w:r w:rsidR="002127C3">
        <w:t>5</w:t>
      </w:r>
      <w:r w:rsidR="001262EC">
        <w:t>. 202</w:t>
      </w:r>
      <w:r w:rsidR="002127C3">
        <w:t>6</w:t>
      </w:r>
    </w:p>
    <w:p w14:paraId="776AEBCC" w14:textId="77777777" w:rsidR="001262EC" w:rsidRDefault="001262EC"/>
    <w:p w14:paraId="5998BD85" w14:textId="77777777" w:rsidR="001262EC" w:rsidRDefault="00000000" w:rsidP="001262EC">
      <w:pPr>
        <w:ind w:left="4320" w:hanging="4320"/>
      </w:pPr>
      <w:r>
        <w:t xml:space="preserve">Za </w:t>
      </w:r>
      <w:proofErr w:type="spellStart"/>
      <w:r>
        <w:t>pronajímatele</w:t>
      </w:r>
      <w:proofErr w:type="spellEnd"/>
      <w:r>
        <w:t>:</w:t>
      </w:r>
      <w:r w:rsidR="001262EC">
        <w:tab/>
        <w:t>……………………………………</w:t>
      </w:r>
    </w:p>
    <w:p w14:paraId="71904A75" w14:textId="77777777" w:rsidR="001262EC" w:rsidRDefault="00000000" w:rsidP="001262EC">
      <w:pPr>
        <w:ind w:left="4320"/>
      </w:pPr>
      <w:r>
        <w:t>Ing. Jiří Mikala</w:t>
      </w:r>
      <w:r w:rsidR="001262EC">
        <w:t xml:space="preserve">, </w:t>
      </w:r>
      <w:proofErr w:type="spellStart"/>
      <w:r>
        <w:t>starosta</w:t>
      </w:r>
      <w:proofErr w:type="spellEnd"/>
      <w:r>
        <w:t xml:space="preserve"> </w:t>
      </w:r>
      <w:proofErr w:type="spellStart"/>
      <w:r>
        <w:t>obce</w:t>
      </w:r>
      <w:proofErr w:type="spellEnd"/>
      <w:r>
        <w:br/>
      </w:r>
    </w:p>
    <w:p w14:paraId="4018C570" w14:textId="03E7E030" w:rsidR="00F832B2" w:rsidRDefault="00000000" w:rsidP="001262EC">
      <w:pPr>
        <w:ind w:left="4320"/>
      </w:pPr>
      <w:r>
        <w:br/>
      </w:r>
    </w:p>
    <w:p w14:paraId="115B400B" w14:textId="36BE424E" w:rsidR="00F832B2" w:rsidRDefault="00000000">
      <w:r>
        <w:t xml:space="preserve">Za </w:t>
      </w:r>
      <w:proofErr w:type="spellStart"/>
      <w:r>
        <w:t>nájemce</w:t>
      </w:r>
      <w:proofErr w:type="spellEnd"/>
      <w:r>
        <w:t>:</w:t>
      </w:r>
      <w:r w:rsidR="001262EC">
        <w:tab/>
      </w:r>
      <w:r w:rsidR="001262EC">
        <w:tab/>
      </w:r>
      <w:r w:rsidR="001262EC">
        <w:tab/>
      </w:r>
      <w:r w:rsidR="001262EC">
        <w:tab/>
      </w:r>
      <w:r w:rsidR="001262EC">
        <w:tab/>
      </w:r>
      <w:r>
        <w:t>……………………………………</w:t>
      </w:r>
    </w:p>
    <w:p w14:paraId="4802BF1B" w14:textId="2C6A450D" w:rsidR="001262EC" w:rsidRDefault="001262EC" w:rsidP="001262EC">
      <w:pPr>
        <w:ind w:left="4320" w:firstLine="720"/>
      </w:pPr>
      <w:r>
        <w:t>Martin Chalupa</w:t>
      </w:r>
      <w:r>
        <w:br/>
      </w:r>
      <w:proofErr w:type="spellStart"/>
      <w:r>
        <w:t>jednatel</w:t>
      </w:r>
      <w:proofErr w:type="spellEnd"/>
      <w:r>
        <w:t xml:space="preserve"> Pivovar Ogar </w:t>
      </w:r>
      <w:proofErr w:type="spellStart"/>
      <w:r>
        <w:t>s.r.o.</w:t>
      </w:r>
      <w:proofErr w:type="spellEnd"/>
      <w:r>
        <w:br/>
      </w:r>
    </w:p>
    <w:sectPr w:rsidR="001262E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2A8042B"/>
    <w:multiLevelType w:val="multilevel"/>
    <w:tmpl w:val="1A22E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4471209">
    <w:abstractNumId w:val="8"/>
  </w:num>
  <w:num w:numId="2" w16cid:durableId="177430869">
    <w:abstractNumId w:val="6"/>
  </w:num>
  <w:num w:numId="3" w16cid:durableId="214127166">
    <w:abstractNumId w:val="5"/>
  </w:num>
  <w:num w:numId="4" w16cid:durableId="1036544518">
    <w:abstractNumId w:val="4"/>
  </w:num>
  <w:num w:numId="5" w16cid:durableId="352807482">
    <w:abstractNumId w:val="7"/>
  </w:num>
  <w:num w:numId="6" w16cid:durableId="1884488171">
    <w:abstractNumId w:val="3"/>
  </w:num>
  <w:num w:numId="7" w16cid:durableId="262618399">
    <w:abstractNumId w:val="2"/>
  </w:num>
  <w:num w:numId="8" w16cid:durableId="1374231126">
    <w:abstractNumId w:val="1"/>
  </w:num>
  <w:num w:numId="9" w16cid:durableId="747385744">
    <w:abstractNumId w:val="0"/>
  </w:num>
  <w:num w:numId="10" w16cid:durableId="1218512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62EC"/>
    <w:rsid w:val="0015074B"/>
    <w:rsid w:val="00171FD8"/>
    <w:rsid w:val="002127C3"/>
    <w:rsid w:val="0029639D"/>
    <w:rsid w:val="00326F90"/>
    <w:rsid w:val="003B1FD8"/>
    <w:rsid w:val="004C5952"/>
    <w:rsid w:val="008176D2"/>
    <w:rsid w:val="00905053"/>
    <w:rsid w:val="0099412F"/>
    <w:rsid w:val="009E6382"/>
    <w:rsid w:val="00AA1D8D"/>
    <w:rsid w:val="00B47730"/>
    <w:rsid w:val="00B82B25"/>
    <w:rsid w:val="00CB0664"/>
    <w:rsid w:val="00D014E1"/>
    <w:rsid w:val="00EC76B2"/>
    <w:rsid w:val="00F05B98"/>
    <w:rsid w:val="00F832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D12F89"/>
  <w14:defaultImageDpi w14:val="300"/>
  <w15:docId w15:val="{D3E64CC9-403E-4C31-9064-BFE4E9225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lnweb">
    <w:name w:val="Normal (Web)"/>
    <w:basedOn w:val="Normln"/>
    <w:uiPriority w:val="99"/>
    <w:semiHidden/>
    <w:unhideWhenUsed/>
    <w:rsid w:val="001262E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11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1463</TotalTime>
  <Pages>2</Pages>
  <Words>406</Words>
  <Characters>2397</Characters>
  <Application>Microsoft Office Word</Application>
  <DocSecurity>0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Petr Tryščuk</cp:lastModifiedBy>
  <cp:revision>8</cp:revision>
  <dcterms:created xsi:type="dcterms:W3CDTF">2013-12-23T23:15:00Z</dcterms:created>
  <dcterms:modified xsi:type="dcterms:W3CDTF">2026-05-21T18:17:00Z</dcterms:modified>
  <cp:category/>
</cp:coreProperties>
</file>