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383E2C" w14:textId="65EA6128" w:rsidR="00AF37B1" w:rsidRPr="009812F8" w:rsidRDefault="00D675B2" w:rsidP="00BB6B05">
      <w:pPr>
        <w:jc w:val="center"/>
        <w:rPr>
          <w:rFonts w:asciiTheme="majorHAnsi" w:hAnsiTheme="majorHAnsi" w:cstheme="majorHAnsi"/>
          <w:b/>
          <w:bCs/>
          <w:sz w:val="32"/>
          <w:szCs w:val="32"/>
          <w:lang w:val="pl-PL"/>
        </w:rPr>
      </w:pPr>
      <w:r w:rsidRPr="009812F8">
        <w:rPr>
          <w:rFonts w:asciiTheme="majorHAnsi" w:hAnsiTheme="majorHAnsi" w:cstheme="majorHAnsi"/>
          <w:b/>
          <w:bCs/>
          <w:sz w:val="32"/>
          <w:szCs w:val="32"/>
          <w:lang w:val="pl-PL"/>
        </w:rPr>
        <w:t xml:space="preserve">Projektový záměr </w:t>
      </w:r>
      <w:r w:rsidR="00400546" w:rsidRPr="009812F8">
        <w:rPr>
          <w:rFonts w:asciiTheme="majorHAnsi" w:hAnsiTheme="majorHAnsi" w:cstheme="majorHAnsi"/>
          <w:b/>
          <w:bCs/>
          <w:sz w:val="32"/>
          <w:szCs w:val="32"/>
          <w:lang w:val="pl-PL"/>
        </w:rPr>
        <w:t>„</w:t>
      </w:r>
      <w:r w:rsidRPr="009812F8">
        <w:rPr>
          <w:rFonts w:asciiTheme="majorHAnsi" w:hAnsiTheme="majorHAnsi" w:cstheme="majorHAnsi"/>
          <w:b/>
          <w:bCs/>
          <w:sz w:val="32"/>
          <w:szCs w:val="32"/>
          <w:lang w:val="pl-PL"/>
        </w:rPr>
        <w:t>Křenkov</w:t>
      </w:r>
      <w:r w:rsidR="00400546" w:rsidRPr="009812F8">
        <w:rPr>
          <w:rFonts w:asciiTheme="majorHAnsi" w:hAnsiTheme="majorHAnsi" w:cstheme="majorHAnsi"/>
          <w:b/>
          <w:bCs/>
          <w:sz w:val="32"/>
          <w:szCs w:val="32"/>
          <w:lang w:val="pl-PL"/>
        </w:rPr>
        <w:t>a</w:t>
      </w:r>
      <w:r w:rsidRPr="009812F8">
        <w:rPr>
          <w:rFonts w:asciiTheme="majorHAnsi" w:hAnsiTheme="majorHAnsi" w:cstheme="majorHAnsi"/>
          <w:b/>
          <w:bCs/>
          <w:sz w:val="32"/>
          <w:szCs w:val="32"/>
          <w:lang w:val="pl-PL"/>
        </w:rPr>
        <w:t xml:space="preserve"> zahrada</w:t>
      </w:r>
      <w:r w:rsidR="00400546" w:rsidRPr="009812F8">
        <w:rPr>
          <w:rFonts w:asciiTheme="majorHAnsi" w:hAnsiTheme="majorHAnsi" w:cstheme="majorHAnsi"/>
          <w:b/>
          <w:bCs/>
          <w:sz w:val="32"/>
          <w:szCs w:val="32"/>
          <w:lang w:val="pl-PL"/>
        </w:rPr>
        <w:t>”</w:t>
      </w:r>
    </w:p>
    <w:p w14:paraId="63753FDC" w14:textId="1E272E4F" w:rsidR="00AF37B1" w:rsidRPr="009812F8" w:rsidRDefault="00D675B2" w:rsidP="00BB6B05">
      <w:pPr>
        <w:jc w:val="both"/>
        <w:rPr>
          <w:rFonts w:asciiTheme="majorHAnsi" w:hAnsiTheme="majorHAnsi" w:cstheme="majorHAnsi"/>
          <w:b/>
          <w:bCs/>
          <w:szCs w:val="24"/>
          <w:lang w:val="pl-PL"/>
        </w:rPr>
      </w:pPr>
      <w:r w:rsidRPr="009812F8">
        <w:rPr>
          <w:rFonts w:asciiTheme="majorHAnsi" w:hAnsiTheme="majorHAnsi" w:cstheme="majorHAnsi"/>
          <w:b/>
          <w:bCs/>
          <w:szCs w:val="24"/>
          <w:lang w:val="pl-PL"/>
        </w:rPr>
        <w:t>Jedná se o záměr nekomerčního využití přírodní lokality</w:t>
      </w:r>
      <w:r w:rsidR="0086426B" w:rsidRPr="009812F8">
        <w:rPr>
          <w:rFonts w:asciiTheme="majorHAnsi" w:hAnsiTheme="majorHAnsi" w:cstheme="majorHAnsi"/>
          <w:b/>
          <w:bCs/>
          <w:szCs w:val="24"/>
          <w:lang w:val="pl-PL"/>
        </w:rPr>
        <w:t xml:space="preserve"> s registrovaným Významným krajinným prvkem</w:t>
      </w:r>
      <w:r w:rsidR="00400546" w:rsidRPr="009812F8">
        <w:rPr>
          <w:rFonts w:asciiTheme="majorHAnsi" w:hAnsiTheme="majorHAnsi" w:cstheme="majorHAnsi"/>
          <w:b/>
          <w:bCs/>
          <w:szCs w:val="24"/>
          <w:lang w:val="pl-PL"/>
        </w:rPr>
        <w:t>, která leží na katastr</w:t>
      </w:r>
      <w:r w:rsidR="0086426B" w:rsidRPr="009812F8">
        <w:rPr>
          <w:rFonts w:asciiTheme="majorHAnsi" w:hAnsiTheme="majorHAnsi" w:cstheme="majorHAnsi"/>
          <w:b/>
          <w:bCs/>
          <w:szCs w:val="24"/>
          <w:lang w:val="pl-PL"/>
        </w:rPr>
        <w:t>ech</w:t>
      </w:r>
      <w:r w:rsidR="00400546" w:rsidRPr="009812F8">
        <w:rPr>
          <w:rFonts w:asciiTheme="majorHAnsi" w:hAnsiTheme="majorHAnsi" w:cstheme="majorHAnsi"/>
          <w:b/>
          <w:bCs/>
          <w:szCs w:val="24"/>
          <w:lang w:val="pl-PL"/>
        </w:rPr>
        <w:t xml:space="preserve"> obcí Kunčice pod Ondřejníkem</w:t>
      </w:r>
      <w:r w:rsidR="00B127C8" w:rsidRPr="009812F8">
        <w:rPr>
          <w:rFonts w:asciiTheme="majorHAnsi" w:hAnsiTheme="majorHAnsi" w:cstheme="majorHAnsi"/>
          <w:b/>
          <w:bCs/>
          <w:szCs w:val="24"/>
          <w:lang w:val="pl-PL"/>
        </w:rPr>
        <w:t>,</w:t>
      </w:r>
      <w:r w:rsidR="00400546" w:rsidRPr="009812F8">
        <w:rPr>
          <w:rFonts w:asciiTheme="majorHAnsi" w:hAnsiTheme="majorHAnsi" w:cstheme="majorHAnsi"/>
          <w:b/>
          <w:bCs/>
          <w:szCs w:val="24"/>
          <w:lang w:val="pl-PL"/>
        </w:rPr>
        <w:t xml:space="preserve"> Tich</w:t>
      </w:r>
      <w:r w:rsidR="0086426B" w:rsidRPr="009812F8">
        <w:rPr>
          <w:rFonts w:asciiTheme="majorHAnsi" w:hAnsiTheme="majorHAnsi" w:cstheme="majorHAnsi"/>
          <w:b/>
          <w:bCs/>
          <w:szCs w:val="24"/>
          <w:lang w:val="pl-PL"/>
        </w:rPr>
        <w:t>á</w:t>
      </w:r>
      <w:r w:rsidR="00B127C8" w:rsidRPr="009812F8">
        <w:rPr>
          <w:rFonts w:asciiTheme="majorHAnsi" w:hAnsiTheme="majorHAnsi" w:cstheme="majorHAnsi"/>
          <w:b/>
          <w:bCs/>
          <w:szCs w:val="24"/>
          <w:lang w:val="pl-PL"/>
        </w:rPr>
        <w:t xml:space="preserve"> a Frenštát pod Radhoštěm</w:t>
      </w:r>
      <w:r w:rsidR="0086426B" w:rsidRPr="009812F8">
        <w:rPr>
          <w:rFonts w:asciiTheme="majorHAnsi" w:hAnsiTheme="majorHAnsi" w:cstheme="majorHAnsi"/>
          <w:b/>
          <w:bCs/>
          <w:szCs w:val="24"/>
          <w:lang w:val="pl-PL"/>
        </w:rPr>
        <w:t>,</w:t>
      </w:r>
      <w:r w:rsidR="00400546" w:rsidRPr="009812F8">
        <w:rPr>
          <w:rFonts w:asciiTheme="majorHAnsi" w:hAnsiTheme="majorHAnsi" w:cstheme="majorHAnsi"/>
          <w:b/>
          <w:bCs/>
          <w:szCs w:val="24"/>
          <w:lang w:val="pl-PL"/>
        </w:rPr>
        <w:t xml:space="preserve"> </w:t>
      </w:r>
      <w:r w:rsidRPr="009812F8">
        <w:rPr>
          <w:rFonts w:asciiTheme="majorHAnsi" w:hAnsiTheme="majorHAnsi" w:cstheme="majorHAnsi"/>
          <w:b/>
          <w:bCs/>
          <w:szCs w:val="24"/>
          <w:lang w:val="pl-PL"/>
        </w:rPr>
        <w:t>slouží</w:t>
      </w:r>
      <w:r w:rsidR="00400546" w:rsidRPr="009812F8">
        <w:rPr>
          <w:rFonts w:asciiTheme="majorHAnsi" w:hAnsiTheme="majorHAnsi" w:cstheme="majorHAnsi"/>
          <w:b/>
          <w:bCs/>
          <w:szCs w:val="24"/>
          <w:lang w:val="pl-PL"/>
        </w:rPr>
        <w:t>l</w:t>
      </w:r>
      <w:r w:rsidR="0086426B" w:rsidRPr="009812F8">
        <w:rPr>
          <w:rFonts w:asciiTheme="majorHAnsi" w:hAnsiTheme="majorHAnsi" w:cstheme="majorHAnsi"/>
          <w:b/>
          <w:bCs/>
          <w:szCs w:val="24"/>
          <w:lang w:val="pl-PL"/>
        </w:rPr>
        <w:t xml:space="preserve"> by</w:t>
      </w:r>
      <w:r w:rsidRPr="009812F8">
        <w:rPr>
          <w:rFonts w:asciiTheme="majorHAnsi" w:hAnsiTheme="majorHAnsi" w:cstheme="majorHAnsi"/>
          <w:b/>
          <w:bCs/>
          <w:szCs w:val="24"/>
          <w:lang w:val="pl-PL"/>
        </w:rPr>
        <w:t xml:space="preserve"> k </w:t>
      </w:r>
      <w:r w:rsidR="0086426B" w:rsidRPr="009812F8">
        <w:rPr>
          <w:rFonts w:asciiTheme="majorHAnsi" w:hAnsiTheme="majorHAnsi" w:cstheme="majorHAnsi"/>
          <w:b/>
          <w:bCs/>
          <w:szCs w:val="24"/>
          <w:lang w:val="pl-PL"/>
        </w:rPr>
        <w:t xml:space="preserve">edukativním činnostem, </w:t>
      </w:r>
      <w:r w:rsidRPr="009812F8">
        <w:rPr>
          <w:rFonts w:asciiTheme="majorHAnsi" w:hAnsiTheme="majorHAnsi" w:cstheme="majorHAnsi"/>
          <w:b/>
          <w:bCs/>
          <w:szCs w:val="24"/>
          <w:lang w:val="pl-PL"/>
        </w:rPr>
        <w:t xml:space="preserve">poznávacím výletům </w:t>
      </w:r>
      <w:r w:rsidR="0086426B" w:rsidRPr="009812F8">
        <w:rPr>
          <w:rFonts w:asciiTheme="majorHAnsi" w:hAnsiTheme="majorHAnsi" w:cstheme="majorHAnsi"/>
          <w:b/>
          <w:bCs/>
          <w:szCs w:val="24"/>
          <w:lang w:val="pl-PL"/>
        </w:rPr>
        <w:t xml:space="preserve">a tématickým procházkám </w:t>
      </w:r>
      <w:r w:rsidRPr="009812F8">
        <w:rPr>
          <w:rFonts w:asciiTheme="majorHAnsi" w:hAnsiTheme="majorHAnsi" w:cstheme="majorHAnsi"/>
          <w:b/>
          <w:bCs/>
          <w:szCs w:val="24"/>
          <w:lang w:val="pl-PL"/>
        </w:rPr>
        <w:t>a vzdělávání v oblasti přírodního bohatství a historie našeho regionu.</w:t>
      </w:r>
    </w:p>
    <w:p w14:paraId="241FD355" w14:textId="7000C069" w:rsidR="006C1115" w:rsidRPr="009812F8" w:rsidRDefault="00D675B2" w:rsidP="006C1115">
      <w:pPr>
        <w:jc w:val="both"/>
        <w:rPr>
          <w:rFonts w:asciiTheme="majorHAnsi" w:hAnsiTheme="majorHAnsi" w:cstheme="majorHAnsi"/>
          <w:szCs w:val="24"/>
          <w:lang w:val="pl-PL"/>
        </w:rPr>
      </w:pPr>
      <w:r w:rsidRPr="009812F8">
        <w:rPr>
          <w:rFonts w:asciiTheme="majorHAnsi" w:hAnsiTheme="majorHAnsi" w:cstheme="majorHAnsi"/>
          <w:szCs w:val="24"/>
          <w:lang w:val="pl-PL"/>
        </w:rPr>
        <w:t xml:space="preserve">Pozemky </w:t>
      </w:r>
      <w:r w:rsidR="0086426B" w:rsidRPr="009812F8">
        <w:rPr>
          <w:rFonts w:asciiTheme="majorHAnsi" w:hAnsiTheme="majorHAnsi" w:cstheme="majorHAnsi"/>
          <w:szCs w:val="24"/>
          <w:lang w:val="pl-PL"/>
        </w:rPr>
        <w:t xml:space="preserve">na katastrálních územích </w:t>
      </w:r>
      <w:r w:rsidRPr="009812F8">
        <w:rPr>
          <w:rFonts w:asciiTheme="majorHAnsi" w:hAnsiTheme="majorHAnsi" w:cstheme="majorHAnsi"/>
          <w:szCs w:val="24"/>
          <w:lang w:val="pl-PL"/>
        </w:rPr>
        <w:t xml:space="preserve">by byly převedeny do funkčního využití </w:t>
      </w:r>
      <w:r w:rsidR="00400546" w:rsidRPr="009812F8">
        <w:rPr>
          <w:rFonts w:asciiTheme="majorHAnsi" w:hAnsiTheme="majorHAnsi" w:cstheme="majorHAnsi"/>
          <w:szCs w:val="24"/>
          <w:lang w:val="pl-PL"/>
        </w:rPr>
        <w:t xml:space="preserve">obcí (vždy v rámci svého katastru) </w:t>
      </w:r>
      <w:r w:rsidRPr="009812F8">
        <w:rPr>
          <w:rFonts w:asciiTheme="majorHAnsi" w:hAnsiTheme="majorHAnsi" w:cstheme="majorHAnsi"/>
          <w:szCs w:val="24"/>
          <w:lang w:val="pl-PL"/>
        </w:rPr>
        <w:t xml:space="preserve">pro edukaci, rekreaci, environmentální vzdělávání, tedy i pro školy a širokou veřejnost. Budou přístupné celoročně bez omezení a v rámci ochrany přírody zde budou </w:t>
      </w:r>
      <w:r w:rsidR="0086426B" w:rsidRPr="009812F8">
        <w:rPr>
          <w:rFonts w:asciiTheme="majorHAnsi" w:hAnsiTheme="majorHAnsi" w:cstheme="majorHAnsi"/>
          <w:szCs w:val="24"/>
          <w:lang w:val="pl-PL"/>
        </w:rPr>
        <w:t>podpořeny a dotvořeny</w:t>
      </w:r>
      <w:r w:rsidRPr="009812F8">
        <w:rPr>
          <w:rFonts w:asciiTheme="majorHAnsi" w:hAnsiTheme="majorHAnsi" w:cstheme="majorHAnsi"/>
          <w:szCs w:val="24"/>
          <w:lang w:val="pl-PL"/>
        </w:rPr>
        <w:t xml:space="preserve"> biotopy, které ze současné krajiny mizí.</w:t>
      </w:r>
    </w:p>
    <w:p w14:paraId="73FB39BE" w14:textId="0C6A3114" w:rsidR="006C1115" w:rsidRPr="009812F8" w:rsidRDefault="006C1115" w:rsidP="006C1115">
      <w:pPr>
        <w:jc w:val="both"/>
        <w:rPr>
          <w:rFonts w:asciiTheme="majorHAnsi" w:hAnsiTheme="majorHAnsi" w:cstheme="majorHAnsi"/>
          <w:szCs w:val="24"/>
          <w:lang w:val="pl-PL"/>
        </w:rPr>
      </w:pPr>
      <w:r w:rsidRPr="009812F8">
        <w:rPr>
          <w:rFonts w:asciiTheme="majorHAnsi" w:hAnsiTheme="majorHAnsi" w:cstheme="majorHAnsi"/>
          <w:szCs w:val="24"/>
          <w:lang w:val="pl-PL"/>
        </w:rPr>
        <w:t xml:space="preserve">Součástí projektu bude také odborný monitoring lokality – konkrétně sledování sukcese a postupného osidlování nově vytvořených biotopů rostlinami a živočichy. Tato činnost bude realizována ve spolupráci </w:t>
      </w:r>
      <w:r w:rsidR="004F4A5E" w:rsidRPr="009812F8">
        <w:rPr>
          <w:rFonts w:asciiTheme="majorHAnsi" w:hAnsiTheme="majorHAnsi" w:cstheme="majorHAnsi"/>
          <w:szCs w:val="24"/>
          <w:lang w:val="pl-PL"/>
        </w:rPr>
        <w:t> </w:t>
      </w:r>
      <w:r w:rsidRPr="009812F8">
        <w:rPr>
          <w:rFonts w:asciiTheme="majorHAnsi" w:hAnsiTheme="majorHAnsi" w:cstheme="majorHAnsi"/>
          <w:szCs w:val="24"/>
          <w:lang w:val="pl-PL"/>
        </w:rPr>
        <w:t>odborníky a muze</w:t>
      </w:r>
      <w:r w:rsidR="0086426B" w:rsidRPr="009812F8">
        <w:rPr>
          <w:rFonts w:asciiTheme="majorHAnsi" w:hAnsiTheme="majorHAnsi" w:cstheme="majorHAnsi"/>
          <w:szCs w:val="24"/>
          <w:lang w:val="pl-PL"/>
        </w:rPr>
        <w:t>jními pracovníky</w:t>
      </w:r>
      <w:r w:rsidRPr="009812F8">
        <w:rPr>
          <w:rFonts w:asciiTheme="majorHAnsi" w:hAnsiTheme="majorHAnsi" w:cstheme="majorHAnsi"/>
          <w:szCs w:val="24"/>
          <w:lang w:val="pl-PL"/>
        </w:rPr>
        <w:t>.</w:t>
      </w:r>
    </w:p>
    <w:p w14:paraId="0C1A778C" w14:textId="77777777" w:rsidR="00095533" w:rsidRPr="009812F8" w:rsidRDefault="00095533" w:rsidP="00BB6B05">
      <w:pPr>
        <w:jc w:val="both"/>
        <w:rPr>
          <w:rFonts w:asciiTheme="majorHAnsi" w:hAnsiTheme="majorHAnsi" w:cstheme="majorHAnsi"/>
          <w:b/>
          <w:bCs/>
          <w:szCs w:val="24"/>
        </w:rPr>
      </w:pPr>
    </w:p>
    <w:p w14:paraId="2FED1F85" w14:textId="5D03472C" w:rsidR="00783F22" w:rsidRPr="009812F8" w:rsidRDefault="00F55F87">
      <w:pPr>
        <w:rPr>
          <w:rFonts w:asciiTheme="majorHAnsi" w:hAnsiTheme="majorHAnsi" w:cstheme="majorHAnsi"/>
          <w:b/>
          <w:bCs/>
          <w:szCs w:val="24"/>
        </w:rPr>
      </w:pPr>
      <w:r w:rsidRPr="009812F8">
        <w:rPr>
          <w:rFonts w:asciiTheme="majorHAnsi" w:hAnsiTheme="majorHAnsi" w:cstheme="majorHAnsi"/>
          <w:b/>
          <w:bCs/>
          <w:noProof/>
          <w:szCs w:val="24"/>
        </w:rPr>
        <w:drawing>
          <wp:inline distT="0" distB="0" distL="0" distR="0" wp14:anchorId="61CE4B0F" wp14:editId="0444E092">
            <wp:extent cx="6121400" cy="4081145"/>
            <wp:effectExtent l="0" t="0" r="0" b="0"/>
            <wp:docPr id="609487206" name="Obrázek 1" descr="Obsah obrázku strom, rostlina, obloha, tráva&#10;&#10;Obsah generovaný pomocí AI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9487206" name="Obrázek 1" descr="Obsah obrázku strom, rostlina, obloha, tráva&#10;&#10;Obsah generovaný pomocí AI může být nesprávný.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21400" cy="4081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83F22" w:rsidRPr="009812F8">
        <w:rPr>
          <w:rFonts w:asciiTheme="majorHAnsi" w:hAnsiTheme="majorHAnsi" w:cstheme="majorHAnsi"/>
          <w:b/>
          <w:bCs/>
          <w:szCs w:val="24"/>
        </w:rPr>
        <w:br w:type="page"/>
      </w:r>
    </w:p>
    <w:p w14:paraId="2D7141AE" w14:textId="6D45F5A1" w:rsidR="00095533" w:rsidRPr="009812F8" w:rsidRDefault="00095533" w:rsidP="00B127C8">
      <w:pPr>
        <w:rPr>
          <w:rFonts w:asciiTheme="majorHAnsi" w:hAnsiTheme="majorHAnsi" w:cstheme="majorHAnsi"/>
          <w:b/>
          <w:bCs/>
          <w:szCs w:val="24"/>
        </w:rPr>
      </w:pPr>
      <w:r w:rsidRPr="009812F8">
        <w:rPr>
          <w:rFonts w:asciiTheme="majorHAnsi" w:hAnsiTheme="majorHAnsi" w:cstheme="majorHAnsi"/>
          <w:b/>
          <w:bCs/>
          <w:szCs w:val="24"/>
        </w:rPr>
        <w:lastRenderedPageBreak/>
        <w:t>UMÍSTĚNÍ LOKALITY</w:t>
      </w:r>
    </w:p>
    <w:p w14:paraId="6EC29F1A" w14:textId="67E26890" w:rsidR="00F55F87" w:rsidRPr="009812F8" w:rsidRDefault="008D1211" w:rsidP="00BB6B05">
      <w:pPr>
        <w:jc w:val="both"/>
        <w:rPr>
          <w:rFonts w:asciiTheme="majorHAnsi" w:hAnsiTheme="majorHAnsi" w:cstheme="majorHAnsi"/>
          <w:szCs w:val="24"/>
        </w:rPr>
      </w:pPr>
      <w:proofErr w:type="spellStart"/>
      <w:r w:rsidRPr="009812F8">
        <w:rPr>
          <w:rFonts w:asciiTheme="majorHAnsi" w:hAnsiTheme="majorHAnsi" w:cstheme="majorHAnsi"/>
          <w:szCs w:val="24"/>
        </w:rPr>
        <w:t>Lokalita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se </w:t>
      </w:r>
      <w:proofErr w:type="spellStart"/>
      <w:r w:rsidRPr="009812F8">
        <w:rPr>
          <w:rFonts w:asciiTheme="majorHAnsi" w:hAnsiTheme="majorHAnsi" w:cstheme="majorHAnsi"/>
          <w:szCs w:val="24"/>
        </w:rPr>
        <w:t>nachází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na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hranici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obcí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Kunčice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pod </w:t>
      </w:r>
      <w:proofErr w:type="spellStart"/>
      <w:r w:rsidRPr="009812F8">
        <w:rPr>
          <w:rFonts w:asciiTheme="majorHAnsi" w:hAnsiTheme="majorHAnsi" w:cstheme="majorHAnsi"/>
          <w:szCs w:val="24"/>
        </w:rPr>
        <w:t>Ondřejníkem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a Tichá, s </w:t>
      </w:r>
      <w:proofErr w:type="spellStart"/>
      <w:r w:rsidRPr="009812F8">
        <w:rPr>
          <w:rFonts w:asciiTheme="majorHAnsi" w:hAnsiTheme="majorHAnsi" w:cstheme="majorHAnsi"/>
          <w:szCs w:val="24"/>
        </w:rPr>
        <w:t>mírným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přesahem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do </w:t>
      </w:r>
      <w:proofErr w:type="spellStart"/>
      <w:r w:rsidR="00783F22" w:rsidRPr="009812F8">
        <w:rPr>
          <w:rFonts w:asciiTheme="majorHAnsi" w:hAnsiTheme="majorHAnsi" w:cstheme="majorHAnsi"/>
          <w:szCs w:val="24"/>
        </w:rPr>
        <w:t>katastrálního</w:t>
      </w:r>
      <w:proofErr w:type="spellEnd"/>
      <w:r w:rsidR="00783F22"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="00783F22" w:rsidRPr="009812F8">
        <w:rPr>
          <w:rFonts w:asciiTheme="majorHAnsi" w:hAnsiTheme="majorHAnsi" w:cstheme="majorHAnsi"/>
          <w:szCs w:val="24"/>
        </w:rPr>
        <w:t>území</w:t>
      </w:r>
      <w:proofErr w:type="spellEnd"/>
      <w:r w:rsidR="00783F22"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města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Frenštát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pod </w:t>
      </w:r>
      <w:proofErr w:type="spellStart"/>
      <w:r w:rsidRPr="009812F8">
        <w:rPr>
          <w:rFonts w:asciiTheme="majorHAnsi" w:hAnsiTheme="majorHAnsi" w:cstheme="majorHAnsi"/>
          <w:szCs w:val="24"/>
        </w:rPr>
        <w:t>Radhoštěm</w:t>
      </w:r>
      <w:proofErr w:type="spellEnd"/>
      <w:r w:rsidRPr="009812F8">
        <w:rPr>
          <w:rFonts w:asciiTheme="majorHAnsi" w:hAnsiTheme="majorHAnsi" w:cstheme="majorHAnsi"/>
          <w:szCs w:val="24"/>
        </w:rPr>
        <w:t>.</w:t>
      </w:r>
    </w:p>
    <w:p w14:paraId="140B2627" w14:textId="77777777" w:rsidR="00B127C8" w:rsidRPr="009812F8" w:rsidRDefault="00B127C8" w:rsidP="008D1211">
      <w:pPr>
        <w:jc w:val="both"/>
        <w:rPr>
          <w:rFonts w:asciiTheme="majorHAnsi" w:hAnsiTheme="majorHAnsi" w:cstheme="majorHAnsi"/>
          <w:b/>
          <w:bCs/>
          <w:szCs w:val="24"/>
          <w:lang w:val="cs-CZ"/>
        </w:rPr>
      </w:pPr>
    </w:p>
    <w:p w14:paraId="5C5CF024" w14:textId="14EE4649" w:rsidR="008D1211" w:rsidRPr="009812F8" w:rsidRDefault="008D1211" w:rsidP="008D1211">
      <w:pPr>
        <w:jc w:val="both"/>
        <w:rPr>
          <w:rFonts w:asciiTheme="majorHAnsi" w:hAnsiTheme="majorHAnsi" w:cstheme="majorHAnsi"/>
          <w:b/>
          <w:bCs/>
          <w:szCs w:val="24"/>
          <w:lang w:val="cs-CZ"/>
        </w:rPr>
      </w:pPr>
      <w:r w:rsidRPr="009812F8">
        <w:rPr>
          <w:rFonts w:asciiTheme="majorHAnsi" w:hAnsiTheme="majorHAnsi" w:cstheme="majorHAnsi"/>
          <w:b/>
          <w:bCs/>
          <w:szCs w:val="24"/>
          <w:lang w:val="cs-CZ"/>
        </w:rPr>
        <w:t>Obec Kunčice pod Ondřejníkem: Celkem: 34 </w:t>
      </w:r>
      <w:r w:rsidR="004F4A5E" w:rsidRPr="009812F8">
        <w:rPr>
          <w:rFonts w:asciiTheme="majorHAnsi" w:hAnsiTheme="majorHAnsi" w:cstheme="majorHAnsi"/>
          <w:b/>
          <w:bCs/>
          <w:szCs w:val="24"/>
          <w:lang w:val="cs-CZ"/>
        </w:rPr>
        <w:t>3</w:t>
      </w:r>
      <w:r w:rsidR="00C54894" w:rsidRPr="009812F8">
        <w:rPr>
          <w:rFonts w:asciiTheme="majorHAnsi" w:hAnsiTheme="majorHAnsi" w:cstheme="majorHAnsi"/>
          <w:b/>
          <w:bCs/>
          <w:szCs w:val="24"/>
          <w:lang w:val="cs-CZ"/>
        </w:rPr>
        <w:t>82</w:t>
      </w:r>
      <w:r w:rsidRPr="009812F8">
        <w:rPr>
          <w:rFonts w:asciiTheme="majorHAnsi" w:hAnsiTheme="majorHAnsi" w:cstheme="majorHAnsi"/>
          <w:b/>
          <w:bCs/>
          <w:szCs w:val="24"/>
          <w:lang w:val="cs-CZ"/>
        </w:rPr>
        <w:t xml:space="preserve"> m²</w:t>
      </w:r>
    </w:p>
    <w:p w14:paraId="54BF1754" w14:textId="77777777" w:rsidR="008D1211" w:rsidRPr="009812F8" w:rsidRDefault="008D1211" w:rsidP="008D1211">
      <w:pPr>
        <w:pStyle w:val="Odstavecseseznamem"/>
        <w:numPr>
          <w:ilvl w:val="0"/>
          <w:numId w:val="11"/>
        </w:numPr>
        <w:ind w:left="567"/>
        <w:jc w:val="both"/>
        <w:rPr>
          <w:rFonts w:asciiTheme="majorHAnsi" w:hAnsiTheme="majorHAnsi" w:cstheme="majorHAnsi"/>
          <w:b/>
          <w:bCs/>
          <w:szCs w:val="24"/>
          <w:lang w:val="cs-CZ"/>
        </w:rPr>
      </w:pPr>
      <w:proofErr w:type="spellStart"/>
      <w:r w:rsidRPr="009812F8">
        <w:rPr>
          <w:rFonts w:asciiTheme="majorHAnsi" w:hAnsiTheme="majorHAnsi" w:cstheme="majorHAnsi"/>
          <w:szCs w:val="24"/>
        </w:rPr>
        <w:t>Parcelní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číslo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: 3202/2, Výměra: 9 146 m², </w:t>
      </w:r>
      <w:proofErr w:type="spellStart"/>
      <w:r w:rsidRPr="009812F8">
        <w:rPr>
          <w:rFonts w:asciiTheme="majorHAnsi" w:hAnsiTheme="majorHAnsi" w:cstheme="majorHAnsi"/>
          <w:szCs w:val="24"/>
        </w:rPr>
        <w:t>Využití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: </w:t>
      </w:r>
      <w:proofErr w:type="spellStart"/>
      <w:r w:rsidRPr="009812F8">
        <w:rPr>
          <w:rFonts w:asciiTheme="majorHAnsi" w:hAnsiTheme="majorHAnsi" w:cstheme="majorHAnsi"/>
          <w:szCs w:val="24"/>
        </w:rPr>
        <w:t>manipulační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plocha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, </w:t>
      </w:r>
      <w:proofErr w:type="spellStart"/>
      <w:r w:rsidRPr="009812F8">
        <w:rPr>
          <w:rFonts w:asciiTheme="majorHAnsi" w:hAnsiTheme="majorHAnsi" w:cstheme="majorHAnsi"/>
          <w:szCs w:val="24"/>
        </w:rPr>
        <w:t>Druh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pozemku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: </w:t>
      </w:r>
      <w:proofErr w:type="spellStart"/>
      <w:r w:rsidRPr="009812F8">
        <w:rPr>
          <w:rFonts w:asciiTheme="majorHAnsi" w:hAnsiTheme="majorHAnsi" w:cstheme="majorHAnsi"/>
          <w:szCs w:val="24"/>
        </w:rPr>
        <w:t>ostatní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plocha</w:t>
      </w:r>
      <w:proofErr w:type="spellEnd"/>
    </w:p>
    <w:p w14:paraId="1FB1481A" w14:textId="0CC225BA" w:rsidR="008D1211" w:rsidRPr="009812F8" w:rsidRDefault="008D1211" w:rsidP="008D1211">
      <w:pPr>
        <w:pStyle w:val="Odstavecseseznamem"/>
        <w:numPr>
          <w:ilvl w:val="0"/>
          <w:numId w:val="11"/>
        </w:numPr>
        <w:ind w:left="567"/>
        <w:jc w:val="both"/>
        <w:rPr>
          <w:rFonts w:asciiTheme="majorHAnsi" w:hAnsiTheme="majorHAnsi" w:cstheme="majorHAnsi"/>
          <w:b/>
          <w:bCs/>
          <w:szCs w:val="24"/>
          <w:lang w:val="cs-CZ"/>
        </w:rPr>
      </w:pPr>
      <w:proofErr w:type="spellStart"/>
      <w:r w:rsidRPr="009812F8">
        <w:rPr>
          <w:rFonts w:asciiTheme="majorHAnsi" w:hAnsiTheme="majorHAnsi" w:cstheme="majorHAnsi"/>
          <w:szCs w:val="24"/>
        </w:rPr>
        <w:t>Parcelní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číslo</w:t>
      </w:r>
      <w:proofErr w:type="spellEnd"/>
      <w:r w:rsidRPr="009812F8">
        <w:rPr>
          <w:rFonts w:asciiTheme="majorHAnsi" w:hAnsiTheme="majorHAnsi" w:cstheme="majorHAnsi"/>
          <w:szCs w:val="24"/>
        </w:rPr>
        <w:t>: 3202/3, Výměra: 15 </w:t>
      </w:r>
      <w:r w:rsidR="00AA2327" w:rsidRPr="009812F8">
        <w:rPr>
          <w:rFonts w:asciiTheme="majorHAnsi" w:hAnsiTheme="majorHAnsi" w:cstheme="majorHAnsi"/>
          <w:szCs w:val="24"/>
        </w:rPr>
        <w:t>049</w:t>
      </w:r>
      <w:r w:rsidRPr="009812F8">
        <w:rPr>
          <w:rFonts w:asciiTheme="majorHAnsi" w:hAnsiTheme="majorHAnsi" w:cstheme="majorHAnsi"/>
          <w:szCs w:val="24"/>
        </w:rPr>
        <w:t xml:space="preserve"> m², </w:t>
      </w:r>
      <w:proofErr w:type="spellStart"/>
      <w:r w:rsidRPr="009812F8">
        <w:rPr>
          <w:rFonts w:asciiTheme="majorHAnsi" w:hAnsiTheme="majorHAnsi" w:cstheme="majorHAnsi"/>
          <w:szCs w:val="24"/>
        </w:rPr>
        <w:t>Využití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: </w:t>
      </w:r>
      <w:proofErr w:type="spellStart"/>
      <w:r w:rsidRPr="009812F8">
        <w:rPr>
          <w:rFonts w:asciiTheme="majorHAnsi" w:hAnsiTheme="majorHAnsi" w:cstheme="majorHAnsi"/>
          <w:szCs w:val="24"/>
        </w:rPr>
        <w:t>manipulační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plocha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, </w:t>
      </w:r>
      <w:proofErr w:type="spellStart"/>
      <w:r w:rsidRPr="009812F8">
        <w:rPr>
          <w:rFonts w:asciiTheme="majorHAnsi" w:hAnsiTheme="majorHAnsi" w:cstheme="majorHAnsi"/>
          <w:szCs w:val="24"/>
        </w:rPr>
        <w:t>Druh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pozemku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: </w:t>
      </w:r>
      <w:proofErr w:type="spellStart"/>
      <w:r w:rsidRPr="009812F8">
        <w:rPr>
          <w:rFonts w:asciiTheme="majorHAnsi" w:hAnsiTheme="majorHAnsi" w:cstheme="majorHAnsi"/>
          <w:szCs w:val="24"/>
        </w:rPr>
        <w:t>ostatní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plocha</w:t>
      </w:r>
      <w:proofErr w:type="spellEnd"/>
    </w:p>
    <w:p w14:paraId="63908814" w14:textId="77777777" w:rsidR="008D1211" w:rsidRPr="009812F8" w:rsidRDefault="008D1211" w:rsidP="008D1211">
      <w:pPr>
        <w:pStyle w:val="Odstavecseseznamem"/>
        <w:numPr>
          <w:ilvl w:val="0"/>
          <w:numId w:val="11"/>
        </w:numPr>
        <w:ind w:left="567"/>
        <w:jc w:val="both"/>
        <w:rPr>
          <w:rFonts w:asciiTheme="majorHAnsi" w:hAnsiTheme="majorHAnsi" w:cstheme="majorHAnsi"/>
          <w:b/>
          <w:bCs/>
          <w:szCs w:val="24"/>
          <w:lang w:val="cs-CZ"/>
        </w:rPr>
      </w:pPr>
      <w:proofErr w:type="spellStart"/>
      <w:r w:rsidRPr="009812F8">
        <w:rPr>
          <w:rFonts w:asciiTheme="majorHAnsi" w:hAnsiTheme="majorHAnsi" w:cstheme="majorHAnsi"/>
          <w:szCs w:val="24"/>
        </w:rPr>
        <w:t>Parcelní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číslo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: 3202/4, Výměra: 8 678 m², </w:t>
      </w:r>
      <w:proofErr w:type="spellStart"/>
      <w:r w:rsidRPr="009812F8">
        <w:rPr>
          <w:rFonts w:asciiTheme="majorHAnsi" w:hAnsiTheme="majorHAnsi" w:cstheme="majorHAnsi"/>
          <w:szCs w:val="24"/>
        </w:rPr>
        <w:t>Využití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: </w:t>
      </w:r>
      <w:proofErr w:type="spellStart"/>
      <w:r w:rsidRPr="009812F8">
        <w:rPr>
          <w:rFonts w:asciiTheme="majorHAnsi" w:hAnsiTheme="majorHAnsi" w:cstheme="majorHAnsi"/>
          <w:szCs w:val="24"/>
        </w:rPr>
        <w:t>manipulační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plocha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, </w:t>
      </w:r>
      <w:proofErr w:type="spellStart"/>
      <w:r w:rsidRPr="009812F8">
        <w:rPr>
          <w:rFonts w:asciiTheme="majorHAnsi" w:hAnsiTheme="majorHAnsi" w:cstheme="majorHAnsi"/>
          <w:szCs w:val="24"/>
        </w:rPr>
        <w:t>Druh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pozemku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: </w:t>
      </w:r>
      <w:proofErr w:type="spellStart"/>
      <w:r w:rsidRPr="009812F8">
        <w:rPr>
          <w:rFonts w:asciiTheme="majorHAnsi" w:hAnsiTheme="majorHAnsi" w:cstheme="majorHAnsi"/>
          <w:szCs w:val="24"/>
        </w:rPr>
        <w:t>ostatní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plocha</w:t>
      </w:r>
      <w:proofErr w:type="spellEnd"/>
    </w:p>
    <w:p w14:paraId="69B63970" w14:textId="41EC585E" w:rsidR="008D1211" w:rsidRPr="009812F8" w:rsidRDefault="008D1211" w:rsidP="008D1211">
      <w:pPr>
        <w:pStyle w:val="Odstavecseseznamem"/>
        <w:numPr>
          <w:ilvl w:val="0"/>
          <w:numId w:val="11"/>
        </w:numPr>
        <w:ind w:left="567"/>
        <w:jc w:val="both"/>
        <w:rPr>
          <w:rFonts w:asciiTheme="majorHAnsi" w:hAnsiTheme="majorHAnsi" w:cstheme="majorHAnsi"/>
          <w:b/>
          <w:bCs/>
          <w:szCs w:val="24"/>
          <w:lang w:val="cs-CZ"/>
        </w:rPr>
      </w:pPr>
      <w:proofErr w:type="spellStart"/>
      <w:r w:rsidRPr="009812F8">
        <w:rPr>
          <w:rFonts w:asciiTheme="majorHAnsi" w:hAnsiTheme="majorHAnsi" w:cstheme="majorHAnsi"/>
          <w:szCs w:val="24"/>
        </w:rPr>
        <w:t>Parcelní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číslo</w:t>
      </w:r>
      <w:proofErr w:type="spellEnd"/>
      <w:r w:rsidRPr="009812F8">
        <w:rPr>
          <w:rFonts w:asciiTheme="majorHAnsi" w:hAnsiTheme="majorHAnsi" w:cstheme="majorHAnsi"/>
          <w:szCs w:val="24"/>
        </w:rPr>
        <w:t>: 3192/3, Výměra: 1 0</w:t>
      </w:r>
      <w:r w:rsidR="00C54894" w:rsidRPr="009812F8">
        <w:rPr>
          <w:rFonts w:asciiTheme="majorHAnsi" w:hAnsiTheme="majorHAnsi" w:cstheme="majorHAnsi"/>
          <w:szCs w:val="24"/>
        </w:rPr>
        <w:t>9</w:t>
      </w:r>
      <w:r w:rsidR="00AA2327" w:rsidRPr="009812F8">
        <w:rPr>
          <w:rFonts w:asciiTheme="majorHAnsi" w:hAnsiTheme="majorHAnsi" w:cstheme="majorHAnsi"/>
          <w:szCs w:val="24"/>
        </w:rPr>
        <w:t>1</w:t>
      </w:r>
      <w:r w:rsidRPr="009812F8">
        <w:rPr>
          <w:rFonts w:asciiTheme="majorHAnsi" w:hAnsiTheme="majorHAnsi" w:cstheme="majorHAnsi"/>
          <w:szCs w:val="24"/>
        </w:rPr>
        <w:t xml:space="preserve"> m², </w:t>
      </w:r>
      <w:proofErr w:type="spellStart"/>
      <w:r w:rsidRPr="009812F8">
        <w:rPr>
          <w:rFonts w:asciiTheme="majorHAnsi" w:hAnsiTheme="majorHAnsi" w:cstheme="majorHAnsi"/>
          <w:szCs w:val="24"/>
        </w:rPr>
        <w:t>Využití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: </w:t>
      </w:r>
      <w:proofErr w:type="spellStart"/>
      <w:r w:rsidRPr="009812F8">
        <w:rPr>
          <w:rFonts w:asciiTheme="majorHAnsi" w:hAnsiTheme="majorHAnsi" w:cstheme="majorHAnsi"/>
          <w:szCs w:val="24"/>
        </w:rPr>
        <w:t>manipulační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plocha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, </w:t>
      </w:r>
      <w:proofErr w:type="spellStart"/>
      <w:r w:rsidRPr="009812F8">
        <w:rPr>
          <w:rFonts w:asciiTheme="majorHAnsi" w:hAnsiTheme="majorHAnsi" w:cstheme="majorHAnsi"/>
          <w:szCs w:val="24"/>
        </w:rPr>
        <w:t>Druh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pozemku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: </w:t>
      </w:r>
      <w:proofErr w:type="spellStart"/>
      <w:r w:rsidRPr="009812F8">
        <w:rPr>
          <w:rFonts w:asciiTheme="majorHAnsi" w:hAnsiTheme="majorHAnsi" w:cstheme="majorHAnsi"/>
          <w:szCs w:val="24"/>
        </w:rPr>
        <w:t>ostatní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plocha</w:t>
      </w:r>
      <w:proofErr w:type="spellEnd"/>
    </w:p>
    <w:p w14:paraId="541F28A2" w14:textId="308380CF" w:rsidR="008D1211" w:rsidRPr="009812F8" w:rsidRDefault="008D1211" w:rsidP="008D1211">
      <w:pPr>
        <w:pStyle w:val="Odstavecseseznamem"/>
        <w:numPr>
          <w:ilvl w:val="0"/>
          <w:numId w:val="11"/>
        </w:numPr>
        <w:ind w:left="567"/>
        <w:jc w:val="both"/>
        <w:rPr>
          <w:rFonts w:asciiTheme="majorHAnsi" w:hAnsiTheme="majorHAnsi" w:cstheme="majorHAnsi"/>
          <w:b/>
          <w:bCs/>
          <w:szCs w:val="24"/>
          <w:lang w:val="cs-CZ"/>
        </w:rPr>
      </w:pPr>
      <w:proofErr w:type="spellStart"/>
      <w:r w:rsidRPr="009812F8">
        <w:rPr>
          <w:rFonts w:asciiTheme="majorHAnsi" w:hAnsiTheme="majorHAnsi" w:cstheme="majorHAnsi"/>
          <w:szCs w:val="24"/>
        </w:rPr>
        <w:t>Parcelní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číslo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: 3511/2, Výměra: 292 m², </w:t>
      </w:r>
      <w:proofErr w:type="spellStart"/>
      <w:r w:rsidRPr="009812F8">
        <w:rPr>
          <w:rFonts w:asciiTheme="majorHAnsi" w:hAnsiTheme="majorHAnsi" w:cstheme="majorHAnsi"/>
          <w:szCs w:val="24"/>
        </w:rPr>
        <w:t>Využití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: </w:t>
      </w:r>
      <w:proofErr w:type="spellStart"/>
      <w:r w:rsidRPr="009812F8">
        <w:rPr>
          <w:rFonts w:asciiTheme="majorHAnsi" w:hAnsiTheme="majorHAnsi" w:cstheme="majorHAnsi"/>
          <w:szCs w:val="24"/>
        </w:rPr>
        <w:t>ostatní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komunikace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, </w:t>
      </w:r>
      <w:proofErr w:type="spellStart"/>
      <w:r w:rsidRPr="009812F8">
        <w:rPr>
          <w:rFonts w:asciiTheme="majorHAnsi" w:hAnsiTheme="majorHAnsi" w:cstheme="majorHAnsi"/>
          <w:szCs w:val="24"/>
        </w:rPr>
        <w:t>Druh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pozemku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: </w:t>
      </w:r>
      <w:proofErr w:type="spellStart"/>
      <w:r w:rsidRPr="009812F8">
        <w:rPr>
          <w:rFonts w:asciiTheme="majorHAnsi" w:hAnsiTheme="majorHAnsi" w:cstheme="majorHAnsi"/>
          <w:szCs w:val="24"/>
        </w:rPr>
        <w:t>ostatní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plocha</w:t>
      </w:r>
      <w:proofErr w:type="spellEnd"/>
    </w:p>
    <w:p w14:paraId="11E734D4" w14:textId="20FEE8EA" w:rsidR="008D1211" w:rsidRPr="009812F8" w:rsidRDefault="008D1211" w:rsidP="00BB6B05">
      <w:pPr>
        <w:pStyle w:val="Odstavecseseznamem"/>
        <w:numPr>
          <w:ilvl w:val="0"/>
          <w:numId w:val="11"/>
        </w:numPr>
        <w:ind w:left="567"/>
        <w:jc w:val="both"/>
        <w:rPr>
          <w:rFonts w:asciiTheme="majorHAnsi" w:hAnsiTheme="majorHAnsi" w:cstheme="majorHAnsi"/>
          <w:b/>
          <w:bCs/>
          <w:szCs w:val="24"/>
          <w:lang w:val="cs-CZ"/>
        </w:rPr>
      </w:pPr>
      <w:proofErr w:type="spellStart"/>
      <w:r w:rsidRPr="009812F8">
        <w:rPr>
          <w:rFonts w:asciiTheme="majorHAnsi" w:hAnsiTheme="majorHAnsi" w:cstheme="majorHAnsi"/>
          <w:szCs w:val="24"/>
        </w:rPr>
        <w:t>Parcelní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číslo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: </w:t>
      </w:r>
      <w:proofErr w:type="spellStart"/>
      <w:r w:rsidRPr="009812F8">
        <w:rPr>
          <w:rFonts w:asciiTheme="majorHAnsi" w:hAnsiTheme="majorHAnsi" w:cstheme="majorHAnsi"/>
          <w:szCs w:val="24"/>
        </w:rPr>
        <w:t>st.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318, Výměra: 126 m², </w:t>
      </w:r>
      <w:proofErr w:type="spellStart"/>
      <w:r w:rsidRPr="009812F8">
        <w:rPr>
          <w:rFonts w:asciiTheme="majorHAnsi" w:hAnsiTheme="majorHAnsi" w:cstheme="majorHAnsi"/>
          <w:szCs w:val="24"/>
        </w:rPr>
        <w:t>Využití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: </w:t>
      </w:r>
      <w:proofErr w:type="spellStart"/>
      <w:r w:rsidR="00AA2327" w:rsidRPr="009812F8">
        <w:rPr>
          <w:rFonts w:asciiTheme="majorHAnsi" w:hAnsiTheme="majorHAnsi" w:cstheme="majorHAnsi"/>
          <w:szCs w:val="24"/>
        </w:rPr>
        <w:t>zbořeniště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, </w:t>
      </w:r>
      <w:proofErr w:type="spellStart"/>
      <w:r w:rsidRPr="009812F8">
        <w:rPr>
          <w:rFonts w:asciiTheme="majorHAnsi" w:hAnsiTheme="majorHAnsi" w:cstheme="majorHAnsi"/>
          <w:szCs w:val="24"/>
        </w:rPr>
        <w:t>Druh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pozemku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: </w:t>
      </w:r>
      <w:proofErr w:type="spellStart"/>
      <w:r w:rsidRPr="009812F8">
        <w:rPr>
          <w:rFonts w:asciiTheme="majorHAnsi" w:hAnsiTheme="majorHAnsi" w:cstheme="majorHAnsi"/>
          <w:szCs w:val="24"/>
        </w:rPr>
        <w:t>zastavěná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plocha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a </w:t>
      </w:r>
      <w:proofErr w:type="spellStart"/>
      <w:r w:rsidRPr="009812F8">
        <w:rPr>
          <w:rFonts w:asciiTheme="majorHAnsi" w:hAnsiTheme="majorHAnsi" w:cstheme="majorHAnsi"/>
          <w:szCs w:val="24"/>
        </w:rPr>
        <w:t>nádvoří</w:t>
      </w:r>
      <w:proofErr w:type="spellEnd"/>
    </w:p>
    <w:p w14:paraId="070D35AE" w14:textId="77777777" w:rsidR="00B127C8" w:rsidRPr="009812F8" w:rsidRDefault="00B127C8" w:rsidP="00C1509B">
      <w:pPr>
        <w:jc w:val="both"/>
        <w:rPr>
          <w:rFonts w:asciiTheme="majorHAnsi" w:hAnsiTheme="majorHAnsi" w:cstheme="majorHAnsi"/>
          <w:b/>
          <w:bCs/>
          <w:szCs w:val="24"/>
          <w:lang w:val="cs-CZ"/>
        </w:rPr>
      </w:pPr>
    </w:p>
    <w:p w14:paraId="61F825EB" w14:textId="0AC37286" w:rsidR="00C1509B" w:rsidRPr="009812F8" w:rsidRDefault="00C1509B" w:rsidP="00C1509B">
      <w:pPr>
        <w:jc w:val="both"/>
        <w:rPr>
          <w:rFonts w:asciiTheme="majorHAnsi" w:hAnsiTheme="majorHAnsi" w:cstheme="majorHAnsi"/>
          <w:b/>
          <w:bCs/>
          <w:szCs w:val="24"/>
          <w:lang w:val="cs-CZ"/>
        </w:rPr>
      </w:pPr>
      <w:r w:rsidRPr="009812F8">
        <w:rPr>
          <w:rFonts w:asciiTheme="majorHAnsi" w:hAnsiTheme="majorHAnsi" w:cstheme="majorHAnsi"/>
          <w:b/>
          <w:bCs/>
          <w:szCs w:val="24"/>
          <w:lang w:val="cs-CZ"/>
        </w:rPr>
        <w:t>Obec Tichá na Moravě: Celkem: 11 074 m²</w:t>
      </w:r>
    </w:p>
    <w:p w14:paraId="06D2E8F7" w14:textId="77777777" w:rsidR="00C1509B" w:rsidRPr="009812F8" w:rsidRDefault="00C1509B" w:rsidP="00C1509B">
      <w:pPr>
        <w:pStyle w:val="Odstavecseseznamem"/>
        <w:numPr>
          <w:ilvl w:val="0"/>
          <w:numId w:val="12"/>
        </w:numPr>
        <w:jc w:val="both"/>
        <w:rPr>
          <w:rFonts w:asciiTheme="majorHAnsi" w:hAnsiTheme="majorHAnsi" w:cstheme="majorHAnsi"/>
          <w:szCs w:val="24"/>
          <w:lang w:val="cs-CZ"/>
        </w:rPr>
      </w:pPr>
      <w:r w:rsidRPr="009812F8">
        <w:rPr>
          <w:rFonts w:asciiTheme="majorHAnsi" w:hAnsiTheme="majorHAnsi" w:cstheme="majorHAnsi"/>
          <w:szCs w:val="24"/>
          <w:lang w:val="cs-CZ"/>
        </w:rPr>
        <w:t>Parcelní číslo: 1452, Výměra: 137 m², Využití: ostatní komunikace, Druh pozemku: ostatní plocha</w:t>
      </w:r>
    </w:p>
    <w:p w14:paraId="52906CB9" w14:textId="77777777" w:rsidR="00C1509B" w:rsidRPr="009812F8" w:rsidRDefault="00C1509B" w:rsidP="00C1509B">
      <w:pPr>
        <w:pStyle w:val="Odstavecseseznamem"/>
        <w:numPr>
          <w:ilvl w:val="0"/>
          <w:numId w:val="12"/>
        </w:numPr>
        <w:jc w:val="both"/>
        <w:rPr>
          <w:rFonts w:asciiTheme="majorHAnsi" w:hAnsiTheme="majorHAnsi" w:cstheme="majorHAnsi"/>
          <w:szCs w:val="24"/>
          <w:lang w:val="cs-CZ"/>
        </w:rPr>
      </w:pPr>
      <w:r w:rsidRPr="009812F8">
        <w:rPr>
          <w:rFonts w:asciiTheme="majorHAnsi" w:hAnsiTheme="majorHAnsi" w:cstheme="majorHAnsi"/>
          <w:szCs w:val="24"/>
          <w:lang w:val="cs-CZ"/>
        </w:rPr>
        <w:t>Parcelní číslo: 1453, Výměra: 2 571 m², Využití: zamokřená plocha, Druh pozemku: vodní plocha</w:t>
      </w:r>
    </w:p>
    <w:p w14:paraId="2B68B36E" w14:textId="77777777" w:rsidR="00C1509B" w:rsidRPr="009812F8" w:rsidRDefault="00C1509B" w:rsidP="00C1509B">
      <w:pPr>
        <w:pStyle w:val="Odstavecseseznamem"/>
        <w:numPr>
          <w:ilvl w:val="0"/>
          <w:numId w:val="12"/>
        </w:numPr>
        <w:jc w:val="both"/>
        <w:rPr>
          <w:rFonts w:asciiTheme="majorHAnsi" w:hAnsiTheme="majorHAnsi" w:cstheme="majorHAnsi"/>
          <w:szCs w:val="24"/>
          <w:lang w:val="cs-CZ"/>
        </w:rPr>
      </w:pPr>
      <w:r w:rsidRPr="009812F8">
        <w:rPr>
          <w:rFonts w:asciiTheme="majorHAnsi" w:hAnsiTheme="majorHAnsi" w:cstheme="majorHAnsi"/>
          <w:szCs w:val="24"/>
          <w:lang w:val="cs-CZ"/>
        </w:rPr>
        <w:t>Parcelní číslo: 1454, Výměra: 7 448 m², Využití: jiná plocha, Druh pozemku: ostatní plocha</w:t>
      </w:r>
    </w:p>
    <w:p w14:paraId="71B8EBE8" w14:textId="07FDB72B" w:rsidR="00C1509B" w:rsidRPr="009812F8" w:rsidRDefault="00C1509B" w:rsidP="00C1509B">
      <w:pPr>
        <w:pStyle w:val="Odstavecseseznamem"/>
        <w:numPr>
          <w:ilvl w:val="0"/>
          <w:numId w:val="12"/>
        </w:numPr>
        <w:jc w:val="both"/>
        <w:rPr>
          <w:rFonts w:asciiTheme="majorHAnsi" w:hAnsiTheme="majorHAnsi" w:cstheme="majorHAnsi"/>
          <w:szCs w:val="24"/>
          <w:lang w:val="cs-CZ"/>
        </w:rPr>
      </w:pPr>
      <w:r w:rsidRPr="009812F8">
        <w:rPr>
          <w:rFonts w:asciiTheme="majorHAnsi" w:hAnsiTheme="majorHAnsi" w:cstheme="majorHAnsi"/>
          <w:szCs w:val="24"/>
          <w:lang w:val="cs-CZ"/>
        </w:rPr>
        <w:t>Parcelní číslo: 1455, Výměra: 517 m², Využití: zamokřená plocha, Druh pozemku: vodní plocha</w:t>
      </w:r>
    </w:p>
    <w:p w14:paraId="66ABF6BF" w14:textId="1D991604" w:rsidR="00C1509B" w:rsidRPr="009812F8" w:rsidRDefault="00C1509B" w:rsidP="00BB6B05">
      <w:pPr>
        <w:pStyle w:val="Odstavecseseznamem"/>
        <w:numPr>
          <w:ilvl w:val="0"/>
          <w:numId w:val="12"/>
        </w:numPr>
        <w:jc w:val="both"/>
        <w:rPr>
          <w:rFonts w:asciiTheme="majorHAnsi" w:hAnsiTheme="majorHAnsi" w:cstheme="majorHAnsi"/>
          <w:szCs w:val="24"/>
          <w:lang w:val="cs-CZ"/>
        </w:rPr>
      </w:pPr>
      <w:proofErr w:type="spellStart"/>
      <w:r w:rsidRPr="009812F8">
        <w:rPr>
          <w:rFonts w:asciiTheme="majorHAnsi" w:hAnsiTheme="majorHAnsi" w:cstheme="majorHAnsi"/>
          <w:szCs w:val="24"/>
        </w:rPr>
        <w:t>Parcelní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číslo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: 1466/15, Výměra: 401 m², </w:t>
      </w:r>
      <w:proofErr w:type="spellStart"/>
      <w:r w:rsidRPr="009812F8">
        <w:rPr>
          <w:rFonts w:asciiTheme="majorHAnsi" w:hAnsiTheme="majorHAnsi" w:cstheme="majorHAnsi"/>
          <w:szCs w:val="24"/>
        </w:rPr>
        <w:t>Využití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: </w:t>
      </w:r>
      <w:proofErr w:type="spellStart"/>
      <w:r w:rsidRPr="009812F8">
        <w:rPr>
          <w:rFonts w:asciiTheme="majorHAnsi" w:hAnsiTheme="majorHAnsi" w:cstheme="majorHAnsi"/>
          <w:szCs w:val="24"/>
        </w:rPr>
        <w:t>jiná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plocha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, </w:t>
      </w:r>
      <w:proofErr w:type="spellStart"/>
      <w:r w:rsidRPr="009812F8">
        <w:rPr>
          <w:rFonts w:asciiTheme="majorHAnsi" w:hAnsiTheme="majorHAnsi" w:cstheme="majorHAnsi"/>
          <w:szCs w:val="24"/>
        </w:rPr>
        <w:t>Druh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pozemku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: </w:t>
      </w:r>
      <w:proofErr w:type="spellStart"/>
      <w:r w:rsidRPr="009812F8">
        <w:rPr>
          <w:rFonts w:asciiTheme="majorHAnsi" w:hAnsiTheme="majorHAnsi" w:cstheme="majorHAnsi"/>
          <w:szCs w:val="24"/>
        </w:rPr>
        <w:t>ostatní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plocha</w:t>
      </w:r>
      <w:proofErr w:type="spellEnd"/>
    </w:p>
    <w:p w14:paraId="0FFDE725" w14:textId="77777777" w:rsidR="00B127C8" w:rsidRPr="009812F8" w:rsidRDefault="00B127C8" w:rsidP="00BB6B05">
      <w:pPr>
        <w:jc w:val="both"/>
        <w:rPr>
          <w:rFonts w:asciiTheme="majorHAnsi" w:hAnsiTheme="majorHAnsi" w:cstheme="majorHAnsi"/>
          <w:b/>
          <w:bCs/>
          <w:szCs w:val="24"/>
        </w:rPr>
      </w:pPr>
    </w:p>
    <w:p w14:paraId="07EFE99F" w14:textId="5ECFA45B" w:rsidR="00C1509B" w:rsidRPr="009812F8" w:rsidRDefault="00C1509B" w:rsidP="00BB6B05">
      <w:pPr>
        <w:jc w:val="both"/>
        <w:rPr>
          <w:rFonts w:asciiTheme="majorHAnsi" w:hAnsiTheme="majorHAnsi" w:cstheme="majorHAnsi"/>
          <w:b/>
          <w:bCs/>
          <w:szCs w:val="24"/>
        </w:rPr>
      </w:pPr>
      <w:proofErr w:type="spellStart"/>
      <w:r w:rsidRPr="009812F8">
        <w:rPr>
          <w:rFonts w:asciiTheme="majorHAnsi" w:hAnsiTheme="majorHAnsi" w:cstheme="majorHAnsi"/>
          <w:b/>
          <w:bCs/>
          <w:szCs w:val="24"/>
        </w:rPr>
        <w:t>Město</w:t>
      </w:r>
      <w:proofErr w:type="spellEnd"/>
      <w:r w:rsidRPr="009812F8">
        <w:rPr>
          <w:rFonts w:asciiTheme="majorHAnsi" w:hAnsiTheme="majorHAnsi" w:cstheme="majorHAnsi"/>
          <w:b/>
          <w:bCs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b/>
          <w:bCs/>
          <w:szCs w:val="24"/>
        </w:rPr>
        <w:t>Frenštát</w:t>
      </w:r>
      <w:proofErr w:type="spellEnd"/>
      <w:r w:rsidRPr="009812F8">
        <w:rPr>
          <w:rFonts w:asciiTheme="majorHAnsi" w:hAnsiTheme="majorHAnsi" w:cstheme="majorHAnsi"/>
          <w:b/>
          <w:bCs/>
          <w:szCs w:val="24"/>
        </w:rPr>
        <w:t xml:space="preserve"> pod </w:t>
      </w:r>
      <w:proofErr w:type="spellStart"/>
      <w:r w:rsidRPr="009812F8">
        <w:rPr>
          <w:rFonts w:asciiTheme="majorHAnsi" w:hAnsiTheme="majorHAnsi" w:cstheme="majorHAnsi"/>
          <w:b/>
          <w:bCs/>
          <w:szCs w:val="24"/>
        </w:rPr>
        <w:t>Radhoštěm</w:t>
      </w:r>
      <w:proofErr w:type="spellEnd"/>
      <w:r w:rsidRPr="009812F8">
        <w:rPr>
          <w:rFonts w:asciiTheme="majorHAnsi" w:hAnsiTheme="majorHAnsi" w:cstheme="majorHAnsi"/>
          <w:b/>
          <w:bCs/>
          <w:szCs w:val="24"/>
        </w:rPr>
        <w:t>:</w:t>
      </w:r>
      <w:r w:rsidR="004F4A5E" w:rsidRPr="009812F8">
        <w:rPr>
          <w:rFonts w:asciiTheme="majorHAnsi" w:hAnsiTheme="majorHAnsi" w:cstheme="majorHAnsi"/>
          <w:b/>
          <w:bCs/>
          <w:szCs w:val="24"/>
        </w:rPr>
        <w:t xml:space="preserve"> </w:t>
      </w:r>
      <w:r w:rsidR="004F4A5E" w:rsidRPr="009812F8">
        <w:rPr>
          <w:rFonts w:asciiTheme="majorHAnsi" w:hAnsiTheme="majorHAnsi" w:cstheme="majorHAnsi"/>
          <w:b/>
          <w:bCs/>
          <w:szCs w:val="24"/>
          <w:lang w:val="cs-CZ"/>
        </w:rPr>
        <w:t>1</w:t>
      </w:r>
      <w:r w:rsidR="00380991" w:rsidRPr="009812F8">
        <w:rPr>
          <w:rFonts w:asciiTheme="majorHAnsi" w:hAnsiTheme="majorHAnsi" w:cstheme="majorHAnsi"/>
          <w:b/>
          <w:bCs/>
          <w:szCs w:val="24"/>
          <w:lang w:val="cs-CZ"/>
        </w:rPr>
        <w:t>58</w:t>
      </w:r>
      <w:r w:rsidR="004F4A5E" w:rsidRPr="009812F8">
        <w:rPr>
          <w:rFonts w:asciiTheme="majorHAnsi" w:hAnsiTheme="majorHAnsi" w:cstheme="majorHAnsi"/>
          <w:b/>
          <w:bCs/>
          <w:szCs w:val="24"/>
          <w:lang w:val="cs-CZ"/>
        </w:rPr>
        <w:t xml:space="preserve"> m²</w:t>
      </w:r>
    </w:p>
    <w:p w14:paraId="0F3E3E1C" w14:textId="387EF835" w:rsidR="00C1509B" w:rsidRPr="009812F8" w:rsidRDefault="00C1509B" w:rsidP="008D1D59">
      <w:pPr>
        <w:pStyle w:val="Odstavecseseznamem"/>
        <w:numPr>
          <w:ilvl w:val="0"/>
          <w:numId w:val="13"/>
        </w:numPr>
        <w:jc w:val="both"/>
        <w:rPr>
          <w:rFonts w:asciiTheme="majorHAnsi" w:hAnsiTheme="majorHAnsi" w:cstheme="majorHAnsi"/>
          <w:b/>
          <w:bCs/>
          <w:szCs w:val="24"/>
        </w:rPr>
      </w:pPr>
      <w:proofErr w:type="spellStart"/>
      <w:r w:rsidRPr="009812F8">
        <w:rPr>
          <w:rFonts w:asciiTheme="majorHAnsi" w:hAnsiTheme="majorHAnsi" w:cstheme="majorHAnsi"/>
          <w:szCs w:val="24"/>
        </w:rPr>
        <w:t>Parcelní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číslo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: 4472/22, Výměra: 158 m², </w:t>
      </w:r>
      <w:proofErr w:type="spellStart"/>
      <w:r w:rsidRPr="009812F8">
        <w:rPr>
          <w:rFonts w:asciiTheme="majorHAnsi" w:hAnsiTheme="majorHAnsi" w:cstheme="majorHAnsi"/>
          <w:szCs w:val="24"/>
        </w:rPr>
        <w:t>Využití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: </w:t>
      </w:r>
      <w:proofErr w:type="spellStart"/>
      <w:r w:rsidRPr="009812F8">
        <w:rPr>
          <w:rFonts w:asciiTheme="majorHAnsi" w:hAnsiTheme="majorHAnsi" w:cstheme="majorHAnsi"/>
          <w:szCs w:val="24"/>
        </w:rPr>
        <w:t>koryto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vodního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toku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přirozené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nebo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upravené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, </w:t>
      </w:r>
      <w:proofErr w:type="spellStart"/>
      <w:r w:rsidRPr="009812F8">
        <w:rPr>
          <w:rFonts w:asciiTheme="majorHAnsi" w:hAnsiTheme="majorHAnsi" w:cstheme="majorHAnsi"/>
          <w:szCs w:val="24"/>
        </w:rPr>
        <w:t>Druh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pozemku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: </w:t>
      </w:r>
      <w:proofErr w:type="spellStart"/>
      <w:r w:rsidRPr="009812F8">
        <w:rPr>
          <w:rFonts w:asciiTheme="majorHAnsi" w:hAnsiTheme="majorHAnsi" w:cstheme="majorHAnsi"/>
          <w:szCs w:val="24"/>
        </w:rPr>
        <w:t>vodní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plocha</w:t>
      </w:r>
      <w:proofErr w:type="spellEnd"/>
    </w:p>
    <w:p w14:paraId="67478460" w14:textId="77777777" w:rsidR="00380991" w:rsidRPr="009812F8" w:rsidRDefault="00380991" w:rsidP="00E04EFC">
      <w:pPr>
        <w:ind w:left="360"/>
        <w:jc w:val="both"/>
        <w:rPr>
          <w:rFonts w:asciiTheme="majorHAnsi" w:hAnsiTheme="majorHAnsi" w:cstheme="majorHAnsi"/>
          <w:b/>
          <w:bCs/>
          <w:szCs w:val="24"/>
        </w:rPr>
      </w:pPr>
    </w:p>
    <w:p w14:paraId="67478800" w14:textId="153EE9AF" w:rsidR="00783F22" w:rsidRPr="009812F8" w:rsidRDefault="00C1509B">
      <w:pPr>
        <w:rPr>
          <w:rFonts w:asciiTheme="majorHAnsi" w:hAnsiTheme="majorHAnsi" w:cstheme="majorHAnsi"/>
          <w:szCs w:val="24"/>
        </w:rPr>
      </w:pPr>
      <w:proofErr w:type="spellStart"/>
      <w:r w:rsidRPr="009812F8">
        <w:rPr>
          <w:rFonts w:asciiTheme="majorHAnsi" w:hAnsiTheme="majorHAnsi" w:cstheme="majorHAnsi"/>
          <w:b/>
          <w:bCs/>
          <w:szCs w:val="24"/>
        </w:rPr>
        <w:t>Celková</w:t>
      </w:r>
      <w:proofErr w:type="spellEnd"/>
      <w:r w:rsidRPr="009812F8">
        <w:rPr>
          <w:rFonts w:asciiTheme="majorHAnsi" w:hAnsiTheme="majorHAnsi" w:cstheme="majorHAnsi"/>
          <w:b/>
          <w:bCs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b/>
          <w:bCs/>
          <w:szCs w:val="24"/>
        </w:rPr>
        <w:t>výměra</w:t>
      </w:r>
      <w:proofErr w:type="spellEnd"/>
      <w:r w:rsidRPr="009812F8">
        <w:rPr>
          <w:rFonts w:asciiTheme="majorHAnsi" w:hAnsiTheme="majorHAnsi" w:cstheme="majorHAnsi"/>
          <w:b/>
          <w:bCs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b/>
          <w:bCs/>
          <w:szCs w:val="24"/>
        </w:rPr>
        <w:t>všech</w:t>
      </w:r>
      <w:proofErr w:type="spellEnd"/>
      <w:r w:rsidRPr="009812F8">
        <w:rPr>
          <w:rFonts w:asciiTheme="majorHAnsi" w:hAnsiTheme="majorHAnsi" w:cstheme="majorHAnsi"/>
          <w:b/>
          <w:bCs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b/>
          <w:bCs/>
          <w:szCs w:val="24"/>
        </w:rPr>
        <w:t>uvedených</w:t>
      </w:r>
      <w:proofErr w:type="spellEnd"/>
      <w:r w:rsidRPr="009812F8">
        <w:rPr>
          <w:rFonts w:asciiTheme="majorHAnsi" w:hAnsiTheme="majorHAnsi" w:cstheme="majorHAnsi"/>
          <w:b/>
          <w:bCs/>
          <w:szCs w:val="24"/>
        </w:rPr>
        <w:t xml:space="preserve"> parcel: 4</w:t>
      </w:r>
      <w:r w:rsidR="004F4A5E" w:rsidRPr="009812F8">
        <w:rPr>
          <w:rFonts w:asciiTheme="majorHAnsi" w:hAnsiTheme="majorHAnsi" w:cstheme="majorHAnsi"/>
          <w:b/>
          <w:bCs/>
          <w:szCs w:val="24"/>
        </w:rPr>
        <w:t>5 </w:t>
      </w:r>
      <w:r w:rsidR="00380991" w:rsidRPr="009812F8">
        <w:rPr>
          <w:rFonts w:asciiTheme="majorHAnsi" w:hAnsiTheme="majorHAnsi" w:cstheme="majorHAnsi"/>
          <w:b/>
          <w:bCs/>
          <w:szCs w:val="24"/>
        </w:rPr>
        <w:t>614</w:t>
      </w:r>
      <w:r w:rsidR="004F4A5E" w:rsidRPr="009812F8">
        <w:rPr>
          <w:rFonts w:asciiTheme="majorHAnsi" w:hAnsiTheme="majorHAnsi" w:cstheme="majorHAnsi"/>
          <w:b/>
          <w:bCs/>
          <w:szCs w:val="24"/>
        </w:rPr>
        <w:t xml:space="preserve"> </w:t>
      </w:r>
      <w:r w:rsidRPr="009812F8">
        <w:rPr>
          <w:rFonts w:asciiTheme="majorHAnsi" w:hAnsiTheme="majorHAnsi" w:cstheme="majorHAnsi"/>
          <w:b/>
          <w:bCs/>
          <w:szCs w:val="24"/>
        </w:rPr>
        <w:t xml:space="preserve">m²  </w:t>
      </w:r>
      <w:r w:rsidR="00783F22" w:rsidRPr="009812F8">
        <w:rPr>
          <w:rFonts w:asciiTheme="majorHAnsi" w:hAnsiTheme="majorHAnsi" w:cstheme="majorHAnsi"/>
          <w:szCs w:val="24"/>
        </w:rPr>
        <w:br w:type="page"/>
      </w:r>
    </w:p>
    <w:p w14:paraId="325CEE37" w14:textId="0C9C67D2" w:rsidR="00AF37B1" w:rsidRPr="009812F8" w:rsidRDefault="00D675B2" w:rsidP="00783F22">
      <w:pPr>
        <w:rPr>
          <w:rFonts w:asciiTheme="majorHAnsi" w:hAnsiTheme="majorHAnsi" w:cstheme="majorHAnsi"/>
          <w:b/>
          <w:bCs/>
          <w:szCs w:val="24"/>
        </w:rPr>
      </w:pPr>
      <w:r w:rsidRPr="009812F8">
        <w:rPr>
          <w:rFonts w:asciiTheme="majorHAnsi" w:hAnsiTheme="majorHAnsi" w:cstheme="majorHAnsi"/>
          <w:b/>
          <w:bCs/>
          <w:szCs w:val="24"/>
        </w:rPr>
        <w:lastRenderedPageBreak/>
        <w:t>REKREAČNÍ VYUŽITÍ</w:t>
      </w:r>
    </w:p>
    <w:p w14:paraId="48408D40" w14:textId="77777777" w:rsidR="00AF37B1" w:rsidRPr="009812F8" w:rsidRDefault="00D675B2" w:rsidP="00BB6B05">
      <w:pPr>
        <w:numPr>
          <w:ilvl w:val="0"/>
          <w:numId w:val="3"/>
        </w:numPr>
        <w:jc w:val="both"/>
        <w:rPr>
          <w:rFonts w:asciiTheme="majorHAnsi" w:hAnsiTheme="majorHAnsi" w:cstheme="majorHAnsi"/>
        </w:rPr>
      </w:pPr>
      <w:proofErr w:type="spellStart"/>
      <w:r w:rsidRPr="009812F8">
        <w:rPr>
          <w:rFonts w:asciiTheme="majorHAnsi" w:hAnsiTheme="majorHAnsi" w:cstheme="majorHAnsi"/>
        </w:rPr>
        <w:t>Parkoviště</w:t>
      </w:r>
      <w:proofErr w:type="spellEnd"/>
      <w:r w:rsidRPr="009812F8">
        <w:rPr>
          <w:rFonts w:asciiTheme="majorHAnsi" w:hAnsiTheme="majorHAnsi" w:cstheme="majorHAnsi"/>
        </w:rPr>
        <w:t xml:space="preserve">: </w:t>
      </w:r>
      <w:proofErr w:type="spellStart"/>
      <w:r w:rsidRPr="009812F8">
        <w:rPr>
          <w:rFonts w:asciiTheme="majorHAnsi" w:hAnsiTheme="majorHAnsi" w:cstheme="majorHAnsi"/>
        </w:rPr>
        <w:t>Při</w:t>
      </w:r>
      <w:proofErr w:type="spellEnd"/>
      <w:r w:rsidRPr="009812F8">
        <w:rPr>
          <w:rFonts w:asciiTheme="majorHAnsi" w:hAnsiTheme="majorHAnsi" w:cstheme="majorHAnsi"/>
        </w:rPr>
        <w:t xml:space="preserve"> </w:t>
      </w:r>
      <w:proofErr w:type="spellStart"/>
      <w:r w:rsidRPr="009812F8">
        <w:rPr>
          <w:rFonts w:asciiTheme="majorHAnsi" w:hAnsiTheme="majorHAnsi" w:cstheme="majorHAnsi"/>
        </w:rPr>
        <w:t>komunikaci</w:t>
      </w:r>
      <w:proofErr w:type="spellEnd"/>
      <w:r w:rsidRPr="009812F8">
        <w:rPr>
          <w:rFonts w:asciiTheme="majorHAnsi" w:hAnsiTheme="majorHAnsi" w:cstheme="majorHAnsi"/>
        </w:rPr>
        <w:t xml:space="preserve"> by </w:t>
      </w:r>
      <w:proofErr w:type="spellStart"/>
      <w:r w:rsidRPr="009812F8">
        <w:rPr>
          <w:rFonts w:asciiTheme="majorHAnsi" w:hAnsiTheme="majorHAnsi" w:cstheme="majorHAnsi"/>
        </w:rPr>
        <w:t>mělo</w:t>
      </w:r>
      <w:proofErr w:type="spellEnd"/>
      <w:r w:rsidRPr="009812F8">
        <w:rPr>
          <w:rFonts w:asciiTheme="majorHAnsi" w:hAnsiTheme="majorHAnsi" w:cstheme="majorHAnsi"/>
        </w:rPr>
        <w:t xml:space="preserve"> </w:t>
      </w:r>
      <w:proofErr w:type="spellStart"/>
      <w:r w:rsidRPr="009812F8">
        <w:rPr>
          <w:rFonts w:asciiTheme="majorHAnsi" w:hAnsiTheme="majorHAnsi" w:cstheme="majorHAnsi"/>
        </w:rPr>
        <w:t>být</w:t>
      </w:r>
      <w:proofErr w:type="spellEnd"/>
      <w:r w:rsidRPr="009812F8">
        <w:rPr>
          <w:rFonts w:asciiTheme="majorHAnsi" w:hAnsiTheme="majorHAnsi" w:cstheme="majorHAnsi"/>
        </w:rPr>
        <w:t xml:space="preserve"> </w:t>
      </w:r>
      <w:proofErr w:type="spellStart"/>
      <w:r w:rsidRPr="009812F8">
        <w:rPr>
          <w:rFonts w:asciiTheme="majorHAnsi" w:hAnsiTheme="majorHAnsi" w:cstheme="majorHAnsi"/>
        </w:rPr>
        <w:t>vybudováno</w:t>
      </w:r>
      <w:proofErr w:type="spellEnd"/>
      <w:r w:rsidRPr="009812F8">
        <w:rPr>
          <w:rFonts w:asciiTheme="majorHAnsi" w:hAnsiTheme="majorHAnsi" w:cstheme="majorHAnsi"/>
        </w:rPr>
        <w:t xml:space="preserve"> </w:t>
      </w:r>
      <w:proofErr w:type="spellStart"/>
      <w:r w:rsidRPr="009812F8">
        <w:rPr>
          <w:rFonts w:asciiTheme="majorHAnsi" w:hAnsiTheme="majorHAnsi" w:cstheme="majorHAnsi"/>
        </w:rPr>
        <w:t>vsakovací</w:t>
      </w:r>
      <w:proofErr w:type="spellEnd"/>
      <w:r w:rsidRPr="009812F8">
        <w:rPr>
          <w:rFonts w:asciiTheme="majorHAnsi" w:hAnsiTheme="majorHAnsi" w:cstheme="majorHAnsi"/>
        </w:rPr>
        <w:t xml:space="preserve"> </w:t>
      </w:r>
      <w:proofErr w:type="spellStart"/>
      <w:r w:rsidRPr="009812F8">
        <w:rPr>
          <w:rFonts w:asciiTheme="majorHAnsi" w:hAnsiTheme="majorHAnsi" w:cstheme="majorHAnsi"/>
        </w:rPr>
        <w:t>odstavné</w:t>
      </w:r>
      <w:proofErr w:type="spellEnd"/>
      <w:r w:rsidRPr="009812F8">
        <w:rPr>
          <w:rFonts w:asciiTheme="majorHAnsi" w:hAnsiTheme="majorHAnsi" w:cstheme="majorHAnsi"/>
        </w:rPr>
        <w:t xml:space="preserve"> </w:t>
      </w:r>
      <w:proofErr w:type="spellStart"/>
      <w:r w:rsidRPr="009812F8">
        <w:rPr>
          <w:rFonts w:asciiTheme="majorHAnsi" w:hAnsiTheme="majorHAnsi" w:cstheme="majorHAnsi"/>
        </w:rPr>
        <w:t>parkoviště</w:t>
      </w:r>
      <w:proofErr w:type="spellEnd"/>
      <w:r w:rsidRPr="009812F8">
        <w:rPr>
          <w:rFonts w:asciiTheme="majorHAnsi" w:hAnsiTheme="majorHAnsi" w:cstheme="majorHAnsi"/>
        </w:rPr>
        <w:t xml:space="preserve"> pro </w:t>
      </w:r>
      <w:proofErr w:type="spellStart"/>
      <w:r w:rsidRPr="009812F8">
        <w:rPr>
          <w:rFonts w:asciiTheme="majorHAnsi" w:hAnsiTheme="majorHAnsi" w:cstheme="majorHAnsi"/>
        </w:rPr>
        <w:t>návštěvníky</w:t>
      </w:r>
      <w:proofErr w:type="spellEnd"/>
      <w:r w:rsidRPr="009812F8">
        <w:rPr>
          <w:rFonts w:asciiTheme="majorHAnsi" w:hAnsiTheme="majorHAnsi" w:cstheme="majorHAnsi"/>
        </w:rPr>
        <w:t xml:space="preserve">. Toto </w:t>
      </w:r>
      <w:proofErr w:type="spellStart"/>
      <w:r w:rsidRPr="009812F8">
        <w:rPr>
          <w:rFonts w:asciiTheme="majorHAnsi" w:hAnsiTheme="majorHAnsi" w:cstheme="majorHAnsi"/>
        </w:rPr>
        <w:t>parkoviště</w:t>
      </w:r>
      <w:proofErr w:type="spellEnd"/>
      <w:r w:rsidRPr="009812F8">
        <w:rPr>
          <w:rFonts w:asciiTheme="majorHAnsi" w:hAnsiTheme="majorHAnsi" w:cstheme="majorHAnsi"/>
        </w:rPr>
        <w:t xml:space="preserve"> by </w:t>
      </w:r>
      <w:proofErr w:type="spellStart"/>
      <w:r w:rsidRPr="009812F8">
        <w:rPr>
          <w:rFonts w:asciiTheme="majorHAnsi" w:hAnsiTheme="majorHAnsi" w:cstheme="majorHAnsi"/>
        </w:rPr>
        <w:t>bylo</w:t>
      </w:r>
      <w:proofErr w:type="spellEnd"/>
      <w:r w:rsidRPr="009812F8">
        <w:rPr>
          <w:rFonts w:asciiTheme="majorHAnsi" w:hAnsiTheme="majorHAnsi" w:cstheme="majorHAnsi"/>
        </w:rPr>
        <w:t xml:space="preserve"> </w:t>
      </w:r>
      <w:proofErr w:type="spellStart"/>
      <w:r w:rsidR="006C1115" w:rsidRPr="009812F8">
        <w:rPr>
          <w:rFonts w:asciiTheme="majorHAnsi" w:hAnsiTheme="majorHAnsi" w:cstheme="majorHAnsi"/>
        </w:rPr>
        <w:t>veřejnosti</w:t>
      </w:r>
      <w:proofErr w:type="spellEnd"/>
      <w:r w:rsidR="006C1115" w:rsidRPr="009812F8">
        <w:rPr>
          <w:rFonts w:asciiTheme="majorHAnsi" w:hAnsiTheme="majorHAnsi" w:cstheme="majorHAnsi"/>
        </w:rPr>
        <w:t xml:space="preserve"> </w:t>
      </w:r>
      <w:r w:rsidRPr="009812F8">
        <w:rPr>
          <w:rFonts w:asciiTheme="majorHAnsi" w:hAnsiTheme="majorHAnsi" w:cstheme="majorHAnsi"/>
        </w:rPr>
        <w:t>k </w:t>
      </w:r>
      <w:proofErr w:type="spellStart"/>
      <w:r w:rsidRPr="009812F8">
        <w:rPr>
          <w:rFonts w:asciiTheme="majorHAnsi" w:hAnsiTheme="majorHAnsi" w:cstheme="majorHAnsi"/>
        </w:rPr>
        <w:t>dispozici</w:t>
      </w:r>
      <w:proofErr w:type="spellEnd"/>
      <w:r w:rsidRPr="009812F8">
        <w:rPr>
          <w:rFonts w:asciiTheme="majorHAnsi" w:hAnsiTheme="majorHAnsi" w:cstheme="majorHAnsi"/>
        </w:rPr>
        <w:t xml:space="preserve"> </w:t>
      </w:r>
      <w:proofErr w:type="spellStart"/>
      <w:r w:rsidRPr="009812F8">
        <w:rPr>
          <w:rFonts w:asciiTheme="majorHAnsi" w:hAnsiTheme="majorHAnsi" w:cstheme="majorHAnsi"/>
        </w:rPr>
        <w:t>zdarma</w:t>
      </w:r>
      <w:proofErr w:type="spellEnd"/>
      <w:r w:rsidRPr="009812F8">
        <w:rPr>
          <w:rFonts w:asciiTheme="majorHAnsi" w:hAnsiTheme="majorHAnsi" w:cstheme="majorHAnsi"/>
        </w:rPr>
        <w:t xml:space="preserve">. </w:t>
      </w:r>
      <w:proofErr w:type="spellStart"/>
      <w:r w:rsidRPr="009812F8">
        <w:rPr>
          <w:rFonts w:asciiTheme="majorHAnsi" w:hAnsiTheme="majorHAnsi" w:cstheme="majorHAnsi"/>
        </w:rPr>
        <w:t>Vedle</w:t>
      </w:r>
      <w:proofErr w:type="spellEnd"/>
      <w:r w:rsidRPr="009812F8">
        <w:rPr>
          <w:rFonts w:asciiTheme="majorHAnsi" w:hAnsiTheme="majorHAnsi" w:cstheme="majorHAnsi"/>
        </w:rPr>
        <w:t xml:space="preserve"> </w:t>
      </w:r>
      <w:proofErr w:type="spellStart"/>
      <w:r w:rsidRPr="009812F8">
        <w:rPr>
          <w:rFonts w:asciiTheme="majorHAnsi" w:hAnsiTheme="majorHAnsi" w:cstheme="majorHAnsi"/>
        </w:rPr>
        <w:t>parkoviště</w:t>
      </w:r>
      <w:proofErr w:type="spellEnd"/>
      <w:r w:rsidRPr="009812F8">
        <w:rPr>
          <w:rFonts w:asciiTheme="majorHAnsi" w:hAnsiTheme="majorHAnsi" w:cstheme="majorHAnsi"/>
        </w:rPr>
        <w:t xml:space="preserve"> by </w:t>
      </w:r>
      <w:proofErr w:type="spellStart"/>
      <w:r w:rsidRPr="009812F8">
        <w:rPr>
          <w:rFonts w:asciiTheme="majorHAnsi" w:hAnsiTheme="majorHAnsi" w:cstheme="majorHAnsi"/>
        </w:rPr>
        <w:t>byl</w:t>
      </w:r>
      <w:proofErr w:type="spellEnd"/>
      <w:r w:rsidRPr="009812F8">
        <w:rPr>
          <w:rFonts w:asciiTheme="majorHAnsi" w:hAnsiTheme="majorHAnsi" w:cstheme="majorHAnsi"/>
        </w:rPr>
        <w:t xml:space="preserve"> </w:t>
      </w:r>
      <w:proofErr w:type="spellStart"/>
      <w:r w:rsidR="006C1115" w:rsidRPr="009812F8">
        <w:rPr>
          <w:rFonts w:asciiTheme="majorHAnsi" w:hAnsiTheme="majorHAnsi" w:cstheme="majorHAnsi"/>
        </w:rPr>
        <w:t>vybudován</w:t>
      </w:r>
      <w:proofErr w:type="spellEnd"/>
      <w:r w:rsidR="006C1115" w:rsidRPr="009812F8">
        <w:rPr>
          <w:rFonts w:asciiTheme="majorHAnsi" w:hAnsiTheme="majorHAnsi" w:cstheme="majorHAnsi"/>
        </w:rPr>
        <w:t xml:space="preserve"> </w:t>
      </w:r>
      <w:proofErr w:type="spellStart"/>
      <w:r w:rsidRPr="009812F8">
        <w:rPr>
          <w:rFonts w:asciiTheme="majorHAnsi" w:hAnsiTheme="majorHAnsi" w:cstheme="majorHAnsi"/>
        </w:rPr>
        <w:t>krytý</w:t>
      </w:r>
      <w:proofErr w:type="spellEnd"/>
      <w:r w:rsidRPr="009812F8">
        <w:rPr>
          <w:rFonts w:asciiTheme="majorHAnsi" w:hAnsiTheme="majorHAnsi" w:cstheme="majorHAnsi"/>
        </w:rPr>
        <w:t xml:space="preserve"> </w:t>
      </w:r>
      <w:proofErr w:type="spellStart"/>
      <w:r w:rsidRPr="009812F8">
        <w:rPr>
          <w:rFonts w:asciiTheme="majorHAnsi" w:hAnsiTheme="majorHAnsi" w:cstheme="majorHAnsi"/>
        </w:rPr>
        <w:t>celodřevěný</w:t>
      </w:r>
      <w:proofErr w:type="spellEnd"/>
      <w:r w:rsidRPr="009812F8">
        <w:rPr>
          <w:rFonts w:asciiTheme="majorHAnsi" w:hAnsiTheme="majorHAnsi" w:cstheme="majorHAnsi"/>
        </w:rPr>
        <w:t xml:space="preserve"> </w:t>
      </w:r>
      <w:proofErr w:type="spellStart"/>
      <w:r w:rsidRPr="009812F8">
        <w:rPr>
          <w:rFonts w:asciiTheme="majorHAnsi" w:hAnsiTheme="majorHAnsi" w:cstheme="majorHAnsi"/>
        </w:rPr>
        <w:t>altánek</w:t>
      </w:r>
      <w:proofErr w:type="spellEnd"/>
      <w:r w:rsidRPr="009812F8">
        <w:rPr>
          <w:rFonts w:asciiTheme="majorHAnsi" w:hAnsiTheme="majorHAnsi" w:cstheme="majorHAnsi"/>
        </w:rPr>
        <w:t>, s </w:t>
      </w:r>
      <w:proofErr w:type="spellStart"/>
      <w:r w:rsidRPr="009812F8">
        <w:rPr>
          <w:rFonts w:asciiTheme="majorHAnsi" w:hAnsiTheme="majorHAnsi" w:cstheme="majorHAnsi"/>
        </w:rPr>
        <w:t>možností</w:t>
      </w:r>
      <w:proofErr w:type="spellEnd"/>
      <w:r w:rsidRPr="009812F8">
        <w:rPr>
          <w:rFonts w:asciiTheme="majorHAnsi" w:hAnsiTheme="majorHAnsi" w:cstheme="majorHAnsi"/>
        </w:rPr>
        <w:t xml:space="preserve"> </w:t>
      </w:r>
      <w:proofErr w:type="spellStart"/>
      <w:r w:rsidRPr="009812F8">
        <w:rPr>
          <w:rFonts w:asciiTheme="majorHAnsi" w:hAnsiTheme="majorHAnsi" w:cstheme="majorHAnsi"/>
        </w:rPr>
        <w:t>posezení</w:t>
      </w:r>
      <w:proofErr w:type="spellEnd"/>
      <w:r w:rsidRPr="009812F8">
        <w:rPr>
          <w:rFonts w:asciiTheme="majorHAnsi" w:hAnsiTheme="majorHAnsi" w:cstheme="majorHAnsi"/>
        </w:rPr>
        <w:t xml:space="preserve"> (</w:t>
      </w:r>
      <w:proofErr w:type="spellStart"/>
      <w:r w:rsidRPr="009812F8">
        <w:rPr>
          <w:rFonts w:asciiTheme="majorHAnsi" w:hAnsiTheme="majorHAnsi" w:cstheme="majorHAnsi"/>
        </w:rPr>
        <w:t>lavice</w:t>
      </w:r>
      <w:proofErr w:type="spellEnd"/>
      <w:r w:rsidRPr="009812F8">
        <w:rPr>
          <w:rFonts w:asciiTheme="majorHAnsi" w:hAnsiTheme="majorHAnsi" w:cstheme="majorHAnsi"/>
        </w:rPr>
        <w:t xml:space="preserve">, </w:t>
      </w:r>
      <w:proofErr w:type="spellStart"/>
      <w:r w:rsidRPr="009812F8">
        <w:rPr>
          <w:rFonts w:asciiTheme="majorHAnsi" w:hAnsiTheme="majorHAnsi" w:cstheme="majorHAnsi"/>
        </w:rPr>
        <w:t>stoly</w:t>
      </w:r>
      <w:proofErr w:type="spellEnd"/>
      <w:r w:rsidRPr="009812F8">
        <w:rPr>
          <w:rFonts w:asciiTheme="majorHAnsi" w:hAnsiTheme="majorHAnsi" w:cstheme="majorHAnsi"/>
        </w:rPr>
        <w:t xml:space="preserve">). </w:t>
      </w:r>
    </w:p>
    <w:p w14:paraId="6F77AE82" w14:textId="77777777" w:rsidR="00AF37B1" w:rsidRPr="009812F8" w:rsidRDefault="00D675B2" w:rsidP="00BB6B05">
      <w:pPr>
        <w:numPr>
          <w:ilvl w:val="0"/>
          <w:numId w:val="3"/>
        </w:numPr>
        <w:jc w:val="both"/>
        <w:rPr>
          <w:rFonts w:asciiTheme="majorHAnsi" w:hAnsiTheme="majorHAnsi" w:cstheme="majorHAnsi"/>
        </w:rPr>
      </w:pPr>
      <w:proofErr w:type="spellStart"/>
      <w:r w:rsidRPr="009812F8">
        <w:rPr>
          <w:rFonts w:asciiTheme="majorHAnsi" w:hAnsiTheme="majorHAnsi" w:cstheme="majorHAnsi"/>
        </w:rPr>
        <w:t>Altánek</w:t>
      </w:r>
      <w:proofErr w:type="spellEnd"/>
      <w:r w:rsidRPr="009812F8">
        <w:rPr>
          <w:rFonts w:asciiTheme="majorHAnsi" w:hAnsiTheme="majorHAnsi" w:cstheme="majorHAnsi"/>
        </w:rPr>
        <w:t xml:space="preserve"> by </w:t>
      </w:r>
      <w:proofErr w:type="spellStart"/>
      <w:r w:rsidRPr="009812F8">
        <w:rPr>
          <w:rFonts w:asciiTheme="majorHAnsi" w:hAnsiTheme="majorHAnsi" w:cstheme="majorHAnsi"/>
        </w:rPr>
        <w:t>byl</w:t>
      </w:r>
      <w:proofErr w:type="spellEnd"/>
      <w:r w:rsidRPr="009812F8">
        <w:rPr>
          <w:rFonts w:asciiTheme="majorHAnsi" w:hAnsiTheme="majorHAnsi" w:cstheme="majorHAnsi"/>
        </w:rPr>
        <w:t xml:space="preserve"> </w:t>
      </w:r>
      <w:proofErr w:type="spellStart"/>
      <w:r w:rsidRPr="009812F8">
        <w:rPr>
          <w:rFonts w:asciiTheme="majorHAnsi" w:hAnsiTheme="majorHAnsi" w:cstheme="majorHAnsi"/>
        </w:rPr>
        <w:t>celodřevěný</w:t>
      </w:r>
      <w:proofErr w:type="spellEnd"/>
      <w:r w:rsidRPr="009812F8">
        <w:rPr>
          <w:rFonts w:asciiTheme="majorHAnsi" w:hAnsiTheme="majorHAnsi" w:cstheme="majorHAnsi"/>
        </w:rPr>
        <w:t>, s </w:t>
      </w:r>
      <w:proofErr w:type="spellStart"/>
      <w:r w:rsidRPr="009812F8">
        <w:rPr>
          <w:rFonts w:asciiTheme="majorHAnsi" w:hAnsiTheme="majorHAnsi" w:cstheme="majorHAnsi"/>
        </w:rPr>
        <w:t>minimem</w:t>
      </w:r>
      <w:proofErr w:type="spellEnd"/>
      <w:r w:rsidRPr="009812F8">
        <w:rPr>
          <w:rFonts w:asciiTheme="majorHAnsi" w:hAnsiTheme="majorHAnsi" w:cstheme="majorHAnsi"/>
        </w:rPr>
        <w:t xml:space="preserve"> </w:t>
      </w:r>
      <w:proofErr w:type="spellStart"/>
      <w:r w:rsidRPr="009812F8">
        <w:rPr>
          <w:rFonts w:asciiTheme="majorHAnsi" w:hAnsiTheme="majorHAnsi" w:cstheme="majorHAnsi"/>
        </w:rPr>
        <w:t>kovových</w:t>
      </w:r>
      <w:proofErr w:type="spellEnd"/>
      <w:r w:rsidRPr="009812F8">
        <w:rPr>
          <w:rFonts w:asciiTheme="majorHAnsi" w:hAnsiTheme="majorHAnsi" w:cstheme="majorHAnsi"/>
        </w:rPr>
        <w:t xml:space="preserve"> </w:t>
      </w:r>
      <w:proofErr w:type="spellStart"/>
      <w:r w:rsidRPr="009812F8">
        <w:rPr>
          <w:rFonts w:asciiTheme="majorHAnsi" w:hAnsiTheme="majorHAnsi" w:cstheme="majorHAnsi"/>
        </w:rPr>
        <w:t>prvků</w:t>
      </w:r>
      <w:proofErr w:type="spellEnd"/>
      <w:r w:rsidRPr="009812F8">
        <w:rPr>
          <w:rFonts w:asciiTheme="majorHAnsi" w:hAnsiTheme="majorHAnsi" w:cstheme="majorHAnsi"/>
        </w:rPr>
        <w:t xml:space="preserve"> a </w:t>
      </w:r>
      <w:proofErr w:type="spellStart"/>
      <w:r w:rsidRPr="009812F8">
        <w:rPr>
          <w:rFonts w:asciiTheme="majorHAnsi" w:hAnsiTheme="majorHAnsi" w:cstheme="majorHAnsi"/>
        </w:rPr>
        <w:t>mohl</w:t>
      </w:r>
      <w:proofErr w:type="spellEnd"/>
      <w:r w:rsidRPr="009812F8">
        <w:rPr>
          <w:rFonts w:asciiTheme="majorHAnsi" w:hAnsiTheme="majorHAnsi" w:cstheme="majorHAnsi"/>
        </w:rPr>
        <w:t xml:space="preserve"> by se </w:t>
      </w:r>
      <w:proofErr w:type="spellStart"/>
      <w:r w:rsidRPr="009812F8">
        <w:rPr>
          <w:rFonts w:asciiTheme="majorHAnsi" w:hAnsiTheme="majorHAnsi" w:cstheme="majorHAnsi"/>
        </w:rPr>
        <w:t>inspirovat</w:t>
      </w:r>
      <w:proofErr w:type="spellEnd"/>
      <w:r w:rsidRPr="009812F8">
        <w:rPr>
          <w:rFonts w:asciiTheme="majorHAnsi" w:hAnsiTheme="majorHAnsi" w:cstheme="majorHAnsi"/>
        </w:rPr>
        <w:t xml:space="preserve"> </w:t>
      </w:r>
      <w:proofErr w:type="spellStart"/>
      <w:r w:rsidRPr="009812F8">
        <w:rPr>
          <w:rFonts w:asciiTheme="majorHAnsi" w:hAnsiTheme="majorHAnsi" w:cstheme="majorHAnsi"/>
        </w:rPr>
        <w:t>některým</w:t>
      </w:r>
      <w:proofErr w:type="spellEnd"/>
      <w:r w:rsidRPr="009812F8">
        <w:rPr>
          <w:rFonts w:asciiTheme="majorHAnsi" w:hAnsiTheme="majorHAnsi" w:cstheme="majorHAnsi"/>
        </w:rPr>
        <w:t xml:space="preserve"> z </w:t>
      </w:r>
      <w:proofErr w:type="spellStart"/>
      <w:r w:rsidRPr="009812F8">
        <w:rPr>
          <w:rFonts w:asciiTheme="majorHAnsi" w:hAnsiTheme="majorHAnsi" w:cstheme="majorHAnsi"/>
        </w:rPr>
        <w:t>památkově</w:t>
      </w:r>
      <w:proofErr w:type="spellEnd"/>
      <w:r w:rsidRPr="009812F8">
        <w:rPr>
          <w:rFonts w:asciiTheme="majorHAnsi" w:hAnsiTheme="majorHAnsi" w:cstheme="majorHAnsi"/>
        </w:rPr>
        <w:t xml:space="preserve"> </w:t>
      </w:r>
      <w:proofErr w:type="spellStart"/>
      <w:r w:rsidRPr="009812F8">
        <w:rPr>
          <w:rFonts w:asciiTheme="majorHAnsi" w:hAnsiTheme="majorHAnsi" w:cstheme="majorHAnsi"/>
        </w:rPr>
        <w:t>chráněných</w:t>
      </w:r>
      <w:proofErr w:type="spellEnd"/>
      <w:r w:rsidRPr="009812F8">
        <w:rPr>
          <w:rFonts w:asciiTheme="majorHAnsi" w:hAnsiTheme="majorHAnsi" w:cstheme="majorHAnsi"/>
        </w:rPr>
        <w:t xml:space="preserve"> </w:t>
      </w:r>
      <w:proofErr w:type="spellStart"/>
      <w:r w:rsidRPr="009812F8">
        <w:rPr>
          <w:rFonts w:asciiTheme="majorHAnsi" w:hAnsiTheme="majorHAnsi" w:cstheme="majorHAnsi"/>
        </w:rPr>
        <w:t>altánů</w:t>
      </w:r>
      <w:proofErr w:type="spellEnd"/>
      <w:r w:rsidRPr="009812F8">
        <w:rPr>
          <w:rFonts w:asciiTheme="majorHAnsi" w:hAnsiTheme="majorHAnsi" w:cstheme="majorHAnsi"/>
        </w:rPr>
        <w:t xml:space="preserve"> z </w:t>
      </w:r>
      <w:proofErr w:type="spellStart"/>
      <w:r w:rsidRPr="009812F8">
        <w:rPr>
          <w:rFonts w:asciiTheme="majorHAnsi" w:hAnsiTheme="majorHAnsi" w:cstheme="majorHAnsi"/>
        </w:rPr>
        <w:t>regionu</w:t>
      </w:r>
      <w:proofErr w:type="spellEnd"/>
      <w:r w:rsidRPr="009812F8">
        <w:rPr>
          <w:rFonts w:asciiTheme="majorHAnsi" w:hAnsiTheme="majorHAnsi" w:cstheme="majorHAnsi"/>
        </w:rPr>
        <w:t>.</w:t>
      </w:r>
    </w:p>
    <w:p w14:paraId="5D6E9E65" w14:textId="77777777" w:rsidR="00AF37B1" w:rsidRPr="009812F8" w:rsidRDefault="00D675B2" w:rsidP="00BB6B05">
      <w:pPr>
        <w:numPr>
          <w:ilvl w:val="0"/>
          <w:numId w:val="3"/>
        </w:numPr>
        <w:jc w:val="both"/>
        <w:rPr>
          <w:rFonts w:asciiTheme="majorHAnsi" w:hAnsiTheme="majorHAnsi" w:cstheme="majorHAnsi"/>
        </w:rPr>
      </w:pPr>
      <w:proofErr w:type="spellStart"/>
      <w:r w:rsidRPr="009812F8">
        <w:rPr>
          <w:rFonts w:asciiTheme="majorHAnsi" w:hAnsiTheme="majorHAnsi" w:cstheme="majorHAnsi"/>
        </w:rPr>
        <w:t>Okolí</w:t>
      </w:r>
      <w:proofErr w:type="spellEnd"/>
      <w:r w:rsidRPr="009812F8">
        <w:rPr>
          <w:rFonts w:asciiTheme="majorHAnsi" w:hAnsiTheme="majorHAnsi" w:cstheme="majorHAnsi"/>
        </w:rPr>
        <w:t xml:space="preserve"> </w:t>
      </w:r>
      <w:proofErr w:type="spellStart"/>
      <w:r w:rsidRPr="009812F8">
        <w:rPr>
          <w:rFonts w:asciiTheme="majorHAnsi" w:hAnsiTheme="majorHAnsi" w:cstheme="majorHAnsi"/>
        </w:rPr>
        <w:t>altánku</w:t>
      </w:r>
      <w:proofErr w:type="spellEnd"/>
      <w:r w:rsidRPr="009812F8">
        <w:rPr>
          <w:rFonts w:asciiTheme="majorHAnsi" w:hAnsiTheme="majorHAnsi" w:cstheme="majorHAnsi"/>
        </w:rPr>
        <w:t xml:space="preserve"> by </w:t>
      </w:r>
      <w:proofErr w:type="spellStart"/>
      <w:r w:rsidRPr="009812F8">
        <w:rPr>
          <w:rFonts w:asciiTheme="majorHAnsi" w:hAnsiTheme="majorHAnsi" w:cstheme="majorHAnsi"/>
        </w:rPr>
        <w:t>bylo</w:t>
      </w:r>
      <w:proofErr w:type="spellEnd"/>
      <w:r w:rsidRPr="009812F8">
        <w:rPr>
          <w:rFonts w:asciiTheme="majorHAnsi" w:hAnsiTheme="majorHAnsi" w:cstheme="majorHAnsi"/>
        </w:rPr>
        <w:t xml:space="preserve"> </w:t>
      </w:r>
      <w:proofErr w:type="spellStart"/>
      <w:r w:rsidRPr="009812F8">
        <w:rPr>
          <w:rFonts w:asciiTheme="majorHAnsi" w:hAnsiTheme="majorHAnsi" w:cstheme="majorHAnsi"/>
        </w:rPr>
        <w:t>doplněno</w:t>
      </w:r>
      <w:proofErr w:type="spellEnd"/>
      <w:r w:rsidRPr="009812F8">
        <w:rPr>
          <w:rFonts w:asciiTheme="majorHAnsi" w:hAnsiTheme="majorHAnsi" w:cstheme="majorHAnsi"/>
        </w:rPr>
        <w:t xml:space="preserve"> </w:t>
      </w:r>
      <w:proofErr w:type="spellStart"/>
      <w:r w:rsidRPr="009812F8">
        <w:rPr>
          <w:rFonts w:asciiTheme="majorHAnsi" w:hAnsiTheme="majorHAnsi" w:cstheme="majorHAnsi"/>
        </w:rPr>
        <w:t>místem</w:t>
      </w:r>
      <w:proofErr w:type="spellEnd"/>
      <w:r w:rsidRPr="009812F8">
        <w:rPr>
          <w:rFonts w:asciiTheme="majorHAnsi" w:hAnsiTheme="majorHAnsi" w:cstheme="majorHAnsi"/>
        </w:rPr>
        <w:t xml:space="preserve"> pro </w:t>
      </w:r>
      <w:proofErr w:type="spellStart"/>
      <w:r w:rsidRPr="009812F8">
        <w:rPr>
          <w:rFonts w:asciiTheme="majorHAnsi" w:hAnsiTheme="majorHAnsi" w:cstheme="majorHAnsi"/>
        </w:rPr>
        <w:t>děti</w:t>
      </w:r>
      <w:proofErr w:type="spellEnd"/>
      <w:r w:rsidRPr="009812F8">
        <w:rPr>
          <w:rFonts w:asciiTheme="majorHAnsi" w:hAnsiTheme="majorHAnsi" w:cstheme="majorHAnsi"/>
        </w:rPr>
        <w:t xml:space="preserve"> (</w:t>
      </w:r>
      <w:proofErr w:type="spellStart"/>
      <w:r w:rsidRPr="009812F8">
        <w:rPr>
          <w:rFonts w:asciiTheme="majorHAnsi" w:hAnsiTheme="majorHAnsi" w:cstheme="majorHAnsi"/>
        </w:rPr>
        <w:t>pískoviště</w:t>
      </w:r>
      <w:proofErr w:type="spellEnd"/>
      <w:r w:rsidRPr="009812F8">
        <w:rPr>
          <w:rFonts w:asciiTheme="majorHAnsi" w:hAnsiTheme="majorHAnsi" w:cstheme="majorHAnsi"/>
        </w:rPr>
        <w:t xml:space="preserve">, </w:t>
      </w:r>
      <w:proofErr w:type="spellStart"/>
      <w:r w:rsidRPr="009812F8">
        <w:rPr>
          <w:rFonts w:asciiTheme="majorHAnsi" w:hAnsiTheme="majorHAnsi" w:cstheme="majorHAnsi"/>
        </w:rPr>
        <w:t>prolézačky</w:t>
      </w:r>
      <w:proofErr w:type="spellEnd"/>
      <w:r w:rsidR="006C1115" w:rsidRPr="009812F8">
        <w:rPr>
          <w:rFonts w:asciiTheme="majorHAnsi" w:hAnsiTheme="majorHAnsi" w:cstheme="majorHAnsi"/>
        </w:rPr>
        <w:t xml:space="preserve">, </w:t>
      </w:r>
      <w:proofErr w:type="spellStart"/>
      <w:r w:rsidR="006C1115" w:rsidRPr="009812F8">
        <w:rPr>
          <w:rFonts w:asciiTheme="majorHAnsi" w:hAnsiTheme="majorHAnsi" w:cstheme="majorHAnsi"/>
        </w:rPr>
        <w:t>bezpečné</w:t>
      </w:r>
      <w:proofErr w:type="spellEnd"/>
      <w:r w:rsidR="006C1115" w:rsidRPr="009812F8">
        <w:rPr>
          <w:rFonts w:asciiTheme="majorHAnsi" w:hAnsiTheme="majorHAnsi" w:cstheme="majorHAnsi"/>
        </w:rPr>
        <w:t xml:space="preserve"> </w:t>
      </w:r>
      <w:proofErr w:type="spellStart"/>
      <w:r w:rsidR="006C1115" w:rsidRPr="009812F8">
        <w:rPr>
          <w:rFonts w:asciiTheme="majorHAnsi" w:hAnsiTheme="majorHAnsi" w:cstheme="majorHAnsi"/>
        </w:rPr>
        <w:t>herní</w:t>
      </w:r>
      <w:proofErr w:type="spellEnd"/>
      <w:r w:rsidR="006C1115" w:rsidRPr="009812F8">
        <w:rPr>
          <w:rFonts w:asciiTheme="majorHAnsi" w:hAnsiTheme="majorHAnsi" w:cstheme="majorHAnsi"/>
        </w:rPr>
        <w:t xml:space="preserve"> </w:t>
      </w:r>
      <w:proofErr w:type="spellStart"/>
      <w:r w:rsidR="006C1115" w:rsidRPr="009812F8">
        <w:rPr>
          <w:rFonts w:asciiTheme="majorHAnsi" w:hAnsiTheme="majorHAnsi" w:cstheme="majorHAnsi"/>
        </w:rPr>
        <w:t>prvky</w:t>
      </w:r>
      <w:proofErr w:type="spellEnd"/>
      <w:r w:rsidRPr="009812F8">
        <w:rPr>
          <w:rFonts w:asciiTheme="majorHAnsi" w:hAnsiTheme="majorHAnsi" w:cstheme="majorHAnsi"/>
        </w:rPr>
        <w:t>).</w:t>
      </w:r>
    </w:p>
    <w:p w14:paraId="77BF7B8E" w14:textId="77777777" w:rsidR="00AF37B1" w:rsidRPr="009812F8" w:rsidRDefault="00D675B2" w:rsidP="00BB6B05">
      <w:pPr>
        <w:numPr>
          <w:ilvl w:val="0"/>
          <w:numId w:val="3"/>
        </w:numPr>
        <w:jc w:val="both"/>
        <w:rPr>
          <w:rFonts w:asciiTheme="majorHAnsi" w:hAnsiTheme="majorHAnsi" w:cstheme="majorHAnsi"/>
        </w:rPr>
      </w:pPr>
      <w:proofErr w:type="spellStart"/>
      <w:r w:rsidRPr="009812F8">
        <w:rPr>
          <w:rFonts w:asciiTheme="majorHAnsi" w:hAnsiTheme="majorHAnsi" w:cstheme="majorHAnsi"/>
        </w:rPr>
        <w:t>Poblíž</w:t>
      </w:r>
      <w:proofErr w:type="spellEnd"/>
      <w:r w:rsidRPr="009812F8">
        <w:rPr>
          <w:rFonts w:asciiTheme="majorHAnsi" w:hAnsiTheme="majorHAnsi" w:cstheme="majorHAnsi"/>
        </w:rPr>
        <w:t xml:space="preserve"> </w:t>
      </w:r>
      <w:proofErr w:type="spellStart"/>
      <w:r w:rsidRPr="009812F8">
        <w:rPr>
          <w:rFonts w:asciiTheme="majorHAnsi" w:hAnsiTheme="majorHAnsi" w:cstheme="majorHAnsi"/>
        </w:rPr>
        <w:t>parkoviště</w:t>
      </w:r>
      <w:proofErr w:type="spellEnd"/>
      <w:r w:rsidRPr="009812F8">
        <w:rPr>
          <w:rFonts w:asciiTheme="majorHAnsi" w:hAnsiTheme="majorHAnsi" w:cstheme="majorHAnsi"/>
        </w:rPr>
        <w:t xml:space="preserve"> by se </w:t>
      </w:r>
      <w:proofErr w:type="spellStart"/>
      <w:r w:rsidRPr="009812F8">
        <w:rPr>
          <w:rFonts w:asciiTheme="majorHAnsi" w:hAnsiTheme="majorHAnsi" w:cstheme="majorHAnsi"/>
        </w:rPr>
        <w:t>nacházela</w:t>
      </w:r>
      <w:proofErr w:type="spellEnd"/>
      <w:r w:rsidRPr="009812F8">
        <w:rPr>
          <w:rFonts w:asciiTheme="majorHAnsi" w:hAnsiTheme="majorHAnsi" w:cstheme="majorHAnsi"/>
        </w:rPr>
        <w:t xml:space="preserve"> </w:t>
      </w:r>
      <w:proofErr w:type="spellStart"/>
      <w:r w:rsidRPr="009812F8">
        <w:rPr>
          <w:rFonts w:asciiTheme="majorHAnsi" w:hAnsiTheme="majorHAnsi" w:cstheme="majorHAnsi"/>
        </w:rPr>
        <w:t>informační</w:t>
      </w:r>
      <w:proofErr w:type="spellEnd"/>
      <w:r w:rsidRPr="009812F8">
        <w:rPr>
          <w:rFonts w:asciiTheme="majorHAnsi" w:hAnsiTheme="majorHAnsi" w:cstheme="majorHAnsi"/>
        </w:rPr>
        <w:t xml:space="preserve"> </w:t>
      </w:r>
      <w:proofErr w:type="spellStart"/>
      <w:r w:rsidRPr="009812F8">
        <w:rPr>
          <w:rFonts w:asciiTheme="majorHAnsi" w:hAnsiTheme="majorHAnsi" w:cstheme="majorHAnsi"/>
        </w:rPr>
        <w:t>cedule</w:t>
      </w:r>
      <w:proofErr w:type="spellEnd"/>
      <w:r w:rsidRPr="009812F8">
        <w:rPr>
          <w:rFonts w:asciiTheme="majorHAnsi" w:hAnsiTheme="majorHAnsi" w:cstheme="majorHAnsi"/>
        </w:rPr>
        <w:t xml:space="preserve"> se </w:t>
      </w:r>
      <w:proofErr w:type="spellStart"/>
      <w:r w:rsidRPr="009812F8">
        <w:rPr>
          <w:rFonts w:asciiTheme="majorHAnsi" w:hAnsiTheme="majorHAnsi" w:cstheme="majorHAnsi"/>
        </w:rPr>
        <w:t>souhrnnými</w:t>
      </w:r>
      <w:proofErr w:type="spellEnd"/>
      <w:r w:rsidRPr="009812F8">
        <w:rPr>
          <w:rFonts w:asciiTheme="majorHAnsi" w:hAnsiTheme="majorHAnsi" w:cstheme="majorHAnsi"/>
        </w:rPr>
        <w:t xml:space="preserve"> </w:t>
      </w:r>
      <w:proofErr w:type="spellStart"/>
      <w:r w:rsidRPr="009812F8">
        <w:rPr>
          <w:rFonts w:asciiTheme="majorHAnsi" w:hAnsiTheme="majorHAnsi" w:cstheme="majorHAnsi"/>
        </w:rPr>
        <w:t>informacemi</w:t>
      </w:r>
      <w:proofErr w:type="spellEnd"/>
      <w:r w:rsidRPr="009812F8">
        <w:rPr>
          <w:rFonts w:asciiTheme="majorHAnsi" w:hAnsiTheme="majorHAnsi" w:cstheme="majorHAnsi"/>
        </w:rPr>
        <w:t xml:space="preserve"> o </w:t>
      </w:r>
      <w:proofErr w:type="spellStart"/>
      <w:r w:rsidRPr="009812F8">
        <w:rPr>
          <w:rFonts w:asciiTheme="majorHAnsi" w:hAnsiTheme="majorHAnsi" w:cstheme="majorHAnsi"/>
        </w:rPr>
        <w:t>využívání</w:t>
      </w:r>
      <w:proofErr w:type="spellEnd"/>
      <w:r w:rsidRPr="009812F8">
        <w:rPr>
          <w:rFonts w:asciiTheme="majorHAnsi" w:hAnsiTheme="majorHAnsi" w:cstheme="majorHAnsi"/>
        </w:rPr>
        <w:t xml:space="preserve"> </w:t>
      </w:r>
      <w:proofErr w:type="spellStart"/>
      <w:r w:rsidRPr="009812F8">
        <w:rPr>
          <w:rFonts w:asciiTheme="majorHAnsi" w:hAnsiTheme="majorHAnsi" w:cstheme="majorHAnsi"/>
        </w:rPr>
        <w:t>Křenkovy</w:t>
      </w:r>
      <w:proofErr w:type="spellEnd"/>
      <w:r w:rsidRPr="009812F8">
        <w:rPr>
          <w:rFonts w:asciiTheme="majorHAnsi" w:hAnsiTheme="majorHAnsi" w:cstheme="majorHAnsi"/>
        </w:rPr>
        <w:t xml:space="preserve"> </w:t>
      </w:r>
      <w:proofErr w:type="spellStart"/>
      <w:r w:rsidRPr="009812F8">
        <w:rPr>
          <w:rFonts w:asciiTheme="majorHAnsi" w:hAnsiTheme="majorHAnsi" w:cstheme="majorHAnsi"/>
        </w:rPr>
        <w:t>zahrady</w:t>
      </w:r>
      <w:proofErr w:type="spellEnd"/>
      <w:r w:rsidRPr="009812F8">
        <w:rPr>
          <w:rFonts w:asciiTheme="majorHAnsi" w:hAnsiTheme="majorHAnsi" w:cstheme="majorHAnsi"/>
        </w:rPr>
        <w:t xml:space="preserve">. Tedy </w:t>
      </w:r>
      <w:proofErr w:type="spellStart"/>
      <w:r w:rsidRPr="009812F8">
        <w:rPr>
          <w:rFonts w:asciiTheme="majorHAnsi" w:hAnsiTheme="majorHAnsi" w:cstheme="majorHAnsi"/>
        </w:rPr>
        <w:t>základními</w:t>
      </w:r>
      <w:proofErr w:type="spellEnd"/>
      <w:r w:rsidRPr="009812F8">
        <w:rPr>
          <w:rFonts w:asciiTheme="majorHAnsi" w:hAnsiTheme="majorHAnsi" w:cstheme="majorHAnsi"/>
        </w:rPr>
        <w:t xml:space="preserve"> </w:t>
      </w:r>
      <w:proofErr w:type="spellStart"/>
      <w:r w:rsidRPr="009812F8">
        <w:rPr>
          <w:rFonts w:asciiTheme="majorHAnsi" w:hAnsiTheme="majorHAnsi" w:cstheme="majorHAnsi"/>
        </w:rPr>
        <w:t>historickými</w:t>
      </w:r>
      <w:proofErr w:type="spellEnd"/>
      <w:r w:rsidRPr="009812F8">
        <w:rPr>
          <w:rFonts w:asciiTheme="majorHAnsi" w:hAnsiTheme="majorHAnsi" w:cstheme="majorHAnsi"/>
        </w:rPr>
        <w:t xml:space="preserve"> </w:t>
      </w:r>
      <w:proofErr w:type="spellStart"/>
      <w:r w:rsidRPr="009812F8">
        <w:rPr>
          <w:rFonts w:asciiTheme="majorHAnsi" w:hAnsiTheme="majorHAnsi" w:cstheme="majorHAnsi"/>
        </w:rPr>
        <w:t>údaji</w:t>
      </w:r>
      <w:proofErr w:type="spellEnd"/>
      <w:r w:rsidRPr="009812F8">
        <w:rPr>
          <w:rFonts w:asciiTheme="majorHAnsi" w:hAnsiTheme="majorHAnsi" w:cstheme="majorHAnsi"/>
        </w:rPr>
        <w:t xml:space="preserve">, </w:t>
      </w:r>
      <w:proofErr w:type="spellStart"/>
      <w:r w:rsidRPr="009812F8">
        <w:rPr>
          <w:rFonts w:asciiTheme="majorHAnsi" w:hAnsiTheme="majorHAnsi" w:cstheme="majorHAnsi"/>
        </w:rPr>
        <w:t>popisem</w:t>
      </w:r>
      <w:proofErr w:type="spellEnd"/>
      <w:r w:rsidRPr="009812F8">
        <w:rPr>
          <w:rFonts w:asciiTheme="majorHAnsi" w:hAnsiTheme="majorHAnsi" w:cstheme="majorHAnsi"/>
        </w:rPr>
        <w:t xml:space="preserve"> </w:t>
      </w:r>
      <w:proofErr w:type="spellStart"/>
      <w:r w:rsidRPr="009812F8">
        <w:rPr>
          <w:rFonts w:asciiTheme="majorHAnsi" w:hAnsiTheme="majorHAnsi" w:cstheme="majorHAnsi"/>
        </w:rPr>
        <w:t>ovocného</w:t>
      </w:r>
      <w:proofErr w:type="spellEnd"/>
      <w:r w:rsidRPr="009812F8">
        <w:rPr>
          <w:rFonts w:asciiTheme="majorHAnsi" w:hAnsiTheme="majorHAnsi" w:cstheme="majorHAnsi"/>
        </w:rPr>
        <w:t xml:space="preserve"> </w:t>
      </w:r>
      <w:proofErr w:type="spellStart"/>
      <w:r w:rsidRPr="009812F8">
        <w:rPr>
          <w:rFonts w:asciiTheme="majorHAnsi" w:hAnsiTheme="majorHAnsi" w:cstheme="majorHAnsi"/>
        </w:rPr>
        <w:t>sadu</w:t>
      </w:r>
      <w:proofErr w:type="spellEnd"/>
      <w:r w:rsidRPr="009812F8">
        <w:rPr>
          <w:rFonts w:asciiTheme="majorHAnsi" w:hAnsiTheme="majorHAnsi" w:cstheme="majorHAnsi"/>
        </w:rPr>
        <w:t xml:space="preserve"> a </w:t>
      </w:r>
      <w:proofErr w:type="spellStart"/>
      <w:r w:rsidRPr="009812F8">
        <w:rPr>
          <w:rFonts w:asciiTheme="majorHAnsi" w:hAnsiTheme="majorHAnsi" w:cstheme="majorHAnsi"/>
        </w:rPr>
        <w:t>popisem</w:t>
      </w:r>
      <w:proofErr w:type="spellEnd"/>
      <w:r w:rsidRPr="009812F8">
        <w:rPr>
          <w:rFonts w:asciiTheme="majorHAnsi" w:hAnsiTheme="majorHAnsi" w:cstheme="majorHAnsi"/>
        </w:rPr>
        <w:t xml:space="preserve"> </w:t>
      </w:r>
      <w:proofErr w:type="spellStart"/>
      <w:r w:rsidRPr="009812F8">
        <w:rPr>
          <w:rFonts w:asciiTheme="majorHAnsi" w:hAnsiTheme="majorHAnsi" w:cstheme="majorHAnsi"/>
        </w:rPr>
        <w:t>důležitosti</w:t>
      </w:r>
      <w:proofErr w:type="spellEnd"/>
      <w:r w:rsidRPr="009812F8">
        <w:rPr>
          <w:rFonts w:asciiTheme="majorHAnsi" w:hAnsiTheme="majorHAnsi" w:cstheme="majorHAnsi"/>
        </w:rPr>
        <w:t xml:space="preserve"> </w:t>
      </w:r>
      <w:proofErr w:type="spellStart"/>
      <w:r w:rsidRPr="009812F8">
        <w:rPr>
          <w:rFonts w:asciiTheme="majorHAnsi" w:hAnsiTheme="majorHAnsi" w:cstheme="majorHAnsi"/>
        </w:rPr>
        <w:t>sadů</w:t>
      </w:r>
      <w:proofErr w:type="spellEnd"/>
      <w:r w:rsidRPr="009812F8">
        <w:rPr>
          <w:rFonts w:asciiTheme="majorHAnsi" w:hAnsiTheme="majorHAnsi" w:cstheme="majorHAnsi"/>
        </w:rPr>
        <w:t xml:space="preserve"> pro </w:t>
      </w:r>
      <w:proofErr w:type="spellStart"/>
      <w:r w:rsidRPr="009812F8">
        <w:rPr>
          <w:rFonts w:asciiTheme="majorHAnsi" w:hAnsiTheme="majorHAnsi" w:cstheme="majorHAnsi"/>
        </w:rPr>
        <w:t>přírodu</w:t>
      </w:r>
      <w:proofErr w:type="spellEnd"/>
      <w:r w:rsidRPr="009812F8">
        <w:rPr>
          <w:rFonts w:asciiTheme="majorHAnsi" w:hAnsiTheme="majorHAnsi" w:cstheme="majorHAnsi"/>
        </w:rPr>
        <w:t xml:space="preserve">. </w:t>
      </w:r>
      <w:proofErr w:type="spellStart"/>
      <w:r w:rsidRPr="009812F8">
        <w:rPr>
          <w:rFonts w:asciiTheme="majorHAnsi" w:hAnsiTheme="majorHAnsi" w:cstheme="majorHAnsi"/>
        </w:rPr>
        <w:t>Dále</w:t>
      </w:r>
      <w:proofErr w:type="spellEnd"/>
      <w:r w:rsidRPr="009812F8">
        <w:rPr>
          <w:rFonts w:asciiTheme="majorHAnsi" w:hAnsiTheme="majorHAnsi" w:cstheme="majorHAnsi"/>
        </w:rPr>
        <w:t xml:space="preserve"> s </w:t>
      </w:r>
      <w:proofErr w:type="spellStart"/>
      <w:r w:rsidRPr="009812F8">
        <w:rPr>
          <w:rFonts w:asciiTheme="majorHAnsi" w:hAnsiTheme="majorHAnsi" w:cstheme="majorHAnsi"/>
        </w:rPr>
        <w:t>vysvětlením</w:t>
      </w:r>
      <w:proofErr w:type="spellEnd"/>
      <w:r w:rsidRPr="009812F8">
        <w:rPr>
          <w:rFonts w:asciiTheme="majorHAnsi" w:hAnsiTheme="majorHAnsi" w:cstheme="majorHAnsi"/>
        </w:rPr>
        <w:t xml:space="preserve"> </w:t>
      </w:r>
      <w:proofErr w:type="spellStart"/>
      <w:r w:rsidRPr="009812F8">
        <w:rPr>
          <w:rFonts w:asciiTheme="majorHAnsi" w:hAnsiTheme="majorHAnsi" w:cstheme="majorHAnsi"/>
        </w:rPr>
        <w:t>ekologické</w:t>
      </w:r>
      <w:proofErr w:type="spellEnd"/>
      <w:r w:rsidRPr="009812F8">
        <w:rPr>
          <w:rFonts w:asciiTheme="majorHAnsi" w:hAnsiTheme="majorHAnsi" w:cstheme="majorHAnsi"/>
        </w:rPr>
        <w:t xml:space="preserve"> </w:t>
      </w:r>
      <w:proofErr w:type="spellStart"/>
      <w:r w:rsidRPr="009812F8">
        <w:rPr>
          <w:rFonts w:asciiTheme="majorHAnsi" w:hAnsiTheme="majorHAnsi" w:cstheme="majorHAnsi"/>
        </w:rPr>
        <w:t>funkce</w:t>
      </w:r>
      <w:proofErr w:type="spellEnd"/>
      <w:r w:rsidRPr="009812F8">
        <w:rPr>
          <w:rFonts w:asciiTheme="majorHAnsi" w:hAnsiTheme="majorHAnsi" w:cstheme="majorHAnsi"/>
        </w:rPr>
        <w:t xml:space="preserve"> </w:t>
      </w:r>
      <w:proofErr w:type="spellStart"/>
      <w:r w:rsidRPr="009812F8">
        <w:rPr>
          <w:rFonts w:asciiTheme="majorHAnsi" w:hAnsiTheme="majorHAnsi" w:cstheme="majorHAnsi"/>
        </w:rPr>
        <w:t>lesa</w:t>
      </w:r>
      <w:proofErr w:type="spellEnd"/>
      <w:r w:rsidRPr="009812F8">
        <w:rPr>
          <w:rFonts w:asciiTheme="majorHAnsi" w:hAnsiTheme="majorHAnsi" w:cstheme="majorHAnsi"/>
        </w:rPr>
        <w:t xml:space="preserve">, </w:t>
      </w:r>
      <w:proofErr w:type="spellStart"/>
      <w:r w:rsidRPr="009812F8">
        <w:rPr>
          <w:rFonts w:asciiTheme="majorHAnsi" w:hAnsiTheme="majorHAnsi" w:cstheme="majorHAnsi"/>
        </w:rPr>
        <w:t>květnaté</w:t>
      </w:r>
      <w:proofErr w:type="spellEnd"/>
      <w:r w:rsidRPr="009812F8">
        <w:rPr>
          <w:rFonts w:asciiTheme="majorHAnsi" w:hAnsiTheme="majorHAnsi" w:cstheme="majorHAnsi"/>
        </w:rPr>
        <w:t xml:space="preserve"> </w:t>
      </w:r>
      <w:proofErr w:type="spellStart"/>
      <w:r w:rsidRPr="009812F8">
        <w:rPr>
          <w:rFonts w:asciiTheme="majorHAnsi" w:hAnsiTheme="majorHAnsi" w:cstheme="majorHAnsi"/>
        </w:rPr>
        <w:t>louky</w:t>
      </w:r>
      <w:proofErr w:type="spellEnd"/>
      <w:r w:rsidRPr="009812F8">
        <w:rPr>
          <w:rFonts w:asciiTheme="majorHAnsi" w:hAnsiTheme="majorHAnsi" w:cstheme="majorHAnsi"/>
        </w:rPr>
        <w:t xml:space="preserve">, </w:t>
      </w:r>
      <w:proofErr w:type="spellStart"/>
      <w:r w:rsidRPr="009812F8">
        <w:rPr>
          <w:rFonts w:asciiTheme="majorHAnsi" w:hAnsiTheme="majorHAnsi" w:cstheme="majorHAnsi"/>
        </w:rPr>
        <w:t>včel</w:t>
      </w:r>
      <w:proofErr w:type="spellEnd"/>
      <w:r w:rsidRPr="009812F8">
        <w:rPr>
          <w:rFonts w:asciiTheme="majorHAnsi" w:hAnsiTheme="majorHAnsi" w:cstheme="majorHAnsi"/>
        </w:rPr>
        <w:t xml:space="preserve"> </w:t>
      </w:r>
      <w:proofErr w:type="spellStart"/>
      <w:r w:rsidRPr="009812F8">
        <w:rPr>
          <w:rFonts w:asciiTheme="majorHAnsi" w:hAnsiTheme="majorHAnsi" w:cstheme="majorHAnsi"/>
        </w:rPr>
        <w:t>apod</w:t>
      </w:r>
      <w:proofErr w:type="spellEnd"/>
      <w:r w:rsidRPr="009812F8">
        <w:rPr>
          <w:rFonts w:asciiTheme="majorHAnsi" w:hAnsiTheme="majorHAnsi" w:cstheme="majorHAnsi"/>
        </w:rPr>
        <w:t xml:space="preserve">. </w:t>
      </w:r>
      <w:proofErr w:type="spellStart"/>
      <w:r w:rsidRPr="009812F8">
        <w:rPr>
          <w:rFonts w:asciiTheme="majorHAnsi" w:hAnsiTheme="majorHAnsi" w:cstheme="majorHAnsi"/>
        </w:rPr>
        <w:t>Součástí</w:t>
      </w:r>
      <w:proofErr w:type="spellEnd"/>
      <w:r w:rsidRPr="009812F8">
        <w:rPr>
          <w:rFonts w:asciiTheme="majorHAnsi" w:hAnsiTheme="majorHAnsi" w:cstheme="majorHAnsi"/>
        </w:rPr>
        <w:t xml:space="preserve"> by </w:t>
      </w:r>
      <w:proofErr w:type="spellStart"/>
      <w:r w:rsidRPr="009812F8">
        <w:rPr>
          <w:rFonts w:asciiTheme="majorHAnsi" w:hAnsiTheme="majorHAnsi" w:cstheme="majorHAnsi"/>
        </w:rPr>
        <w:t>byla</w:t>
      </w:r>
      <w:proofErr w:type="spellEnd"/>
      <w:r w:rsidRPr="009812F8">
        <w:rPr>
          <w:rFonts w:asciiTheme="majorHAnsi" w:hAnsiTheme="majorHAnsi" w:cstheme="majorHAnsi"/>
        </w:rPr>
        <w:t xml:space="preserve"> </w:t>
      </w:r>
      <w:proofErr w:type="spellStart"/>
      <w:r w:rsidRPr="009812F8">
        <w:rPr>
          <w:rFonts w:asciiTheme="majorHAnsi" w:hAnsiTheme="majorHAnsi" w:cstheme="majorHAnsi"/>
        </w:rPr>
        <w:t>i</w:t>
      </w:r>
      <w:proofErr w:type="spellEnd"/>
      <w:r w:rsidRPr="009812F8">
        <w:rPr>
          <w:rFonts w:asciiTheme="majorHAnsi" w:hAnsiTheme="majorHAnsi" w:cstheme="majorHAnsi"/>
        </w:rPr>
        <w:t xml:space="preserve"> </w:t>
      </w:r>
      <w:proofErr w:type="spellStart"/>
      <w:r w:rsidRPr="009812F8">
        <w:rPr>
          <w:rFonts w:asciiTheme="majorHAnsi" w:hAnsiTheme="majorHAnsi" w:cstheme="majorHAnsi"/>
        </w:rPr>
        <w:t>mapa</w:t>
      </w:r>
      <w:proofErr w:type="spellEnd"/>
      <w:r w:rsidRPr="009812F8">
        <w:rPr>
          <w:rFonts w:asciiTheme="majorHAnsi" w:hAnsiTheme="majorHAnsi" w:cstheme="majorHAnsi"/>
        </w:rPr>
        <w:t xml:space="preserve"> </w:t>
      </w:r>
      <w:proofErr w:type="spellStart"/>
      <w:r w:rsidRPr="009812F8">
        <w:rPr>
          <w:rFonts w:asciiTheme="majorHAnsi" w:hAnsiTheme="majorHAnsi" w:cstheme="majorHAnsi"/>
        </w:rPr>
        <w:t>Křenkovy</w:t>
      </w:r>
      <w:proofErr w:type="spellEnd"/>
      <w:r w:rsidRPr="009812F8">
        <w:rPr>
          <w:rFonts w:asciiTheme="majorHAnsi" w:hAnsiTheme="majorHAnsi" w:cstheme="majorHAnsi"/>
        </w:rPr>
        <w:t xml:space="preserve"> </w:t>
      </w:r>
      <w:proofErr w:type="spellStart"/>
      <w:r w:rsidRPr="009812F8">
        <w:rPr>
          <w:rFonts w:asciiTheme="majorHAnsi" w:hAnsiTheme="majorHAnsi" w:cstheme="majorHAnsi"/>
        </w:rPr>
        <w:t>zahrady</w:t>
      </w:r>
      <w:proofErr w:type="spellEnd"/>
      <w:r w:rsidRPr="009812F8">
        <w:rPr>
          <w:rFonts w:asciiTheme="majorHAnsi" w:hAnsiTheme="majorHAnsi" w:cstheme="majorHAnsi"/>
        </w:rPr>
        <w:t>.</w:t>
      </w:r>
    </w:p>
    <w:p w14:paraId="07F3E1E3" w14:textId="77777777" w:rsidR="00AF37B1" w:rsidRPr="009812F8" w:rsidRDefault="00D675B2" w:rsidP="00BB6B05">
      <w:pPr>
        <w:numPr>
          <w:ilvl w:val="0"/>
          <w:numId w:val="3"/>
        </w:numPr>
        <w:jc w:val="both"/>
        <w:rPr>
          <w:rFonts w:asciiTheme="majorHAnsi" w:hAnsiTheme="majorHAnsi" w:cstheme="majorHAnsi"/>
        </w:rPr>
      </w:pPr>
      <w:proofErr w:type="spellStart"/>
      <w:r w:rsidRPr="009812F8">
        <w:rPr>
          <w:rFonts w:asciiTheme="majorHAnsi" w:hAnsiTheme="majorHAnsi" w:cstheme="majorHAnsi"/>
        </w:rPr>
        <w:t>Cyklostezka</w:t>
      </w:r>
      <w:proofErr w:type="spellEnd"/>
      <w:r w:rsidRPr="009812F8">
        <w:rPr>
          <w:rFonts w:asciiTheme="majorHAnsi" w:hAnsiTheme="majorHAnsi" w:cstheme="majorHAnsi"/>
        </w:rPr>
        <w:t xml:space="preserve">: V </w:t>
      </w:r>
      <w:proofErr w:type="spellStart"/>
      <w:r w:rsidRPr="009812F8">
        <w:rPr>
          <w:rFonts w:asciiTheme="majorHAnsi" w:hAnsiTheme="majorHAnsi" w:cstheme="majorHAnsi"/>
        </w:rPr>
        <w:t>návaznosti</w:t>
      </w:r>
      <w:proofErr w:type="spellEnd"/>
      <w:r w:rsidRPr="009812F8">
        <w:rPr>
          <w:rFonts w:asciiTheme="majorHAnsi" w:hAnsiTheme="majorHAnsi" w:cstheme="majorHAnsi"/>
        </w:rPr>
        <w:t xml:space="preserve"> a k </w:t>
      </w:r>
      <w:proofErr w:type="spellStart"/>
      <w:r w:rsidRPr="009812F8">
        <w:rPr>
          <w:rFonts w:asciiTheme="majorHAnsi" w:hAnsiTheme="majorHAnsi" w:cstheme="majorHAnsi"/>
        </w:rPr>
        <w:t>propojení</w:t>
      </w:r>
      <w:proofErr w:type="spellEnd"/>
      <w:r w:rsidRPr="009812F8">
        <w:rPr>
          <w:rFonts w:asciiTheme="majorHAnsi" w:hAnsiTheme="majorHAnsi" w:cstheme="majorHAnsi"/>
        </w:rPr>
        <w:t xml:space="preserve"> </w:t>
      </w:r>
      <w:proofErr w:type="spellStart"/>
      <w:r w:rsidRPr="009812F8">
        <w:rPr>
          <w:rFonts w:asciiTheme="majorHAnsi" w:hAnsiTheme="majorHAnsi" w:cstheme="majorHAnsi"/>
        </w:rPr>
        <w:t>cyklotrasy</w:t>
      </w:r>
      <w:proofErr w:type="spellEnd"/>
      <w:r w:rsidRPr="009812F8">
        <w:rPr>
          <w:rFonts w:asciiTheme="majorHAnsi" w:hAnsiTheme="majorHAnsi" w:cstheme="majorHAnsi"/>
        </w:rPr>
        <w:t xml:space="preserve"> z </w:t>
      </w:r>
      <w:proofErr w:type="spellStart"/>
      <w:r w:rsidRPr="009812F8">
        <w:rPr>
          <w:rFonts w:asciiTheme="majorHAnsi" w:hAnsiTheme="majorHAnsi" w:cstheme="majorHAnsi"/>
        </w:rPr>
        <w:t>Frenštátu</w:t>
      </w:r>
      <w:proofErr w:type="spellEnd"/>
      <w:r w:rsidRPr="009812F8">
        <w:rPr>
          <w:rFonts w:asciiTheme="majorHAnsi" w:hAnsiTheme="majorHAnsi" w:cstheme="majorHAnsi"/>
        </w:rPr>
        <w:t xml:space="preserve"> p. R. a </w:t>
      </w:r>
      <w:proofErr w:type="spellStart"/>
      <w:r w:rsidRPr="009812F8">
        <w:rPr>
          <w:rFonts w:asciiTheme="majorHAnsi" w:hAnsiTheme="majorHAnsi" w:cstheme="majorHAnsi"/>
        </w:rPr>
        <w:t>Tiché</w:t>
      </w:r>
      <w:proofErr w:type="spellEnd"/>
      <w:r w:rsidRPr="009812F8">
        <w:rPr>
          <w:rFonts w:asciiTheme="majorHAnsi" w:hAnsiTheme="majorHAnsi" w:cstheme="majorHAnsi"/>
        </w:rPr>
        <w:t xml:space="preserve"> by </w:t>
      </w:r>
      <w:proofErr w:type="spellStart"/>
      <w:r w:rsidRPr="009812F8">
        <w:rPr>
          <w:rFonts w:asciiTheme="majorHAnsi" w:hAnsiTheme="majorHAnsi" w:cstheme="majorHAnsi"/>
        </w:rPr>
        <w:t>zde</w:t>
      </w:r>
      <w:proofErr w:type="spellEnd"/>
      <w:r w:rsidRPr="009812F8">
        <w:rPr>
          <w:rFonts w:asciiTheme="majorHAnsi" w:hAnsiTheme="majorHAnsi" w:cstheme="majorHAnsi"/>
        </w:rPr>
        <w:t xml:space="preserve"> </w:t>
      </w:r>
      <w:proofErr w:type="spellStart"/>
      <w:r w:rsidRPr="009812F8">
        <w:rPr>
          <w:rFonts w:asciiTheme="majorHAnsi" w:hAnsiTheme="majorHAnsi" w:cstheme="majorHAnsi"/>
        </w:rPr>
        <w:t>vnikl</w:t>
      </w:r>
      <w:proofErr w:type="spellEnd"/>
      <w:r w:rsidRPr="009812F8">
        <w:rPr>
          <w:rFonts w:asciiTheme="majorHAnsi" w:hAnsiTheme="majorHAnsi" w:cstheme="majorHAnsi"/>
        </w:rPr>
        <w:t xml:space="preserve"> </w:t>
      </w:r>
      <w:proofErr w:type="spellStart"/>
      <w:r w:rsidRPr="009812F8">
        <w:rPr>
          <w:rFonts w:asciiTheme="majorHAnsi" w:hAnsiTheme="majorHAnsi" w:cstheme="majorHAnsi"/>
        </w:rPr>
        <w:t>kratší</w:t>
      </w:r>
      <w:proofErr w:type="spellEnd"/>
      <w:r w:rsidRPr="009812F8">
        <w:rPr>
          <w:rFonts w:asciiTheme="majorHAnsi" w:hAnsiTheme="majorHAnsi" w:cstheme="majorHAnsi"/>
        </w:rPr>
        <w:t xml:space="preserve"> </w:t>
      </w:r>
      <w:proofErr w:type="spellStart"/>
      <w:r w:rsidRPr="009812F8">
        <w:rPr>
          <w:rFonts w:asciiTheme="majorHAnsi" w:hAnsiTheme="majorHAnsi" w:cstheme="majorHAnsi"/>
        </w:rPr>
        <w:t>úsek</w:t>
      </w:r>
      <w:proofErr w:type="spellEnd"/>
      <w:r w:rsidRPr="009812F8">
        <w:rPr>
          <w:rFonts w:asciiTheme="majorHAnsi" w:hAnsiTheme="majorHAnsi" w:cstheme="majorHAnsi"/>
        </w:rPr>
        <w:t xml:space="preserve"> </w:t>
      </w:r>
      <w:proofErr w:type="spellStart"/>
      <w:r w:rsidRPr="009812F8">
        <w:rPr>
          <w:rFonts w:asciiTheme="majorHAnsi" w:hAnsiTheme="majorHAnsi" w:cstheme="majorHAnsi"/>
        </w:rPr>
        <w:t>cyklostezky</w:t>
      </w:r>
      <w:proofErr w:type="spellEnd"/>
      <w:r w:rsidRPr="009812F8">
        <w:rPr>
          <w:rFonts w:asciiTheme="majorHAnsi" w:hAnsiTheme="majorHAnsi" w:cstheme="majorHAnsi"/>
        </w:rPr>
        <w:t>.</w:t>
      </w:r>
    </w:p>
    <w:p w14:paraId="322D7923" w14:textId="77777777" w:rsidR="00AF37B1" w:rsidRPr="009812F8" w:rsidRDefault="00D675B2" w:rsidP="00BB6B05">
      <w:pPr>
        <w:numPr>
          <w:ilvl w:val="0"/>
          <w:numId w:val="3"/>
        </w:numPr>
        <w:jc w:val="both"/>
        <w:rPr>
          <w:rFonts w:asciiTheme="majorHAnsi" w:hAnsiTheme="majorHAnsi" w:cstheme="majorHAnsi"/>
          <w:lang w:val="pl-PL"/>
        </w:rPr>
      </w:pPr>
      <w:r w:rsidRPr="009812F8">
        <w:rPr>
          <w:rFonts w:asciiTheme="majorHAnsi" w:hAnsiTheme="majorHAnsi" w:cstheme="majorHAnsi"/>
        </w:rPr>
        <w:t xml:space="preserve">Na </w:t>
      </w:r>
      <w:proofErr w:type="spellStart"/>
      <w:r w:rsidRPr="009812F8">
        <w:rPr>
          <w:rFonts w:asciiTheme="majorHAnsi" w:hAnsiTheme="majorHAnsi" w:cstheme="majorHAnsi"/>
        </w:rPr>
        <w:t>několika</w:t>
      </w:r>
      <w:proofErr w:type="spellEnd"/>
      <w:r w:rsidRPr="009812F8">
        <w:rPr>
          <w:rFonts w:asciiTheme="majorHAnsi" w:hAnsiTheme="majorHAnsi" w:cstheme="majorHAnsi"/>
        </w:rPr>
        <w:t xml:space="preserve"> </w:t>
      </w:r>
      <w:proofErr w:type="spellStart"/>
      <w:r w:rsidRPr="009812F8">
        <w:rPr>
          <w:rFonts w:asciiTheme="majorHAnsi" w:hAnsiTheme="majorHAnsi" w:cstheme="majorHAnsi"/>
        </w:rPr>
        <w:t>místech</w:t>
      </w:r>
      <w:proofErr w:type="spellEnd"/>
      <w:r w:rsidRPr="009812F8">
        <w:rPr>
          <w:rFonts w:asciiTheme="majorHAnsi" w:hAnsiTheme="majorHAnsi" w:cstheme="majorHAnsi"/>
        </w:rPr>
        <w:t xml:space="preserve"> </w:t>
      </w:r>
      <w:proofErr w:type="spellStart"/>
      <w:r w:rsidRPr="009812F8">
        <w:rPr>
          <w:rFonts w:asciiTheme="majorHAnsi" w:hAnsiTheme="majorHAnsi" w:cstheme="majorHAnsi"/>
        </w:rPr>
        <w:t>podél</w:t>
      </w:r>
      <w:proofErr w:type="spellEnd"/>
      <w:r w:rsidRPr="009812F8">
        <w:rPr>
          <w:rFonts w:asciiTheme="majorHAnsi" w:hAnsiTheme="majorHAnsi" w:cstheme="majorHAnsi"/>
        </w:rPr>
        <w:t xml:space="preserve"> </w:t>
      </w:r>
      <w:proofErr w:type="spellStart"/>
      <w:r w:rsidRPr="009812F8">
        <w:rPr>
          <w:rFonts w:asciiTheme="majorHAnsi" w:hAnsiTheme="majorHAnsi" w:cstheme="majorHAnsi"/>
        </w:rPr>
        <w:t>chodníčků</w:t>
      </w:r>
      <w:proofErr w:type="spellEnd"/>
      <w:r w:rsidRPr="009812F8">
        <w:rPr>
          <w:rFonts w:asciiTheme="majorHAnsi" w:hAnsiTheme="majorHAnsi" w:cstheme="majorHAnsi"/>
        </w:rPr>
        <w:t xml:space="preserve"> by </w:t>
      </w:r>
      <w:proofErr w:type="spellStart"/>
      <w:r w:rsidRPr="009812F8">
        <w:rPr>
          <w:rFonts w:asciiTheme="majorHAnsi" w:hAnsiTheme="majorHAnsi" w:cstheme="majorHAnsi"/>
        </w:rPr>
        <w:t>byly</w:t>
      </w:r>
      <w:proofErr w:type="spellEnd"/>
      <w:r w:rsidRPr="009812F8">
        <w:rPr>
          <w:rFonts w:asciiTheme="majorHAnsi" w:hAnsiTheme="majorHAnsi" w:cstheme="majorHAnsi"/>
        </w:rPr>
        <w:t xml:space="preserve"> </w:t>
      </w:r>
      <w:proofErr w:type="spellStart"/>
      <w:r w:rsidRPr="009812F8">
        <w:rPr>
          <w:rFonts w:asciiTheme="majorHAnsi" w:hAnsiTheme="majorHAnsi" w:cstheme="majorHAnsi"/>
        </w:rPr>
        <w:t>umístěny</w:t>
      </w:r>
      <w:proofErr w:type="spellEnd"/>
      <w:r w:rsidRPr="009812F8">
        <w:rPr>
          <w:rFonts w:asciiTheme="majorHAnsi" w:hAnsiTheme="majorHAnsi" w:cstheme="majorHAnsi"/>
        </w:rPr>
        <w:t xml:space="preserve"> </w:t>
      </w:r>
      <w:proofErr w:type="spellStart"/>
      <w:r w:rsidRPr="009812F8">
        <w:rPr>
          <w:rFonts w:asciiTheme="majorHAnsi" w:hAnsiTheme="majorHAnsi" w:cstheme="majorHAnsi"/>
        </w:rPr>
        <w:t>lavičky</w:t>
      </w:r>
      <w:proofErr w:type="spellEnd"/>
      <w:r w:rsidR="006C1115" w:rsidRPr="009812F8">
        <w:rPr>
          <w:rFonts w:asciiTheme="majorHAnsi" w:hAnsiTheme="majorHAnsi" w:cstheme="majorHAnsi"/>
        </w:rPr>
        <w:t xml:space="preserve"> a </w:t>
      </w:r>
      <w:proofErr w:type="spellStart"/>
      <w:r w:rsidR="006C1115" w:rsidRPr="009812F8">
        <w:rPr>
          <w:rFonts w:asciiTheme="majorHAnsi" w:hAnsiTheme="majorHAnsi" w:cstheme="majorHAnsi"/>
        </w:rPr>
        <w:t>stoly</w:t>
      </w:r>
      <w:proofErr w:type="spellEnd"/>
      <w:r w:rsidR="006C1115" w:rsidRPr="009812F8">
        <w:rPr>
          <w:rFonts w:asciiTheme="majorHAnsi" w:hAnsiTheme="majorHAnsi" w:cstheme="majorHAnsi"/>
        </w:rPr>
        <w:t xml:space="preserve"> </w:t>
      </w:r>
      <w:proofErr w:type="spellStart"/>
      <w:r w:rsidR="006C1115" w:rsidRPr="009812F8">
        <w:rPr>
          <w:rFonts w:asciiTheme="majorHAnsi" w:hAnsiTheme="majorHAnsi" w:cstheme="majorHAnsi"/>
        </w:rPr>
        <w:t>sloužící</w:t>
      </w:r>
      <w:proofErr w:type="spellEnd"/>
      <w:r w:rsidR="006C1115" w:rsidRPr="009812F8">
        <w:rPr>
          <w:rFonts w:asciiTheme="majorHAnsi" w:hAnsiTheme="majorHAnsi" w:cstheme="majorHAnsi"/>
        </w:rPr>
        <w:t xml:space="preserve"> k </w:t>
      </w:r>
      <w:proofErr w:type="spellStart"/>
      <w:r w:rsidRPr="009812F8">
        <w:rPr>
          <w:rFonts w:asciiTheme="majorHAnsi" w:hAnsiTheme="majorHAnsi" w:cstheme="majorHAnsi"/>
        </w:rPr>
        <w:t>odpočink</w:t>
      </w:r>
      <w:r w:rsidR="006C1115" w:rsidRPr="009812F8">
        <w:rPr>
          <w:rFonts w:asciiTheme="majorHAnsi" w:hAnsiTheme="majorHAnsi" w:cstheme="majorHAnsi"/>
        </w:rPr>
        <w:t>u</w:t>
      </w:r>
      <w:proofErr w:type="spellEnd"/>
      <w:r w:rsidRPr="009812F8">
        <w:rPr>
          <w:rFonts w:asciiTheme="majorHAnsi" w:hAnsiTheme="majorHAnsi" w:cstheme="majorHAnsi"/>
        </w:rPr>
        <w:t>.</w:t>
      </w:r>
      <w:r w:rsidR="006C1115" w:rsidRPr="009812F8">
        <w:rPr>
          <w:rFonts w:asciiTheme="majorHAnsi" w:hAnsiTheme="majorHAnsi" w:cstheme="majorHAnsi"/>
        </w:rPr>
        <w:t xml:space="preserve"> </w:t>
      </w:r>
      <w:r w:rsidR="006C1115" w:rsidRPr="009812F8">
        <w:rPr>
          <w:rFonts w:asciiTheme="majorHAnsi" w:hAnsiTheme="majorHAnsi" w:cstheme="majorHAnsi"/>
          <w:lang w:val="pl-PL"/>
        </w:rPr>
        <w:t>Tyto odpočinkové místa by byla doplněny odpadními koši v podobném desingu.</w:t>
      </w:r>
    </w:p>
    <w:p w14:paraId="158D0BFC" w14:textId="77777777" w:rsidR="00AF37B1" w:rsidRPr="009812F8" w:rsidRDefault="00D675B2" w:rsidP="00BB6B05">
      <w:pPr>
        <w:numPr>
          <w:ilvl w:val="0"/>
          <w:numId w:val="3"/>
        </w:numPr>
        <w:jc w:val="both"/>
        <w:rPr>
          <w:rFonts w:asciiTheme="majorHAnsi" w:hAnsiTheme="majorHAnsi" w:cstheme="majorHAnsi"/>
          <w:lang w:val="pl-PL"/>
        </w:rPr>
      </w:pPr>
      <w:r w:rsidRPr="009812F8">
        <w:rPr>
          <w:rFonts w:asciiTheme="majorHAnsi" w:hAnsiTheme="majorHAnsi" w:cstheme="majorHAnsi"/>
          <w:lang w:val="pl-PL"/>
        </w:rPr>
        <w:t xml:space="preserve">Od laviček by vedly vedlejší větve chodníčků směrem do louky, k mokřadům. Tyto vedlejší chodníčky by byly </w:t>
      </w:r>
      <w:r w:rsidR="006C1115" w:rsidRPr="009812F8">
        <w:rPr>
          <w:rFonts w:asciiTheme="majorHAnsi" w:hAnsiTheme="majorHAnsi" w:cstheme="majorHAnsi"/>
          <w:lang w:val="pl-PL"/>
        </w:rPr>
        <w:t xml:space="preserve">tzv. “mlatové”, nebo </w:t>
      </w:r>
      <w:r w:rsidRPr="009812F8">
        <w:rPr>
          <w:rFonts w:asciiTheme="majorHAnsi" w:hAnsiTheme="majorHAnsi" w:cstheme="majorHAnsi"/>
          <w:lang w:val="pl-PL"/>
        </w:rPr>
        <w:t>z volně ložených kamenů. Tyto kameny mají svůj význam nejen pro chodce, ale podporují i některé z druhů hmyzu (mravenců) protože absorbují sluneční záření a distribuují teplo pod zem.</w:t>
      </w:r>
    </w:p>
    <w:p w14:paraId="5F1174F9" w14:textId="77777777" w:rsidR="006C1115" w:rsidRPr="009812F8" w:rsidRDefault="006C1115" w:rsidP="00BB6B05">
      <w:pPr>
        <w:numPr>
          <w:ilvl w:val="0"/>
          <w:numId w:val="3"/>
        </w:numPr>
        <w:jc w:val="both"/>
        <w:rPr>
          <w:rFonts w:asciiTheme="majorHAnsi" w:hAnsiTheme="majorHAnsi" w:cstheme="majorHAnsi"/>
          <w:lang w:val="pl-PL"/>
        </w:rPr>
      </w:pPr>
      <w:r w:rsidRPr="009812F8">
        <w:rPr>
          <w:rFonts w:asciiTheme="majorHAnsi" w:hAnsiTheme="majorHAnsi" w:cstheme="majorHAnsi"/>
          <w:lang w:val="pl-PL"/>
        </w:rPr>
        <w:t xml:space="preserve">Kamenné zídky a ploty s štěrkopískovou plochou, která bude sloužit plazům a členovcům. </w:t>
      </w:r>
    </w:p>
    <w:p w14:paraId="3BC157AA" w14:textId="77777777" w:rsidR="00AF37B1" w:rsidRPr="009812F8" w:rsidRDefault="006C1115" w:rsidP="00BB6B05">
      <w:pPr>
        <w:numPr>
          <w:ilvl w:val="0"/>
          <w:numId w:val="3"/>
        </w:numPr>
        <w:jc w:val="both"/>
        <w:rPr>
          <w:rFonts w:asciiTheme="majorHAnsi" w:hAnsiTheme="majorHAnsi" w:cstheme="majorHAnsi"/>
        </w:rPr>
      </w:pPr>
      <w:r w:rsidRPr="009812F8">
        <w:rPr>
          <w:rFonts w:asciiTheme="majorHAnsi" w:hAnsiTheme="majorHAnsi" w:cstheme="majorHAnsi"/>
          <w:lang w:val="pl-PL"/>
        </w:rPr>
        <w:t xml:space="preserve">Součástí areálu by byly venkovní prostory určené jak pro odpočinek, tak i pro aktivní pohyb. </w:t>
      </w:r>
      <w:r w:rsidRPr="009812F8">
        <w:rPr>
          <w:rFonts w:asciiTheme="majorHAnsi" w:hAnsiTheme="majorHAnsi" w:cstheme="majorHAnsi"/>
        </w:rPr>
        <w:t>K </w:t>
      </w:r>
      <w:proofErr w:type="spellStart"/>
      <w:r w:rsidRPr="009812F8">
        <w:rPr>
          <w:rFonts w:asciiTheme="majorHAnsi" w:hAnsiTheme="majorHAnsi" w:cstheme="majorHAnsi"/>
        </w:rPr>
        <w:t>úvaze</w:t>
      </w:r>
      <w:proofErr w:type="spellEnd"/>
      <w:r w:rsidRPr="009812F8">
        <w:rPr>
          <w:rFonts w:asciiTheme="majorHAnsi" w:hAnsiTheme="majorHAnsi" w:cstheme="majorHAnsi"/>
        </w:rPr>
        <w:t xml:space="preserve"> je </w:t>
      </w:r>
      <w:proofErr w:type="spellStart"/>
      <w:r w:rsidRPr="009812F8">
        <w:rPr>
          <w:rFonts w:asciiTheme="majorHAnsi" w:hAnsiTheme="majorHAnsi" w:cstheme="majorHAnsi"/>
        </w:rPr>
        <w:t>osazení</w:t>
      </w:r>
      <w:proofErr w:type="spellEnd"/>
      <w:r w:rsidRPr="009812F8">
        <w:rPr>
          <w:rFonts w:asciiTheme="majorHAnsi" w:hAnsiTheme="majorHAnsi" w:cstheme="majorHAnsi"/>
        </w:rPr>
        <w:t xml:space="preserve"> </w:t>
      </w:r>
      <w:proofErr w:type="spellStart"/>
      <w:r w:rsidRPr="009812F8">
        <w:rPr>
          <w:rFonts w:asciiTheme="majorHAnsi" w:hAnsiTheme="majorHAnsi" w:cstheme="majorHAnsi"/>
        </w:rPr>
        <w:t>chodníčků</w:t>
      </w:r>
      <w:proofErr w:type="spellEnd"/>
      <w:r w:rsidRPr="009812F8">
        <w:rPr>
          <w:rFonts w:asciiTheme="majorHAnsi" w:hAnsiTheme="majorHAnsi" w:cstheme="majorHAnsi"/>
        </w:rPr>
        <w:t xml:space="preserve"> o </w:t>
      </w:r>
      <w:proofErr w:type="spellStart"/>
      <w:r w:rsidRPr="009812F8">
        <w:rPr>
          <w:rFonts w:asciiTheme="majorHAnsi" w:hAnsiTheme="majorHAnsi" w:cstheme="majorHAnsi"/>
        </w:rPr>
        <w:t>venkovní</w:t>
      </w:r>
      <w:proofErr w:type="spellEnd"/>
      <w:r w:rsidRPr="009812F8">
        <w:rPr>
          <w:rFonts w:asciiTheme="majorHAnsi" w:hAnsiTheme="majorHAnsi" w:cstheme="majorHAnsi"/>
        </w:rPr>
        <w:t xml:space="preserve"> </w:t>
      </w:r>
      <w:proofErr w:type="spellStart"/>
      <w:r w:rsidRPr="009812F8">
        <w:rPr>
          <w:rFonts w:asciiTheme="majorHAnsi" w:hAnsiTheme="majorHAnsi" w:cstheme="majorHAnsi"/>
        </w:rPr>
        <w:t>sportovní</w:t>
      </w:r>
      <w:proofErr w:type="spellEnd"/>
      <w:r w:rsidRPr="009812F8">
        <w:rPr>
          <w:rFonts w:asciiTheme="majorHAnsi" w:hAnsiTheme="majorHAnsi" w:cstheme="majorHAnsi"/>
        </w:rPr>
        <w:t xml:space="preserve"> </w:t>
      </w:r>
      <w:proofErr w:type="spellStart"/>
      <w:r w:rsidRPr="009812F8">
        <w:rPr>
          <w:rFonts w:asciiTheme="majorHAnsi" w:hAnsiTheme="majorHAnsi" w:cstheme="majorHAnsi"/>
        </w:rPr>
        <w:t>stroje</w:t>
      </w:r>
      <w:proofErr w:type="spellEnd"/>
      <w:r w:rsidRPr="009812F8">
        <w:rPr>
          <w:rFonts w:asciiTheme="majorHAnsi" w:hAnsiTheme="majorHAnsi" w:cstheme="majorHAnsi"/>
        </w:rPr>
        <w:t>.</w:t>
      </w:r>
    </w:p>
    <w:p w14:paraId="4E5A5AC8" w14:textId="77777777" w:rsidR="00B127C8" w:rsidRPr="009812F8" w:rsidRDefault="00B127C8" w:rsidP="00BB6B05">
      <w:pPr>
        <w:jc w:val="both"/>
        <w:rPr>
          <w:rFonts w:asciiTheme="majorHAnsi" w:hAnsiTheme="majorHAnsi" w:cstheme="majorHAnsi"/>
          <w:b/>
          <w:bCs/>
          <w:szCs w:val="24"/>
        </w:rPr>
      </w:pPr>
    </w:p>
    <w:p w14:paraId="3B064C6F" w14:textId="76DB18FB" w:rsidR="00AF37B1" w:rsidRPr="009812F8" w:rsidRDefault="00D675B2" w:rsidP="00BB6B05">
      <w:pPr>
        <w:jc w:val="both"/>
        <w:rPr>
          <w:rFonts w:asciiTheme="majorHAnsi" w:hAnsiTheme="majorHAnsi" w:cstheme="majorHAnsi"/>
          <w:b/>
          <w:bCs/>
          <w:szCs w:val="24"/>
        </w:rPr>
      </w:pPr>
      <w:r w:rsidRPr="009812F8">
        <w:rPr>
          <w:rFonts w:asciiTheme="majorHAnsi" w:hAnsiTheme="majorHAnsi" w:cstheme="majorHAnsi"/>
          <w:b/>
          <w:bCs/>
          <w:szCs w:val="24"/>
        </w:rPr>
        <w:t>VZDĚLÁVACÍ VYUŽITÍ</w:t>
      </w:r>
    </w:p>
    <w:p w14:paraId="05DA64F8" w14:textId="1A992FEA" w:rsidR="00AF37B1" w:rsidRPr="009812F8" w:rsidRDefault="00D675B2" w:rsidP="00B127C8">
      <w:pPr>
        <w:rPr>
          <w:rFonts w:asciiTheme="majorHAnsi" w:hAnsiTheme="majorHAnsi" w:cstheme="majorHAnsi"/>
        </w:rPr>
      </w:pPr>
      <w:r w:rsidRPr="009812F8">
        <w:rPr>
          <w:rFonts w:asciiTheme="majorHAnsi" w:hAnsiTheme="majorHAnsi" w:cstheme="majorHAnsi"/>
        </w:rPr>
        <w:t xml:space="preserve">V </w:t>
      </w:r>
      <w:proofErr w:type="spellStart"/>
      <w:r w:rsidRPr="009812F8">
        <w:rPr>
          <w:rFonts w:asciiTheme="majorHAnsi" w:hAnsiTheme="majorHAnsi" w:cstheme="majorHAnsi"/>
        </w:rPr>
        <w:t>rámci</w:t>
      </w:r>
      <w:proofErr w:type="spellEnd"/>
      <w:r w:rsidRPr="009812F8">
        <w:rPr>
          <w:rFonts w:asciiTheme="majorHAnsi" w:hAnsiTheme="majorHAnsi" w:cstheme="majorHAnsi"/>
        </w:rPr>
        <w:t xml:space="preserve"> </w:t>
      </w:r>
      <w:proofErr w:type="spellStart"/>
      <w:r w:rsidRPr="009812F8">
        <w:rPr>
          <w:rFonts w:asciiTheme="majorHAnsi" w:hAnsiTheme="majorHAnsi" w:cstheme="majorHAnsi"/>
        </w:rPr>
        <w:t>edukačních</w:t>
      </w:r>
      <w:proofErr w:type="spellEnd"/>
      <w:r w:rsidRPr="009812F8">
        <w:rPr>
          <w:rFonts w:asciiTheme="majorHAnsi" w:hAnsiTheme="majorHAnsi" w:cstheme="majorHAnsi"/>
        </w:rPr>
        <w:t xml:space="preserve"> </w:t>
      </w:r>
      <w:proofErr w:type="spellStart"/>
      <w:r w:rsidRPr="009812F8">
        <w:rPr>
          <w:rFonts w:asciiTheme="majorHAnsi" w:hAnsiTheme="majorHAnsi" w:cstheme="majorHAnsi"/>
        </w:rPr>
        <w:t>aktivit</w:t>
      </w:r>
      <w:proofErr w:type="spellEnd"/>
      <w:r w:rsidRPr="009812F8">
        <w:rPr>
          <w:rFonts w:asciiTheme="majorHAnsi" w:hAnsiTheme="majorHAnsi" w:cstheme="majorHAnsi"/>
        </w:rPr>
        <w:t xml:space="preserve"> </w:t>
      </w:r>
      <w:proofErr w:type="spellStart"/>
      <w:r w:rsidRPr="009812F8">
        <w:rPr>
          <w:rFonts w:asciiTheme="majorHAnsi" w:hAnsiTheme="majorHAnsi" w:cstheme="majorHAnsi"/>
        </w:rPr>
        <w:t>bude</w:t>
      </w:r>
      <w:proofErr w:type="spellEnd"/>
      <w:r w:rsidRPr="009812F8">
        <w:rPr>
          <w:rFonts w:asciiTheme="majorHAnsi" w:hAnsiTheme="majorHAnsi" w:cstheme="majorHAnsi"/>
        </w:rPr>
        <w:t xml:space="preserve"> </w:t>
      </w:r>
      <w:proofErr w:type="spellStart"/>
      <w:r w:rsidRPr="009812F8">
        <w:rPr>
          <w:rFonts w:asciiTheme="majorHAnsi" w:hAnsiTheme="majorHAnsi" w:cstheme="majorHAnsi"/>
        </w:rPr>
        <w:t>zahrnuta</w:t>
      </w:r>
      <w:proofErr w:type="spellEnd"/>
      <w:r w:rsidRPr="009812F8">
        <w:rPr>
          <w:rFonts w:asciiTheme="majorHAnsi" w:hAnsiTheme="majorHAnsi" w:cstheme="majorHAnsi"/>
        </w:rPr>
        <w:t xml:space="preserve"> </w:t>
      </w:r>
      <w:proofErr w:type="spellStart"/>
      <w:r w:rsidRPr="009812F8">
        <w:rPr>
          <w:rFonts w:asciiTheme="majorHAnsi" w:hAnsiTheme="majorHAnsi" w:cstheme="majorHAnsi"/>
        </w:rPr>
        <w:t>také</w:t>
      </w:r>
      <w:proofErr w:type="spellEnd"/>
      <w:r w:rsidRPr="009812F8">
        <w:rPr>
          <w:rFonts w:asciiTheme="majorHAnsi" w:hAnsiTheme="majorHAnsi" w:cstheme="majorHAnsi"/>
        </w:rPr>
        <w:t xml:space="preserve"> </w:t>
      </w:r>
      <w:proofErr w:type="spellStart"/>
      <w:r w:rsidRPr="009812F8">
        <w:rPr>
          <w:rFonts w:asciiTheme="majorHAnsi" w:hAnsiTheme="majorHAnsi" w:cstheme="majorHAnsi"/>
        </w:rPr>
        <w:t>možnost</w:t>
      </w:r>
      <w:proofErr w:type="spellEnd"/>
      <w:r w:rsidRPr="009812F8">
        <w:rPr>
          <w:rFonts w:asciiTheme="majorHAnsi" w:hAnsiTheme="majorHAnsi" w:cstheme="majorHAnsi"/>
        </w:rPr>
        <w:t xml:space="preserve"> </w:t>
      </w:r>
      <w:proofErr w:type="spellStart"/>
      <w:r w:rsidRPr="009812F8">
        <w:rPr>
          <w:rFonts w:asciiTheme="majorHAnsi" w:hAnsiTheme="majorHAnsi" w:cstheme="majorHAnsi"/>
        </w:rPr>
        <w:t>pozorování</w:t>
      </w:r>
      <w:proofErr w:type="spellEnd"/>
      <w:r w:rsidRPr="009812F8">
        <w:rPr>
          <w:rFonts w:asciiTheme="majorHAnsi" w:hAnsiTheme="majorHAnsi" w:cstheme="majorHAnsi"/>
        </w:rPr>
        <w:t xml:space="preserve"> </w:t>
      </w:r>
      <w:proofErr w:type="spellStart"/>
      <w:r w:rsidRPr="009812F8">
        <w:rPr>
          <w:rFonts w:asciiTheme="majorHAnsi" w:hAnsiTheme="majorHAnsi" w:cstheme="majorHAnsi"/>
        </w:rPr>
        <w:t>noční</w:t>
      </w:r>
      <w:proofErr w:type="spellEnd"/>
      <w:r w:rsidRPr="009812F8">
        <w:rPr>
          <w:rFonts w:asciiTheme="majorHAnsi" w:hAnsiTheme="majorHAnsi" w:cstheme="majorHAnsi"/>
        </w:rPr>
        <w:t xml:space="preserve"> </w:t>
      </w:r>
      <w:proofErr w:type="spellStart"/>
      <w:r w:rsidRPr="009812F8">
        <w:rPr>
          <w:rFonts w:asciiTheme="majorHAnsi" w:hAnsiTheme="majorHAnsi" w:cstheme="majorHAnsi"/>
        </w:rPr>
        <w:t>oblohy</w:t>
      </w:r>
      <w:proofErr w:type="spellEnd"/>
      <w:r w:rsidRPr="009812F8">
        <w:rPr>
          <w:rFonts w:asciiTheme="majorHAnsi" w:hAnsiTheme="majorHAnsi" w:cstheme="majorHAnsi"/>
        </w:rPr>
        <w:t xml:space="preserve">, </w:t>
      </w:r>
      <w:proofErr w:type="spellStart"/>
      <w:r w:rsidRPr="009812F8">
        <w:rPr>
          <w:rFonts w:asciiTheme="majorHAnsi" w:hAnsiTheme="majorHAnsi" w:cstheme="majorHAnsi"/>
        </w:rPr>
        <w:t>zejména</w:t>
      </w:r>
      <w:proofErr w:type="spellEnd"/>
      <w:r w:rsidRPr="009812F8">
        <w:rPr>
          <w:rFonts w:asciiTheme="majorHAnsi" w:hAnsiTheme="majorHAnsi" w:cstheme="majorHAnsi"/>
        </w:rPr>
        <w:t xml:space="preserve"> pro </w:t>
      </w:r>
      <w:proofErr w:type="spellStart"/>
      <w:r w:rsidRPr="009812F8">
        <w:rPr>
          <w:rFonts w:asciiTheme="majorHAnsi" w:hAnsiTheme="majorHAnsi" w:cstheme="majorHAnsi"/>
        </w:rPr>
        <w:t>školy</w:t>
      </w:r>
      <w:proofErr w:type="spellEnd"/>
      <w:r w:rsidRPr="009812F8">
        <w:rPr>
          <w:rFonts w:asciiTheme="majorHAnsi" w:hAnsiTheme="majorHAnsi" w:cstheme="majorHAnsi"/>
        </w:rPr>
        <w:t xml:space="preserve"> a </w:t>
      </w:r>
      <w:proofErr w:type="spellStart"/>
      <w:r w:rsidRPr="009812F8">
        <w:rPr>
          <w:rFonts w:asciiTheme="majorHAnsi" w:hAnsiTheme="majorHAnsi" w:cstheme="majorHAnsi"/>
        </w:rPr>
        <w:t>mládež</w:t>
      </w:r>
      <w:proofErr w:type="spellEnd"/>
      <w:r w:rsidRPr="009812F8">
        <w:rPr>
          <w:rFonts w:asciiTheme="majorHAnsi" w:hAnsiTheme="majorHAnsi" w:cstheme="majorHAnsi"/>
        </w:rPr>
        <w:t xml:space="preserve">. </w:t>
      </w:r>
      <w:proofErr w:type="spellStart"/>
      <w:r w:rsidRPr="009812F8">
        <w:rPr>
          <w:rFonts w:asciiTheme="majorHAnsi" w:hAnsiTheme="majorHAnsi" w:cstheme="majorHAnsi"/>
        </w:rPr>
        <w:t>Lokalita</w:t>
      </w:r>
      <w:proofErr w:type="spellEnd"/>
      <w:r w:rsidRPr="009812F8">
        <w:rPr>
          <w:rFonts w:asciiTheme="majorHAnsi" w:hAnsiTheme="majorHAnsi" w:cstheme="majorHAnsi"/>
        </w:rPr>
        <w:t xml:space="preserve"> </w:t>
      </w:r>
      <w:proofErr w:type="spellStart"/>
      <w:r w:rsidRPr="009812F8">
        <w:rPr>
          <w:rFonts w:asciiTheme="majorHAnsi" w:hAnsiTheme="majorHAnsi" w:cstheme="majorHAnsi"/>
        </w:rPr>
        <w:t>nabízí</w:t>
      </w:r>
      <w:proofErr w:type="spellEnd"/>
      <w:r w:rsidRPr="009812F8">
        <w:rPr>
          <w:rFonts w:asciiTheme="majorHAnsi" w:hAnsiTheme="majorHAnsi" w:cstheme="majorHAnsi"/>
        </w:rPr>
        <w:t xml:space="preserve"> </w:t>
      </w:r>
      <w:proofErr w:type="spellStart"/>
      <w:r w:rsidRPr="009812F8">
        <w:rPr>
          <w:rFonts w:asciiTheme="majorHAnsi" w:hAnsiTheme="majorHAnsi" w:cstheme="majorHAnsi"/>
        </w:rPr>
        <w:t>vhodné</w:t>
      </w:r>
      <w:proofErr w:type="spellEnd"/>
      <w:r w:rsidRPr="009812F8">
        <w:rPr>
          <w:rFonts w:asciiTheme="majorHAnsi" w:hAnsiTheme="majorHAnsi" w:cstheme="majorHAnsi"/>
        </w:rPr>
        <w:t xml:space="preserve"> </w:t>
      </w:r>
      <w:proofErr w:type="spellStart"/>
      <w:r w:rsidRPr="009812F8">
        <w:rPr>
          <w:rFonts w:asciiTheme="majorHAnsi" w:hAnsiTheme="majorHAnsi" w:cstheme="majorHAnsi"/>
        </w:rPr>
        <w:t>podmínky</w:t>
      </w:r>
      <w:proofErr w:type="spellEnd"/>
      <w:r w:rsidRPr="009812F8">
        <w:rPr>
          <w:rFonts w:asciiTheme="majorHAnsi" w:hAnsiTheme="majorHAnsi" w:cstheme="majorHAnsi"/>
        </w:rPr>
        <w:t xml:space="preserve"> pro </w:t>
      </w:r>
      <w:proofErr w:type="spellStart"/>
      <w:r w:rsidR="006527CC" w:rsidRPr="009812F8">
        <w:rPr>
          <w:rFonts w:asciiTheme="majorHAnsi" w:hAnsiTheme="majorHAnsi" w:cstheme="majorHAnsi"/>
        </w:rPr>
        <w:t>večerní</w:t>
      </w:r>
      <w:proofErr w:type="spellEnd"/>
      <w:r w:rsidR="006527CC" w:rsidRPr="009812F8">
        <w:rPr>
          <w:rFonts w:asciiTheme="majorHAnsi" w:hAnsiTheme="majorHAnsi" w:cstheme="majorHAnsi"/>
        </w:rPr>
        <w:t xml:space="preserve"> </w:t>
      </w:r>
      <w:proofErr w:type="spellStart"/>
      <w:r w:rsidR="006527CC" w:rsidRPr="009812F8">
        <w:rPr>
          <w:rFonts w:asciiTheme="majorHAnsi" w:hAnsiTheme="majorHAnsi" w:cstheme="majorHAnsi"/>
        </w:rPr>
        <w:t>pozorování</w:t>
      </w:r>
      <w:proofErr w:type="spellEnd"/>
      <w:r w:rsidR="006527CC" w:rsidRPr="009812F8">
        <w:rPr>
          <w:rFonts w:asciiTheme="majorHAnsi" w:hAnsiTheme="majorHAnsi" w:cstheme="majorHAnsi"/>
        </w:rPr>
        <w:t xml:space="preserve">, a </w:t>
      </w:r>
      <w:proofErr w:type="spellStart"/>
      <w:r w:rsidR="006527CC" w:rsidRPr="009812F8">
        <w:rPr>
          <w:rFonts w:asciiTheme="majorHAnsi" w:hAnsiTheme="majorHAnsi" w:cstheme="majorHAnsi"/>
        </w:rPr>
        <w:t>seznámení</w:t>
      </w:r>
      <w:proofErr w:type="spellEnd"/>
      <w:r w:rsidR="006527CC" w:rsidRPr="009812F8">
        <w:rPr>
          <w:rFonts w:asciiTheme="majorHAnsi" w:hAnsiTheme="majorHAnsi" w:cstheme="majorHAnsi"/>
        </w:rPr>
        <w:t xml:space="preserve"> s </w:t>
      </w:r>
      <w:proofErr w:type="spellStart"/>
      <w:r w:rsidR="006527CC" w:rsidRPr="009812F8">
        <w:rPr>
          <w:rFonts w:asciiTheme="majorHAnsi" w:hAnsiTheme="majorHAnsi" w:cstheme="majorHAnsi"/>
        </w:rPr>
        <w:t>noční</w:t>
      </w:r>
      <w:proofErr w:type="spellEnd"/>
      <w:r w:rsidR="006527CC" w:rsidRPr="009812F8">
        <w:rPr>
          <w:rFonts w:asciiTheme="majorHAnsi" w:hAnsiTheme="majorHAnsi" w:cstheme="majorHAnsi"/>
        </w:rPr>
        <w:t xml:space="preserve"> </w:t>
      </w:r>
      <w:proofErr w:type="spellStart"/>
      <w:r w:rsidR="006527CC" w:rsidRPr="009812F8">
        <w:rPr>
          <w:rFonts w:asciiTheme="majorHAnsi" w:hAnsiTheme="majorHAnsi" w:cstheme="majorHAnsi"/>
        </w:rPr>
        <w:t>přírodou</w:t>
      </w:r>
      <w:proofErr w:type="spellEnd"/>
      <w:r w:rsidR="006527CC" w:rsidRPr="009812F8">
        <w:rPr>
          <w:rFonts w:asciiTheme="majorHAnsi" w:hAnsiTheme="majorHAnsi" w:cstheme="majorHAnsi"/>
        </w:rPr>
        <w:t xml:space="preserve">, </w:t>
      </w:r>
      <w:proofErr w:type="spellStart"/>
      <w:r w:rsidRPr="009812F8">
        <w:rPr>
          <w:rFonts w:asciiTheme="majorHAnsi" w:hAnsiTheme="majorHAnsi" w:cstheme="majorHAnsi"/>
        </w:rPr>
        <w:t>díky</w:t>
      </w:r>
      <w:proofErr w:type="spellEnd"/>
      <w:r w:rsidRPr="009812F8">
        <w:rPr>
          <w:rFonts w:asciiTheme="majorHAnsi" w:hAnsiTheme="majorHAnsi" w:cstheme="majorHAnsi"/>
        </w:rPr>
        <w:t xml:space="preserve"> </w:t>
      </w:r>
      <w:proofErr w:type="spellStart"/>
      <w:r w:rsidRPr="009812F8">
        <w:rPr>
          <w:rFonts w:asciiTheme="majorHAnsi" w:hAnsiTheme="majorHAnsi" w:cstheme="majorHAnsi"/>
        </w:rPr>
        <w:t>omezenému</w:t>
      </w:r>
      <w:proofErr w:type="spellEnd"/>
      <w:r w:rsidRPr="009812F8">
        <w:rPr>
          <w:rFonts w:asciiTheme="majorHAnsi" w:hAnsiTheme="majorHAnsi" w:cstheme="majorHAnsi"/>
        </w:rPr>
        <w:t xml:space="preserve"> </w:t>
      </w:r>
      <w:proofErr w:type="spellStart"/>
      <w:r w:rsidRPr="009812F8">
        <w:rPr>
          <w:rFonts w:asciiTheme="majorHAnsi" w:hAnsiTheme="majorHAnsi" w:cstheme="majorHAnsi"/>
        </w:rPr>
        <w:t>světelnému</w:t>
      </w:r>
      <w:proofErr w:type="spellEnd"/>
      <w:r w:rsidRPr="009812F8">
        <w:rPr>
          <w:rFonts w:asciiTheme="majorHAnsi" w:hAnsiTheme="majorHAnsi" w:cstheme="majorHAnsi"/>
        </w:rPr>
        <w:t xml:space="preserve"> </w:t>
      </w:r>
      <w:proofErr w:type="spellStart"/>
      <w:r w:rsidRPr="009812F8">
        <w:rPr>
          <w:rFonts w:asciiTheme="majorHAnsi" w:hAnsiTheme="majorHAnsi" w:cstheme="majorHAnsi"/>
        </w:rPr>
        <w:t>smogu</w:t>
      </w:r>
      <w:proofErr w:type="spellEnd"/>
      <w:r w:rsidRPr="009812F8">
        <w:rPr>
          <w:rFonts w:asciiTheme="majorHAnsi" w:hAnsiTheme="majorHAnsi" w:cstheme="majorHAnsi"/>
        </w:rPr>
        <w:t>.</w:t>
      </w:r>
    </w:p>
    <w:p w14:paraId="05F4A3F1" w14:textId="777F3E9A" w:rsidR="0086426B" w:rsidRPr="009812F8" w:rsidRDefault="0086426B" w:rsidP="0086426B">
      <w:pPr>
        <w:ind w:left="1080"/>
        <w:jc w:val="both"/>
        <w:rPr>
          <w:rFonts w:asciiTheme="majorHAnsi" w:hAnsiTheme="majorHAnsi" w:cstheme="majorHAnsi"/>
        </w:rPr>
      </w:pPr>
      <w:proofErr w:type="spellStart"/>
      <w:r w:rsidRPr="009812F8">
        <w:rPr>
          <w:rFonts w:asciiTheme="majorHAnsi" w:hAnsiTheme="majorHAnsi" w:cstheme="majorHAnsi"/>
        </w:rPr>
        <w:t>Registrovaný</w:t>
      </w:r>
      <w:proofErr w:type="spellEnd"/>
      <w:r w:rsidRPr="009812F8">
        <w:rPr>
          <w:rFonts w:asciiTheme="majorHAnsi" w:hAnsiTheme="majorHAnsi" w:cstheme="majorHAnsi"/>
        </w:rPr>
        <w:t xml:space="preserve"> Významný </w:t>
      </w:r>
      <w:proofErr w:type="spellStart"/>
      <w:r w:rsidRPr="009812F8">
        <w:rPr>
          <w:rFonts w:asciiTheme="majorHAnsi" w:hAnsiTheme="majorHAnsi" w:cstheme="majorHAnsi"/>
        </w:rPr>
        <w:t>krajinný</w:t>
      </w:r>
      <w:proofErr w:type="spellEnd"/>
      <w:r w:rsidRPr="009812F8">
        <w:rPr>
          <w:rFonts w:asciiTheme="majorHAnsi" w:hAnsiTheme="majorHAnsi" w:cstheme="majorHAnsi"/>
        </w:rPr>
        <w:t xml:space="preserve"> </w:t>
      </w:r>
      <w:proofErr w:type="spellStart"/>
      <w:r w:rsidRPr="009812F8">
        <w:rPr>
          <w:rFonts w:asciiTheme="majorHAnsi" w:hAnsiTheme="majorHAnsi" w:cstheme="majorHAnsi"/>
        </w:rPr>
        <w:t>prvek</w:t>
      </w:r>
      <w:proofErr w:type="spellEnd"/>
      <w:r w:rsidRPr="009812F8">
        <w:rPr>
          <w:rFonts w:asciiTheme="majorHAnsi" w:hAnsiTheme="majorHAnsi" w:cstheme="majorHAnsi"/>
        </w:rPr>
        <w:t xml:space="preserve"> “</w:t>
      </w:r>
      <w:proofErr w:type="spellStart"/>
      <w:r w:rsidRPr="009812F8">
        <w:rPr>
          <w:rFonts w:asciiTheme="majorHAnsi" w:hAnsiTheme="majorHAnsi" w:cstheme="majorHAnsi"/>
        </w:rPr>
        <w:t>Křenkova</w:t>
      </w:r>
      <w:proofErr w:type="spellEnd"/>
      <w:r w:rsidRPr="009812F8">
        <w:rPr>
          <w:rFonts w:asciiTheme="majorHAnsi" w:hAnsiTheme="majorHAnsi" w:cstheme="majorHAnsi"/>
        </w:rPr>
        <w:t xml:space="preserve"> </w:t>
      </w:r>
      <w:proofErr w:type="spellStart"/>
      <w:r w:rsidRPr="009812F8">
        <w:rPr>
          <w:rFonts w:asciiTheme="majorHAnsi" w:hAnsiTheme="majorHAnsi" w:cstheme="majorHAnsi"/>
        </w:rPr>
        <w:t>zahrada</w:t>
      </w:r>
      <w:proofErr w:type="spellEnd"/>
      <w:r w:rsidRPr="009812F8">
        <w:rPr>
          <w:rFonts w:asciiTheme="majorHAnsi" w:hAnsiTheme="majorHAnsi" w:cstheme="majorHAnsi"/>
        </w:rPr>
        <w:t>”</w:t>
      </w:r>
      <w:r w:rsidR="00D369CA" w:rsidRPr="009812F8">
        <w:rPr>
          <w:rFonts w:asciiTheme="majorHAnsi" w:hAnsiTheme="majorHAnsi" w:cstheme="majorHAnsi"/>
        </w:rPr>
        <w:t xml:space="preserve"> </w:t>
      </w:r>
      <w:r w:rsidRPr="009812F8">
        <w:rPr>
          <w:rFonts w:asciiTheme="majorHAnsi" w:hAnsiTheme="majorHAnsi" w:cstheme="majorHAnsi"/>
        </w:rPr>
        <w:t xml:space="preserve">s </w:t>
      </w:r>
      <w:proofErr w:type="spellStart"/>
      <w:r w:rsidRPr="009812F8">
        <w:rPr>
          <w:rFonts w:asciiTheme="majorHAnsi" w:hAnsiTheme="majorHAnsi" w:cstheme="majorHAnsi"/>
        </w:rPr>
        <w:t>pozoruhodnými</w:t>
      </w:r>
      <w:proofErr w:type="spellEnd"/>
      <w:r w:rsidRPr="009812F8">
        <w:rPr>
          <w:rFonts w:asciiTheme="majorHAnsi" w:hAnsiTheme="majorHAnsi" w:cstheme="majorHAnsi"/>
        </w:rPr>
        <w:t xml:space="preserve"> </w:t>
      </w:r>
      <w:proofErr w:type="spellStart"/>
      <w:r w:rsidRPr="009812F8">
        <w:rPr>
          <w:rFonts w:asciiTheme="majorHAnsi" w:hAnsiTheme="majorHAnsi" w:cstheme="majorHAnsi"/>
        </w:rPr>
        <w:t>početnějšími</w:t>
      </w:r>
      <w:proofErr w:type="spellEnd"/>
      <w:r w:rsidRPr="009812F8">
        <w:rPr>
          <w:rFonts w:asciiTheme="majorHAnsi" w:hAnsiTheme="majorHAnsi" w:cstheme="majorHAnsi"/>
        </w:rPr>
        <w:t xml:space="preserve"> </w:t>
      </w:r>
      <w:proofErr w:type="spellStart"/>
      <w:r w:rsidRPr="009812F8">
        <w:rPr>
          <w:rFonts w:asciiTheme="majorHAnsi" w:hAnsiTheme="majorHAnsi" w:cstheme="majorHAnsi"/>
        </w:rPr>
        <w:t>soubory</w:t>
      </w:r>
      <w:proofErr w:type="spellEnd"/>
      <w:r w:rsidRPr="009812F8">
        <w:rPr>
          <w:rFonts w:asciiTheme="majorHAnsi" w:hAnsiTheme="majorHAnsi" w:cstheme="majorHAnsi"/>
        </w:rPr>
        <w:t xml:space="preserve"> </w:t>
      </w:r>
      <w:proofErr w:type="spellStart"/>
      <w:r w:rsidRPr="009812F8">
        <w:rPr>
          <w:rFonts w:asciiTheme="majorHAnsi" w:hAnsiTheme="majorHAnsi" w:cstheme="majorHAnsi"/>
        </w:rPr>
        <w:t>cizokrajných</w:t>
      </w:r>
      <w:proofErr w:type="spellEnd"/>
      <w:r w:rsidRPr="009812F8">
        <w:rPr>
          <w:rFonts w:asciiTheme="majorHAnsi" w:hAnsiTheme="majorHAnsi" w:cstheme="majorHAnsi"/>
        </w:rPr>
        <w:t xml:space="preserve"> </w:t>
      </w:r>
      <w:proofErr w:type="spellStart"/>
      <w:r w:rsidRPr="009812F8">
        <w:rPr>
          <w:rFonts w:asciiTheme="majorHAnsi" w:hAnsiTheme="majorHAnsi" w:cstheme="majorHAnsi"/>
        </w:rPr>
        <w:t>jehličnanů</w:t>
      </w:r>
      <w:proofErr w:type="spellEnd"/>
      <w:r w:rsidRPr="009812F8">
        <w:rPr>
          <w:rFonts w:asciiTheme="majorHAnsi" w:hAnsiTheme="majorHAnsi" w:cstheme="majorHAnsi"/>
        </w:rPr>
        <w:t xml:space="preserve">: </w:t>
      </w:r>
      <w:proofErr w:type="spellStart"/>
      <w:r w:rsidRPr="009812F8">
        <w:rPr>
          <w:rFonts w:asciiTheme="majorHAnsi" w:hAnsiTheme="majorHAnsi" w:cstheme="majorHAnsi"/>
        </w:rPr>
        <w:t>douglaska</w:t>
      </w:r>
      <w:proofErr w:type="spellEnd"/>
      <w:r w:rsidRPr="009812F8">
        <w:rPr>
          <w:rFonts w:asciiTheme="majorHAnsi" w:hAnsiTheme="majorHAnsi" w:cstheme="majorHAnsi"/>
        </w:rPr>
        <w:t xml:space="preserve">, </w:t>
      </w:r>
      <w:proofErr w:type="spellStart"/>
      <w:r w:rsidRPr="009812F8">
        <w:rPr>
          <w:rFonts w:asciiTheme="majorHAnsi" w:hAnsiTheme="majorHAnsi" w:cstheme="majorHAnsi"/>
        </w:rPr>
        <w:t>smrk</w:t>
      </w:r>
      <w:proofErr w:type="spellEnd"/>
      <w:r w:rsidRPr="009812F8">
        <w:rPr>
          <w:rFonts w:asciiTheme="majorHAnsi" w:hAnsiTheme="majorHAnsi" w:cstheme="majorHAnsi"/>
        </w:rPr>
        <w:t xml:space="preserve"> </w:t>
      </w:r>
      <w:proofErr w:type="spellStart"/>
      <w:r w:rsidRPr="009812F8">
        <w:rPr>
          <w:rFonts w:asciiTheme="majorHAnsi" w:hAnsiTheme="majorHAnsi" w:cstheme="majorHAnsi"/>
        </w:rPr>
        <w:t>pichlavý</w:t>
      </w:r>
      <w:proofErr w:type="spellEnd"/>
      <w:r w:rsidRPr="009812F8">
        <w:rPr>
          <w:rFonts w:asciiTheme="majorHAnsi" w:hAnsiTheme="majorHAnsi" w:cstheme="majorHAnsi"/>
        </w:rPr>
        <w:t xml:space="preserve">, </w:t>
      </w:r>
      <w:proofErr w:type="spellStart"/>
      <w:r w:rsidRPr="009812F8">
        <w:rPr>
          <w:rFonts w:asciiTheme="majorHAnsi" w:hAnsiTheme="majorHAnsi" w:cstheme="majorHAnsi"/>
        </w:rPr>
        <w:t>Engelmanův</w:t>
      </w:r>
      <w:proofErr w:type="spellEnd"/>
      <w:r w:rsidRPr="009812F8">
        <w:rPr>
          <w:rFonts w:asciiTheme="majorHAnsi" w:hAnsiTheme="majorHAnsi" w:cstheme="majorHAnsi"/>
        </w:rPr>
        <w:t xml:space="preserve"> (</w:t>
      </w:r>
      <w:proofErr w:type="spellStart"/>
      <w:r w:rsidRPr="009812F8">
        <w:rPr>
          <w:rFonts w:asciiTheme="majorHAnsi" w:hAnsiTheme="majorHAnsi" w:cstheme="majorHAnsi"/>
        </w:rPr>
        <w:t>horský</w:t>
      </w:r>
      <w:proofErr w:type="spellEnd"/>
      <w:r w:rsidRPr="009812F8">
        <w:rPr>
          <w:rFonts w:asciiTheme="majorHAnsi" w:hAnsiTheme="majorHAnsi" w:cstheme="majorHAnsi"/>
        </w:rPr>
        <w:t xml:space="preserve"> </w:t>
      </w:r>
      <w:proofErr w:type="spellStart"/>
      <w:r w:rsidRPr="009812F8">
        <w:rPr>
          <w:rFonts w:asciiTheme="majorHAnsi" w:hAnsiTheme="majorHAnsi" w:cstheme="majorHAnsi"/>
        </w:rPr>
        <w:t>smrk</w:t>
      </w:r>
      <w:proofErr w:type="spellEnd"/>
      <w:r w:rsidRPr="009812F8">
        <w:rPr>
          <w:rFonts w:asciiTheme="majorHAnsi" w:hAnsiTheme="majorHAnsi" w:cstheme="majorHAnsi"/>
        </w:rPr>
        <w:t xml:space="preserve">), </w:t>
      </w:r>
      <w:proofErr w:type="spellStart"/>
      <w:r w:rsidRPr="009812F8">
        <w:rPr>
          <w:rFonts w:asciiTheme="majorHAnsi" w:hAnsiTheme="majorHAnsi" w:cstheme="majorHAnsi"/>
        </w:rPr>
        <w:t>sivý</w:t>
      </w:r>
      <w:proofErr w:type="spellEnd"/>
      <w:r w:rsidRPr="009812F8">
        <w:rPr>
          <w:rFonts w:asciiTheme="majorHAnsi" w:hAnsiTheme="majorHAnsi" w:cstheme="majorHAnsi"/>
        </w:rPr>
        <w:t xml:space="preserve"> (</w:t>
      </w:r>
      <w:proofErr w:type="spellStart"/>
      <w:r w:rsidRPr="009812F8">
        <w:rPr>
          <w:rFonts w:asciiTheme="majorHAnsi" w:hAnsiTheme="majorHAnsi" w:cstheme="majorHAnsi"/>
        </w:rPr>
        <w:t>nejsevernější</w:t>
      </w:r>
      <w:proofErr w:type="spellEnd"/>
      <w:r w:rsidRPr="009812F8">
        <w:rPr>
          <w:rFonts w:asciiTheme="majorHAnsi" w:hAnsiTheme="majorHAnsi" w:cstheme="majorHAnsi"/>
        </w:rPr>
        <w:t xml:space="preserve"> </w:t>
      </w:r>
      <w:proofErr w:type="spellStart"/>
      <w:r w:rsidRPr="009812F8">
        <w:rPr>
          <w:rFonts w:asciiTheme="majorHAnsi" w:hAnsiTheme="majorHAnsi" w:cstheme="majorHAnsi"/>
        </w:rPr>
        <w:t>severoamerický</w:t>
      </w:r>
      <w:proofErr w:type="spellEnd"/>
      <w:r w:rsidRPr="009812F8">
        <w:rPr>
          <w:rFonts w:asciiTheme="majorHAnsi" w:hAnsiTheme="majorHAnsi" w:cstheme="majorHAnsi"/>
        </w:rPr>
        <w:t xml:space="preserve"> </w:t>
      </w:r>
      <w:proofErr w:type="spellStart"/>
      <w:r w:rsidRPr="009812F8">
        <w:rPr>
          <w:rFonts w:asciiTheme="majorHAnsi" w:hAnsiTheme="majorHAnsi" w:cstheme="majorHAnsi"/>
        </w:rPr>
        <w:t>smrk</w:t>
      </w:r>
      <w:proofErr w:type="spellEnd"/>
      <w:r w:rsidRPr="009812F8">
        <w:rPr>
          <w:rFonts w:asciiTheme="majorHAnsi" w:hAnsiTheme="majorHAnsi" w:cstheme="majorHAnsi"/>
        </w:rPr>
        <w:t xml:space="preserve">) a </w:t>
      </w:r>
      <w:proofErr w:type="spellStart"/>
      <w:r w:rsidRPr="009812F8">
        <w:rPr>
          <w:rFonts w:asciiTheme="majorHAnsi" w:hAnsiTheme="majorHAnsi" w:cstheme="majorHAnsi"/>
        </w:rPr>
        <w:t>smrk</w:t>
      </w:r>
      <w:proofErr w:type="spellEnd"/>
      <w:r w:rsidRPr="009812F8">
        <w:rPr>
          <w:rFonts w:asciiTheme="majorHAnsi" w:hAnsiTheme="majorHAnsi" w:cstheme="majorHAnsi"/>
        </w:rPr>
        <w:t xml:space="preserve"> </w:t>
      </w:r>
      <w:proofErr w:type="spellStart"/>
      <w:r w:rsidRPr="009812F8">
        <w:rPr>
          <w:rFonts w:asciiTheme="majorHAnsi" w:hAnsiTheme="majorHAnsi" w:cstheme="majorHAnsi"/>
        </w:rPr>
        <w:t>omorika</w:t>
      </w:r>
      <w:proofErr w:type="spellEnd"/>
      <w:r w:rsidRPr="009812F8">
        <w:rPr>
          <w:rFonts w:asciiTheme="majorHAnsi" w:hAnsiTheme="majorHAnsi" w:cstheme="majorHAnsi"/>
        </w:rPr>
        <w:t xml:space="preserve"> (</w:t>
      </w:r>
      <w:proofErr w:type="spellStart"/>
      <w:r w:rsidRPr="009812F8">
        <w:rPr>
          <w:rFonts w:asciiTheme="majorHAnsi" w:hAnsiTheme="majorHAnsi" w:cstheme="majorHAnsi"/>
        </w:rPr>
        <w:t>balkánský</w:t>
      </w:r>
      <w:proofErr w:type="spellEnd"/>
      <w:r w:rsidRPr="009812F8">
        <w:rPr>
          <w:rFonts w:asciiTheme="majorHAnsi" w:hAnsiTheme="majorHAnsi" w:cstheme="majorHAnsi"/>
        </w:rPr>
        <w:t xml:space="preserve"> </w:t>
      </w:r>
      <w:proofErr w:type="spellStart"/>
      <w:r w:rsidRPr="009812F8">
        <w:rPr>
          <w:rFonts w:asciiTheme="majorHAnsi" w:hAnsiTheme="majorHAnsi" w:cstheme="majorHAnsi"/>
        </w:rPr>
        <w:t>endemit</w:t>
      </w:r>
      <w:proofErr w:type="spellEnd"/>
      <w:r w:rsidRPr="009812F8">
        <w:rPr>
          <w:rFonts w:asciiTheme="majorHAnsi" w:hAnsiTheme="majorHAnsi" w:cstheme="majorHAnsi"/>
        </w:rPr>
        <w:t xml:space="preserve"> a </w:t>
      </w:r>
      <w:proofErr w:type="spellStart"/>
      <w:r w:rsidRPr="009812F8">
        <w:rPr>
          <w:rFonts w:asciiTheme="majorHAnsi" w:hAnsiTheme="majorHAnsi" w:cstheme="majorHAnsi"/>
        </w:rPr>
        <w:t>na</w:t>
      </w:r>
      <w:proofErr w:type="spellEnd"/>
      <w:r w:rsidRPr="009812F8">
        <w:rPr>
          <w:rFonts w:asciiTheme="majorHAnsi" w:hAnsiTheme="majorHAnsi" w:cstheme="majorHAnsi"/>
        </w:rPr>
        <w:t xml:space="preserve"> </w:t>
      </w:r>
      <w:proofErr w:type="spellStart"/>
      <w:r w:rsidRPr="009812F8">
        <w:rPr>
          <w:rFonts w:asciiTheme="majorHAnsi" w:hAnsiTheme="majorHAnsi" w:cstheme="majorHAnsi"/>
        </w:rPr>
        <w:t>původních</w:t>
      </w:r>
      <w:proofErr w:type="spellEnd"/>
      <w:r w:rsidRPr="009812F8">
        <w:rPr>
          <w:rFonts w:asciiTheme="majorHAnsi" w:hAnsiTheme="majorHAnsi" w:cstheme="majorHAnsi"/>
        </w:rPr>
        <w:t xml:space="preserve"> </w:t>
      </w:r>
      <w:proofErr w:type="spellStart"/>
      <w:r w:rsidRPr="009812F8">
        <w:rPr>
          <w:rFonts w:asciiTheme="majorHAnsi" w:hAnsiTheme="majorHAnsi" w:cstheme="majorHAnsi"/>
        </w:rPr>
        <w:t>stanovištích</w:t>
      </w:r>
      <w:proofErr w:type="spellEnd"/>
      <w:r w:rsidRPr="009812F8">
        <w:rPr>
          <w:rFonts w:asciiTheme="majorHAnsi" w:hAnsiTheme="majorHAnsi" w:cstheme="majorHAnsi"/>
        </w:rPr>
        <w:t xml:space="preserve"> </w:t>
      </w:r>
      <w:proofErr w:type="spellStart"/>
      <w:r w:rsidRPr="009812F8">
        <w:rPr>
          <w:rFonts w:asciiTheme="majorHAnsi" w:hAnsiTheme="majorHAnsi" w:cstheme="majorHAnsi"/>
        </w:rPr>
        <w:t>třetihorní</w:t>
      </w:r>
      <w:proofErr w:type="spellEnd"/>
      <w:r w:rsidRPr="009812F8">
        <w:rPr>
          <w:rFonts w:asciiTheme="majorHAnsi" w:hAnsiTheme="majorHAnsi" w:cstheme="majorHAnsi"/>
        </w:rPr>
        <w:t xml:space="preserve"> </w:t>
      </w:r>
      <w:proofErr w:type="spellStart"/>
      <w:r w:rsidRPr="009812F8">
        <w:rPr>
          <w:rFonts w:asciiTheme="majorHAnsi" w:hAnsiTheme="majorHAnsi" w:cstheme="majorHAnsi"/>
        </w:rPr>
        <w:t>relikt</w:t>
      </w:r>
      <w:proofErr w:type="spellEnd"/>
      <w:r w:rsidRPr="009812F8">
        <w:rPr>
          <w:rFonts w:asciiTheme="majorHAnsi" w:hAnsiTheme="majorHAnsi" w:cstheme="majorHAnsi"/>
        </w:rPr>
        <w:t xml:space="preserve">), je </w:t>
      </w:r>
      <w:proofErr w:type="spellStart"/>
      <w:r w:rsidRPr="009812F8">
        <w:rPr>
          <w:rFonts w:asciiTheme="majorHAnsi" w:hAnsiTheme="majorHAnsi" w:cstheme="majorHAnsi"/>
        </w:rPr>
        <w:t>nutné</w:t>
      </w:r>
      <w:proofErr w:type="spellEnd"/>
      <w:r w:rsidRPr="009812F8">
        <w:rPr>
          <w:rFonts w:asciiTheme="majorHAnsi" w:hAnsiTheme="majorHAnsi" w:cstheme="majorHAnsi"/>
        </w:rPr>
        <w:t xml:space="preserve"> </w:t>
      </w:r>
      <w:proofErr w:type="spellStart"/>
      <w:r w:rsidRPr="009812F8">
        <w:rPr>
          <w:rFonts w:asciiTheme="majorHAnsi" w:hAnsiTheme="majorHAnsi" w:cstheme="majorHAnsi"/>
        </w:rPr>
        <w:t>zachovat</w:t>
      </w:r>
      <w:proofErr w:type="spellEnd"/>
      <w:r w:rsidRPr="009812F8">
        <w:rPr>
          <w:rFonts w:asciiTheme="majorHAnsi" w:hAnsiTheme="majorHAnsi" w:cstheme="majorHAnsi"/>
        </w:rPr>
        <w:t xml:space="preserve"> </w:t>
      </w:r>
      <w:proofErr w:type="spellStart"/>
      <w:r w:rsidRPr="009812F8">
        <w:rPr>
          <w:rFonts w:asciiTheme="majorHAnsi" w:hAnsiTheme="majorHAnsi" w:cstheme="majorHAnsi"/>
        </w:rPr>
        <w:t>nejcennější</w:t>
      </w:r>
      <w:proofErr w:type="spellEnd"/>
      <w:r w:rsidRPr="009812F8">
        <w:rPr>
          <w:rFonts w:asciiTheme="majorHAnsi" w:hAnsiTheme="majorHAnsi" w:cstheme="majorHAnsi"/>
        </w:rPr>
        <w:t xml:space="preserve"> </w:t>
      </w:r>
      <w:proofErr w:type="spellStart"/>
      <w:r w:rsidRPr="009812F8">
        <w:rPr>
          <w:rFonts w:asciiTheme="majorHAnsi" w:hAnsiTheme="majorHAnsi" w:cstheme="majorHAnsi"/>
        </w:rPr>
        <w:t>jehličnaté</w:t>
      </w:r>
      <w:proofErr w:type="spellEnd"/>
      <w:r w:rsidRPr="009812F8">
        <w:rPr>
          <w:rFonts w:asciiTheme="majorHAnsi" w:hAnsiTheme="majorHAnsi" w:cstheme="majorHAnsi"/>
        </w:rPr>
        <w:t xml:space="preserve"> </w:t>
      </w:r>
      <w:proofErr w:type="spellStart"/>
      <w:r w:rsidRPr="009812F8">
        <w:rPr>
          <w:rFonts w:asciiTheme="majorHAnsi" w:hAnsiTheme="majorHAnsi" w:cstheme="majorHAnsi"/>
        </w:rPr>
        <w:t>exoty</w:t>
      </w:r>
      <w:proofErr w:type="spellEnd"/>
      <w:r w:rsidRPr="009812F8">
        <w:rPr>
          <w:rFonts w:asciiTheme="majorHAnsi" w:hAnsiTheme="majorHAnsi" w:cstheme="majorHAnsi"/>
        </w:rPr>
        <w:t xml:space="preserve">, </w:t>
      </w:r>
      <w:proofErr w:type="spellStart"/>
      <w:r w:rsidRPr="009812F8">
        <w:rPr>
          <w:rFonts w:asciiTheme="majorHAnsi" w:hAnsiTheme="majorHAnsi" w:cstheme="majorHAnsi"/>
        </w:rPr>
        <w:t>např</w:t>
      </w:r>
      <w:proofErr w:type="spellEnd"/>
      <w:r w:rsidRPr="009812F8">
        <w:rPr>
          <w:rFonts w:asciiTheme="majorHAnsi" w:hAnsiTheme="majorHAnsi" w:cstheme="majorHAnsi"/>
        </w:rPr>
        <w:t xml:space="preserve">. 15 </w:t>
      </w:r>
      <w:proofErr w:type="spellStart"/>
      <w:r w:rsidRPr="009812F8">
        <w:rPr>
          <w:rFonts w:asciiTheme="majorHAnsi" w:hAnsiTheme="majorHAnsi" w:cstheme="majorHAnsi"/>
        </w:rPr>
        <w:t>exemplářů</w:t>
      </w:r>
      <w:proofErr w:type="spellEnd"/>
      <w:r w:rsidRPr="009812F8">
        <w:rPr>
          <w:rFonts w:asciiTheme="majorHAnsi" w:hAnsiTheme="majorHAnsi" w:cstheme="majorHAnsi"/>
        </w:rPr>
        <w:t xml:space="preserve"> </w:t>
      </w:r>
      <w:proofErr w:type="spellStart"/>
      <w:r w:rsidRPr="009812F8">
        <w:rPr>
          <w:rFonts w:asciiTheme="majorHAnsi" w:hAnsiTheme="majorHAnsi" w:cstheme="majorHAnsi"/>
        </w:rPr>
        <w:t>chráněných</w:t>
      </w:r>
      <w:proofErr w:type="spellEnd"/>
      <w:r w:rsidRPr="009812F8">
        <w:rPr>
          <w:rFonts w:asciiTheme="majorHAnsi" w:hAnsiTheme="majorHAnsi" w:cstheme="majorHAnsi"/>
        </w:rPr>
        <w:t xml:space="preserve"> </w:t>
      </w:r>
      <w:proofErr w:type="spellStart"/>
      <w:r w:rsidRPr="009812F8">
        <w:rPr>
          <w:rFonts w:asciiTheme="majorHAnsi" w:hAnsiTheme="majorHAnsi" w:cstheme="majorHAnsi"/>
        </w:rPr>
        <w:t>tisů</w:t>
      </w:r>
      <w:proofErr w:type="spellEnd"/>
      <w:r w:rsidRPr="009812F8">
        <w:rPr>
          <w:rFonts w:asciiTheme="majorHAnsi" w:hAnsiTheme="majorHAnsi" w:cstheme="majorHAnsi"/>
        </w:rPr>
        <w:t xml:space="preserve">, </w:t>
      </w:r>
      <w:proofErr w:type="spellStart"/>
      <w:r w:rsidRPr="009812F8">
        <w:rPr>
          <w:rFonts w:asciiTheme="majorHAnsi" w:hAnsiTheme="majorHAnsi" w:cstheme="majorHAnsi"/>
        </w:rPr>
        <w:t>dva</w:t>
      </w:r>
      <w:proofErr w:type="spellEnd"/>
      <w:r w:rsidRPr="009812F8">
        <w:rPr>
          <w:rFonts w:asciiTheme="majorHAnsi" w:hAnsiTheme="majorHAnsi" w:cstheme="majorHAnsi"/>
        </w:rPr>
        <w:t xml:space="preserve"> </w:t>
      </w:r>
      <w:proofErr w:type="spellStart"/>
      <w:r w:rsidRPr="009812F8">
        <w:rPr>
          <w:rFonts w:asciiTheme="majorHAnsi" w:hAnsiTheme="majorHAnsi" w:cstheme="majorHAnsi"/>
        </w:rPr>
        <w:t>smrky</w:t>
      </w:r>
      <w:proofErr w:type="spellEnd"/>
      <w:r w:rsidRPr="009812F8">
        <w:rPr>
          <w:rFonts w:asciiTheme="majorHAnsi" w:hAnsiTheme="majorHAnsi" w:cstheme="majorHAnsi"/>
        </w:rPr>
        <w:t xml:space="preserve"> </w:t>
      </w:r>
      <w:proofErr w:type="spellStart"/>
      <w:r w:rsidRPr="009812F8">
        <w:rPr>
          <w:rFonts w:asciiTheme="majorHAnsi" w:hAnsiTheme="majorHAnsi" w:cstheme="majorHAnsi"/>
        </w:rPr>
        <w:t>omorika</w:t>
      </w:r>
      <w:proofErr w:type="spellEnd"/>
      <w:r w:rsidRPr="009812F8">
        <w:rPr>
          <w:rFonts w:asciiTheme="majorHAnsi" w:hAnsiTheme="majorHAnsi" w:cstheme="majorHAnsi"/>
        </w:rPr>
        <w:t xml:space="preserve">, </w:t>
      </w:r>
      <w:proofErr w:type="spellStart"/>
      <w:r w:rsidRPr="009812F8">
        <w:rPr>
          <w:rFonts w:asciiTheme="majorHAnsi" w:hAnsiTheme="majorHAnsi" w:cstheme="majorHAnsi"/>
        </w:rPr>
        <w:t>kavkazský</w:t>
      </w:r>
      <w:proofErr w:type="spellEnd"/>
      <w:r w:rsidRPr="009812F8">
        <w:rPr>
          <w:rFonts w:asciiTheme="majorHAnsi" w:hAnsiTheme="majorHAnsi" w:cstheme="majorHAnsi"/>
        </w:rPr>
        <w:t xml:space="preserve"> </w:t>
      </w:r>
      <w:proofErr w:type="spellStart"/>
      <w:r w:rsidRPr="009812F8">
        <w:rPr>
          <w:rFonts w:asciiTheme="majorHAnsi" w:hAnsiTheme="majorHAnsi" w:cstheme="majorHAnsi"/>
        </w:rPr>
        <w:t>smrk</w:t>
      </w:r>
      <w:proofErr w:type="spellEnd"/>
      <w:r w:rsidRPr="009812F8">
        <w:rPr>
          <w:rFonts w:asciiTheme="majorHAnsi" w:hAnsiTheme="majorHAnsi" w:cstheme="majorHAnsi"/>
        </w:rPr>
        <w:t xml:space="preserve"> </w:t>
      </w:r>
      <w:proofErr w:type="spellStart"/>
      <w:r w:rsidRPr="009812F8">
        <w:rPr>
          <w:rFonts w:asciiTheme="majorHAnsi" w:hAnsiTheme="majorHAnsi" w:cstheme="majorHAnsi"/>
        </w:rPr>
        <w:t>východní</w:t>
      </w:r>
      <w:proofErr w:type="spellEnd"/>
      <w:r w:rsidRPr="009812F8">
        <w:rPr>
          <w:rFonts w:asciiTheme="majorHAnsi" w:hAnsiTheme="majorHAnsi" w:cstheme="majorHAnsi"/>
        </w:rPr>
        <w:t xml:space="preserve"> </w:t>
      </w:r>
      <w:r w:rsidR="00493E97">
        <w:rPr>
          <w:rFonts w:asciiTheme="majorHAnsi" w:hAnsiTheme="majorHAnsi" w:cstheme="majorHAnsi"/>
        </w:rPr>
        <w:t xml:space="preserve">a </w:t>
      </w:r>
      <w:proofErr w:type="spellStart"/>
      <w:r w:rsidRPr="009812F8">
        <w:rPr>
          <w:rFonts w:asciiTheme="majorHAnsi" w:hAnsiTheme="majorHAnsi" w:cstheme="majorHAnsi"/>
        </w:rPr>
        <w:t>východoasijsk</w:t>
      </w:r>
      <w:r w:rsidR="00493E97">
        <w:rPr>
          <w:rFonts w:asciiTheme="majorHAnsi" w:hAnsiTheme="majorHAnsi" w:cstheme="majorHAnsi"/>
        </w:rPr>
        <w:t>ý</w:t>
      </w:r>
      <w:proofErr w:type="spellEnd"/>
      <w:r w:rsidRPr="009812F8">
        <w:rPr>
          <w:rFonts w:asciiTheme="majorHAnsi" w:hAnsiTheme="majorHAnsi" w:cstheme="majorHAnsi"/>
        </w:rPr>
        <w:t xml:space="preserve"> </w:t>
      </w:r>
      <w:proofErr w:type="spellStart"/>
      <w:r w:rsidRPr="009812F8">
        <w:rPr>
          <w:rFonts w:asciiTheme="majorHAnsi" w:hAnsiTheme="majorHAnsi" w:cstheme="majorHAnsi"/>
        </w:rPr>
        <w:t>modřín</w:t>
      </w:r>
      <w:proofErr w:type="spellEnd"/>
      <w:r w:rsidRPr="009812F8">
        <w:rPr>
          <w:rFonts w:asciiTheme="majorHAnsi" w:hAnsiTheme="majorHAnsi" w:cstheme="majorHAnsi"/>
        </w:rPr>
        <w:t xml:space="preserve"> </w:t>
      </w:r>
      <w:proofErr w:type="spellStart"/>
      <w:r w:rsidRPr="009812F8">
        <w:rPr>
          <w:rFonts w:asciiTheme="majorHAnsi" w:hAnsiTheme="majorHAnsi" w:cstheme="majorHAnsi"/>
        </w:rPr>
        <w:t>japonsk</w:t>
      </w:r>
      <w:r w:rsidR="00493E97">
        <w:rPr>
          <w:rFonts w:asciiTheme="majorHAnsi" w:hAnsiTheme="majorHAnsi" w:cstheme="majorHAnsi"/>
        </w:rPr>
        <w:t>ý</w:t>
      </w:r>
      <w:proofErr w:type="spellEnd"/>
      <w:r w:rsidRPr="009812F8">
        <w:rPr>
          <w:rFonts w:asciiTheme="majorHAnsi" w:hAnsiTheme="majorHAnsi" w:cstheme="majorHAnsi"/>
        </w:rPr>
        <w:t xml:space="preserve"> (Larix </w:t>
      </w:r>
      <w:proofErr w:type="spellStart"/>
      <w:r w:rsidRPr="009812F8">
        <w:rPr>
          <w:rFonts w:asciiTheme="majorHAnsi" w:hAnsiTheme="majorHAnsi" w:cstheme="majorHAnsi"/>
        </w:rPr>
        <w:t>leptolepis</w:t>
      </w:r>
      <w:proofErr w:type="spellEnd"/>
      <w:r w:rsidRPr="009812F8">
        <w:rPr>
          <w:rFonts w:asciiTheme="majorHAnsi" w:hAnsiTheme="majorHAnsi" w:cstheme="majorHAnsi"/>
        </w:rPr>
        <w:t xml:space="preserve">). </w:t>
      </w:r>
    </w:p>
    <w:p w14:paraId="7E688046" w14:textId="65FB7033" w:rsidR="0086426B" w:rsidRPr="009812F8" w:rsidRDefault="0086426B" w:rsidP="0086426B">
      <w:pPr>
        <w:pStyle w:val="Seznamsodrkami3"/>
        <w:rPr>
          <w:rFonts w:asciiTheme="majorHAnsi" w:hAnsiTheme="majorHAnsi" w:cstheme="majorHAnsi"/>
        </w:rPr>
      </w:pPr>
      <w:proofErr w:type="spellStart"/>
      <w:r w:rsidRPr="009812F8">
        <w:rPr>
          <w:rFonts w:asciiTheme="majorHAnsi" w:hAnsiTheme="majorHAnsi" w:cstheme="majorHAnsi"/>
        </w:rPr>
        <w:t>Naučná</w:t>
      </w:r>
      <w:proofErr w:type="spellEnd"/>
      <w:r w:rsidRPr="009812F8">
        <w:rPr>
          <w:rFonts w:asciiTheme="majorHAnsi" w:hAnsiTheme="majorHAnsi" w:cstheme="majorHAnsi"/>
        </w:rPr>
        <w:t xml:space="preserve"> </w:t>
      </w:r>
      <w:proofErr w:type="spellStart"/>
      <w:r w:rsidRPr="009812F8">
        <w:rPr>
          <w:rFonts w:asciiTheme="majorHAnsi" w:hAnsiTheme="majorHAnsi" w:cstheme="majorHAnsi"/>
        </w:rPr>
        <w:t>stezka</w:t>
      </w:r>
      <w:proofErr w:type="spellEnd"/>
      <w:r w:rsidRPr="009812F8">
        <w:rPr>
          <w:rFonts w:asciiTheme="majorHAnsi" w:hAnsiTheme="majorHAnsi" w:cstheme="majorHAnsi"/>
        </w:rPr>
        <w:t xml:space="preserve">: Ve </w:t>
      </w:r>
      <w:proofErr w:type="spellStart"/>
      <w:r w:rsidRPr="009812F8">
        <w:rPr>
          <w:rFonts w:asciiTheme="majorHAnsi" w:hAnsiTheme="majorHAnsi" w:cstheme="majorHAnsi"/>
        </w:rPr>
        <w:t>spolupráci</w:t>
      </w:r>
      <w:proofErr w:type="spellEnd"/>
      <w:r w:rsidRPr="009812F8">
        <w:rPr>
          <w:rFonts w:asciiTheme="majorHAnsi" w:hAnsiTheme="majorHAnsi" w:cstheme="majorHAnsi"/>
        </w:rPr>
        <w:t xml:space="preserve"> </w:t>
      </w:r>
      <w:proofErr w:type="spellStart"/>
      <w:r w:rsidRPr="009812F8">
        <w:rPr>
          <w:rFonts w:asciiTheme="majorHAnsi" w:hAnsiTheme="majorHAnsi" w:cstheme="majorHAnsi"/>
        </w:rPr>
        <w:t>obcí</w:t>
      </w:r>
      <w:proofErr w:type="spellEnd"/>
      <w:r w:rsidRPr="009812F8">
        <w:rPr>
          <w:rFonts w:asciiTheme="majorHAnsi" w:hAnsiTheme="majorHAnsi" w:cstheme="majorHAnsi"/>
        </w:rPr>
        <w:t xml:space="preserve"> </w:t>
      </w:r>
      <w:proofErr w:type="spellStart"/>
      <w:r w:rsidRPr="009812F8">
        <w:rPr>
          <w:rFonts w:asciiTheme="majorHAnsi" w:hAnsiTheme="majorHAnsi" w:cstheme="majorHAnsi"/>
        </w:rPr>
        <w:t>Kunčice</w:t>
      </w:r>
      <w:proofErr w:type="spellEnd"/>
      <w:r w:rsidRPr="009812F8">
        <w:rPr>
          <w:rFonts w:asciiTheme="majorHAnsi" w:hAnsiTheme="majorHAnsi" w:cstheme="majorHAnsi"/>
        </w:rPr>
        <w:t xml:space="preserve"> pod </w:t>
      </w:r>
      <w:proofErr w:type="spellStart"/>
      <w:r w:rsidRPr="009812F8">
        <w:rPr>
          <w:rFonts w:asciiTheme="majorHAnsi" w:hAnsiTheme="majorHAnsi" w:cstheme="majorHAnsi"/>
        </w:rPr>
        <w:t>Ondřejníkem</w:t>
      </w:r>
      <w:proofErr w:type="spellEnd"/>
      <w:r w:rsidRPr="009812F8">
        <w:rPr>
          <w:rFonts w:asciiTheme="majorHAnsi" w:hAnsiTheme="majorHAnsi" w:cstheme="majorHAnsi"/>
        </w:rPr>
        <w:t xml:space="preserve">, Tichá a </w:t>
      </w:r>
      <w:proofErr w:type="spellStart"/>
      <w:r w:rsidRPr="009812F8">
        <w:rPr>
          <w:rFonts w:asciiTheme="majorHAnsi" w:hAnsiTheme="majorHAnsi" w:cstheme="majorHAnsi"/>
        </w:rPr>
        <w:t>Frenštát</w:t>
      </w:r>
      <w:proofErr w:type="spellEnd"/>
      <w:r w:rsidRPr="009812F8">
        <w:rPr>
          <w:rFonts w:asciiTheme="majorHAnsi" w:hAnsiTheme="majorHAnsi" w:cstheme="majorHAnsi"/>
        </w:rPr>
        <w:t xml:space="preserve"> </w:t>
      </w:r>
      <w:proofErr w:type="spellStart"/>
      <w:r w:rsidRPr="009812F8">
        <w:rPr>
          <w:rFonts w:asciiTheme="majorHAnsi" w:hAnsiTheme="majorHAnsi" w:cstheme="majorHAnsi"/>
        </w:rPr>
        <w:t>p.R.</w:t>
      </w:r>
      <w:proofErr w:type="spellEnd"/>
      <w:r w:rsidRPr="009812F8">
        <w:rPr>
          <w:rFonts w:asciiTheme="majorHAnsi" w:hAnsiTheme="majorHAnsi" w:cstheme="majorHAnsi"/>
        </w:rPr>
        <w:t xml:space="preserve"> by </w:t>
      </w:r>
      <w:proofErr w:type="spellStart"/>
      <w:r w:rsidRPr="009812F8">
        <w:rPr>
          <w:rFonts w:asciiTheme="majorHAnsi" w:hAnsiTheme="majorHAnsi" w:cstheme="majorHAnsi"/>
        </w:rPr>
        <w:t>byly</w:t>
      </w:r>
      <w:proofErr w:type="spellEnd"/>
      <w:r w:rsidRPr="009812F8">
        <w:rPr>
          <w:rFonts w:asciiTheme="majorHAnsi" w:hAnsiTheme="majorHAnsi" w:cstheme="majorHAnsi"/>
        </w:rPr>
        <w:t xml:space="preserve"> </w:t>
      </w:r>
      <w:proofErr w:type="spellStart"/>
      <w:r w:rsidRPr="009812F8">
        <w:rPr>
          <w:rFonts w:asciiTheme="majorHAnsi" w:hAnsiTheme="majorHAnsi" w:cstheme="majorHAnsi"/>
        </w:rPr>
        <w:t>vybudovány</w:t>
      </w:r>
      <w:proofErr w:type="spellEnd"/>
      <w:r w:rsidRPr="009812F8">
        <w:rPr>
          <w:rFonts w:asciiTheme="majorHAnsi" w:hAnsiTheme="majorHAnsi" w:cstheme="majorHAnsi"/>
        </w:rPr>
        <w:t xml:space="preserve"> </w:t>
      </w:r>
      <w:proofErr w:type="spellStart"/>
      <w:r w:rsidRPr="009812F8">
        <w:rPr>
          <w:rFonts w:asciiTheme="majorHAnsi" w:hAnsiTheme="majorHAnsi" w:cstheme="majorHAnsi"/>
        </w:rPr>
        <w:t>chodníčky</w:t>
      </w:r>
      <w:proofErr w:type="spellEnd"/>
      <w:r w:rsidRPr="009812F8">
        <w:rPr>
          <w:rFonts w:asciiTheme="majorHAnsi" w:hAnsiTheme="majorHAnsi" w:cstheme="majorHAnsi"/>
        </w:rPr>
        <w:t xml:space="preserve"> s </w:t>
      </w:r>
      <w:proofErr w:type="spellStart"/>
      <w:r w:rsidRPr="009812F8">
        <w:rPr>
          <w:rFonts w:asciiTheme="majorHAnsi" w:hAnsiTheme="majorHAnsi" w:cstheme="majorHAnsi"/>
        </w:rPr>
        <w:t>naučnými</w:t>
      </w:r>
      <w:proofErr w:type="spellEnd"/>
      <w:r w:rsidRPr="009812F8">
        <w:rPr>
          <w:rFonts w:asciiTheme="majorHAnsi" w:hAnsiTheme="majorHAnsi" w:cstheme="majorHAnsi"/>
        </w:rPr>
        <w:t xml:space="preserve"> </w:t>
      </w:r>
      <w:proofErr w:type="spellStart"/>
      <w:r w:rsidRPr="009812F8">
        <w:rPr>
          <w:rFonts w:asciiTheme="majorHAnsi" w:hAnsiTheme="majorHAnsi" w:cstheme="majorHAnsi"/>
        </w:rPr>
        <w:t>tabulemi</w:t>
      </w:r>
      <w:proofErr w:type="spellEnd"/>
      <w:r w:rsidRPr="009812F8">
        <w:rPr>
          <w:rFonts w:asciiTheme="majorHAnsi" w:hAnsiTheme="majorHAnsi" w:cstheme="majorHAnsi"/>
        </w:rPr>
        <w:t xml:space="preserve"> (</w:t>
      </w:r>
      <w:proofErr w:type="spellStart"/>
      <w:r w:rsidRPr="009812F8">
        <w:rPr>
          <w:rFonts w:asciiTheme="majorHAnsi" w:hAnsiTheme="majorHAnsi" w:cstheme="majorHAnsi"/>
        </w:rPr>
        <w:t>naučná</w:t>
      </w:r>
      <w:proofErr w:type="spellEnd"/>
      <w:r w:rsidRPr="009812F8">
        <w:rPr>
          <w:rFonts w:asciiTheme="majorHAnsi" w:hAnsiTheme="majorHAnsi" w:cstheme="majorHAnsi"/>
        </w:rPr>
        <w:t xml:space="preserve"> </w:t>
      </w:r>
      <w:proofErr w:type="spellStart"/>
      <w:r w:rsidRPr="009812F8">
        <w:rPr>
          <w:rFonts w:asciiTheme="majorHAnsi" w:hAnsiTheme="majorHAnsi" w:cstheme="majorHAnsi"/>
        </w:rPr>
        <w:t>stezka</w:t>
      </w:r>
      <w:proofErr w:type="spellEnd"/>
      <w:r w:rsidRPr="009812F8">
        <w:rPr>
          <w:rFonts w:asciiTheme="majorHAnsi" w:hAnsiTheme="majorHAnsi" w:cstheme="majorHAnsi"/>
        </w:rPr>
        <w:t xml:space="preserve">).  </w:t>
      </w:r>
    </w:p>
    <w:p w14:paraId="55266B05" w14:textId="77777777" w:rsidR="00AF37B1" w:rsidRPr="009812F8" w:rsidRDefault="00D675B2" w:rsidP="00BB6B05">
      <w:pPr>
        <w:numPr>
          <w:ilvl w:val="0"/>
          <w:numId w:val="3"/>
        </w:numPr>
        <w:jc w:val="both"/>
        <w:rPr>
          <w:rFonts w:asciiTheme="majorHAnsi" w:hAnsiTheme="majorHAnsi" w:cstheme="majorHAnsi"/>
        </w:rPr>
      </w:pPr>
      <w:r w:rsidRPr="009812F8">
        <w:rPr>
          <w:rFonts w:asciiTheme="majorHAnsi" w:hAnsiTheme="majorHAnsi" w:cstheme="majorHAnsi"/>
        </w:rPr>
        <w:t xml:space="preserve">Tyto </w:t>
      </w:r>
      <w:proofErr w:type="spellStart"/>
      <w:r w:rsidRPr="009812F8">
        <w:rPr>
          <w:rFonts w:asciiTheme="majorHAnsi" w:hAnsiTheme="majorHAnsi" w:cstheme="majorHAnsi"/>
        </w:rPr>
        <w:t>chodníčky</w:t>
      </w:r>
      <w:proofErr w:type="spellEnd"/>
      <w:r w:rsidRPr="009812F8">
        <w:rPr>
          <w:rFonts w:asciiTheme="majorHAnsi" w:hAnsiTheme="majorHAnsi" w:cstheme="majorHAnsi"/>
        </w:rPr>
        <w:t xml:space="preserve"> </w:t>
      </w:r>
      <w:proofErr w:type="spellStart"/>
      <w:r w:rsidRPr="009812F8">
        <w:rPr>
          <w:rFonts w:asciiTheme="majorHAnsi" w:hAnsiTheme="majorHAnsi" w:cstheme="majorHAnsi"/>
        </w:rPr>
        <w:t>budou</w:t>
      </w:r>
      <w:proofErr w:type="spellEnd"/>
      <w:r w:rsidRPr="009812F8">
        <w:rPr>
          <w:rFonts w:asciiTheme="majorHAnsi" w:hAnsiTheme="majorHAnsi" w:cstheme="majorHAnsi"/>
        </w:rPr>
        <w:t xml:space="preserve">, v </w:t>
      </w:r>
      <w:proofErr w:type="spellStart"/>
      <w:r w:rsidRPr="009812F8">
        <w:rPr>
          <w:rFonts w:asciiTheme="majorHAnsi" w:hAnsiTheme="majorHAnsi" w:cstheme="majorHAnsi"/>
        </w:rPr>
        <w:t>souladu</w:t>
      </w:r>
      <w:proofErr w:type="spellEnd"/>
      <w:r w:rsidRPr="009812F8">
        <w:rPr>
          <w:rFonts w:asciiTheme="majorHAnsi" w:hAnsiTheme="majorHAnsi" w:cstheme="majorHAnsi"/>
        </w:rPr>
        <w:t xml:space="preserve"> se </w:t>
      </w:r>
      <w:proofErr w:type="spellStart"/>
      <w:r w:rsidRPr="009812F8">
        <w:rPr>
          <w:rFonts w:asciiTheme="majorHAnsi" w:hAnsiTheme="majorHAnsi" w:cstheme="majorHAnsi"/>
        </w:rPr>
        <w:t>zkušenostmi</w:t>
      </w:r>
      <w:proofErr w:type="spellEnd"/>
      <w:r w:rsidRPr="009812F8">
        <w:rPr>
          <w:rFonts w:asciiTheme="majorHAnsi" w:hAnsiTheme="majorHAnsi" w:cstheme="majorHAnsi"/>
        </w:rPr>
        <w:t xml:space="preserve"> z </w:t>
      </w:r>
      <w:proofErr w:type="spellStart"/>
      <w:r w:rsidRPr="009812F8">
        <w:rPr>
          <w:rFonts w:asciiTheme="majorHAnsi" w:hAnsiTheme="majorHAnsi" w:cstheme="majorHAnsi"/>
        </w:rPr>
        <w:t>obdobných</w:t>
      </w:r>
      <w:proofErr w:type="spellEnd"/>
      <w:r w:rsidRPr="009812F8">
        <w:rPr>
          <w:rFonts w:asciiTheme="majorHAnsi" w:hAnsiTheme="majorHAnsi" w:cstheme="majorHAnsi"/>
        </w:rPr>
        <w:t xml:space="preserve"> </w:t>
      </w:r>
      <w:proofErr w:type="spellStart"/>
      <w:r w:rsidRPr="009812F8">
        <w:rPr>
          <w:rFonts w:asciiTheme="majorHAnsi" w:hAnsiTheme="majorHAnsi" w:cstheme="majorHAnsi"/>
        </w:rPr>
        <w:t>projektů</w:t>
      </w:r>
      <w:proofErr w:type="spellEnd"/>
      <w:r w:rsidRPr="009812F8">
        <w:rPr>
          <w:rFonts w:asciiTheme="majorHAnsi" w:hAnsiTheme="majorHAnsi" w:cstheme="majorHAnsi"/>
        </w:rPr>
        <w:t>, z </w:t>
      </w:r>
      <w:proofErr w:type="spellStart"/>
      <w:r w:rsidRPr="009812F8">
        <w:rPr>
          <w:rFonts w:asciiTheme="majorHAnsi" w:hAnsiTheme="majorHAnsi" w:cstheme="majorHAnsi"/>
        </w:rPr>
        <w:t>dusaného</w:t>
      </w:r>
      <w:proofErr w:type="spellEnd"/>
      <w:r w:rsidRPr="009812F8">
        <w:rPr>
          <w:rFonts w:asciiTheme="majorHAnsi" w:hAnsiTheme="majorHAnsi" w:cstheme="majorHAnsi"/>
        </w:rPr>
        <w:t xml:space="preserve"> </w:t>
      </w:r>
      <w:proofErr w:type="spellStart"/>
      <w:r w:rsidRPr="009812F8">
        <w:rPr>
          <w:rFonts w:asciiTheme="majorHAnsi" w:hAnsiTheme="majorHAnsi" w:cstheme="majorHAnsi"/>
        </w:rPr>
        <w:t>či</w:t>
      </w:r>
      <w:proofErr w:type="spellEnd"/>
      <w:r w:rsidRPr="009812F8">
        <w:rPr>
          <w:rFonts w:asciiTheme="majorHAnsi" w:hAnsiTheme="majorHAnsi" w:cstheme="majorHAnsi"/>
        </w:rPr>
        <w:t xml:space="preserve"> </w:t>
      </w:r>
      <w:proofErr w:type="spellStart"/>
      <w:r w:rsidRPr="009812F8">
        <w:rPr>
          <w:rFonts w:asciiTheme="majorHAnsi" w:hAnsiTheme="majorHAnsi" w:cstheme="majorHAnsi"/>
        </w:rPr>
        <w:t>mlatového</w:t>
      </w:r>
      <w:proofErr w:type="spellEnd"/>
      <w:r w:rsidRPr="009812F8">
        <w:rPr>
          <w:rFonts w:asciiTheme="majorHAnsi" w:hAnsiTheme="majorHAnsi" w:cstheme="majorHAnsi"/>
        </w:rPr>
        <w:t xml:space="preserve"> </w:t>
      </w:r>
      <w:proofErr w:type="spellStart"/>
      <w:r w:rsidRPr="009812F8">
        <w:rPr>
          <w:rFonts w:asciiTheme="majorHAnsi" w:hAnsiTheme="majorHAnsi" w:cstheme="majorHAnsi"/>
        </w:rPr>
        <w:t>materiálu</w:t>
      </w:r>
      <w:proofErr w:type="spellEnd"/>
      <w:r w:rsidRPr="009812F8">
        <w:rPr>
          <w:rFonts w:asciiTheme="majorHAnsi" w:hAnsiTheme="majorHAnsi" w:cstheme="majorHAnsi"/>
        </w:rPr>
        <w:t xml:space="preserve"> (</w:t>
      </w:r>
      <w:proofErr w:type="spellStart"/>
      <w:r w:rsidRPr="009812F8">
        <w:rPr>
          <w:rFonts w:asciiTheme="majorHAnsi" w:hAnsiTheme="majorHAnsi" w:cstheme="majorHAnsi"/>
        </w:rPr>
        <w:t>nikoliv</w:t>
      </w:r>
      <w:proofErr w:type="spellEnd"/>
      <w:r w:rsidRPr="009812F8">
        <w:rPr>
          <w:rFonts w:asciiTheme="majorHAnsi" w:hAnsiTheme="majorHAnsi" w:cstheme="majorHAnsi"/>
        </w:rPr>
        <w:t xml:space="preserve"> </w:t>
      </w:r>
      <w:proofErr w:type="spellStart"/>
      <w:r w:rsidRPr="009812F8">
        <w:rPr>
          <w:rFonts w:asciiTheme="majorHAnsi" w:hAnsiTheme="majorHAnsi" w:cstheme="majorHAnsi"/>
        </w:rPr>
        <w:t>dlážděné</w:t>
      </w:r>
      <w:proofErr w:type="spellEnd"/>
      <w:r w:rsidRPr="009812F8">
        <w:rPr>
          <w:rFonts w:asciiTheme="majorHAnsi" w:hAnsiTheme="majorHAnsi" w:cstheme="majorHAnsi"/>
        </w:rPr>
        <w:t>), s </w:t>
      </w:r>
      <w:proofErr w:type="spellStart"/>
      <w:r w:rsidRPr="009812F8">
        <w:rPr>
          <w:rFonts w:asciiTheme="majorHAnsi" w:hAnsiTheme="majorHAnsi" w:cstheme="majorHAnsi"/>
        </w:rPr>
        <w:t>železnou</w:t>
      </w:r>
      <w:proofErr w:type="spellEnd"/>
      <w:r w:rsidRPr="009812F8">
        <w:rPr>
          <w:rFonts w:asciiTheme="majorHAnsi" w:hAnsiTheme="majorHAnsi" w:cstheme="majorHAnsi"/>
        </w:rPr>
        <w:t xml:space="preserve"> </w:t>
      </w:r>
      <w:proofErr w:type="spellStart"/>
      <w:r w:rsidRPr="009812F8">
        <w:rPr>
          <w:rFonts w:asciiTheme="majorHAnsi" w:hAnsiTheme="majorHAnsi" w:cstheme="majorHAnsi"/>
        </w:rPr>
        <w:t>obrubou</w:t>
      </w:r>
      <w:proofErr w:type="spellEnd"/>
      <w:r w:rsidRPr="009812F8">
        <w:rPr>
          <w:rFonts w:asciiTheme="majorHAnsi" w:hAnsiTheme="majorHAnsi" w:cstheme="majorHAnsi"/>
        </w:rPr>
        <w:t xml:space="preserve"> po </w:t>
      </w:r>
      <w:proofErr w:type="spellStart"/>
      <w:r w:rsidRPr="009812F8">
        <w:rPr>
          <w:rFonts w:asciiTheme="majorHAnsi" w:hAnsiTheme="majorHAnsi" w:cstheme="majorHAnsi"/>
        </w:rPr>
        <w:t>stranách</w:t>
      </w:r>
      <w:proofErr w:type="spellEnd"/>
      <w:r w:rsidRPr="009812F8">
        <w:rPr>
          <w:rFonts w:asciiTheme="majorHAnsi" w:hAnsiTheme="majorHAnsi" w:cstheme="majorHAnsi"/>
        </w:rPr>
        <w:t xml:space="preserve">, </w:t>
      </w:r>
      <w:proofErr w:type="spellStart"/>
      <w:r w:rsidRPr="009812F8">
        <w:rPr>
          <w:rFonts w:asciiTheme="majorHAnsi" w:hAnsiTheme="majorHAnsi" w:cstheme="majorHAnsi"/>
        </w:rPr>
        <w:t>která</w:t>
      </w:r>
      <w:proofErr w:type="spellEnd"/>
      <w:r w:rsidRPr="009812F8">
        <w:rPr>
          <w:rFonts w:asciiTheme="majorHAnsi" w:hAnsiTheme="majorHAnsi" w:cstheme="majorHAnsi"/>
        </w:rPr>
        <w:t xml:space="preserve"> </w:t>
      </w:r>
      <w:proofErr w:type="spellStart"/>
      <w:r w:rsidRPr="009812F8">
        <w:rPr>
          <w:rFonts w:asciiTheme="majorHAnsi" w:hAnsiTheme="majorHAnsi" w:cstheme="majorHAnsi"/>
        </w:rPr>
        <w:t>brání</w:t>
      </w:r>
      <w:proofErr w:type="spellEnd"/>
      <w:r w:rsidRPr="009812F8">
        <w:rPr>
          <w:rFonts w:asciiTheme="majorHAnsi" w:hAnsiTheme="majorHAnsi" w:cstheme="majorHAnsi"/>
        </w:rPr>
        <w:t xml:space="preserve"> </w:t>
      </w:r>
      <w:proofErr w:type="spellStart"/>
      <w:r w:rsidRPr="009812F8">
        <w:rPr>
          <w:rFonts w:asciiTheme="majorHAnsi" w:hAnsiTheme="majorHAnsi" w:cstheme="majorHAnsi"/>
        </w:rPr>
        <w:t>vzniku</w:t>
      </w:r>
      <w:proofErr w:type="spellEnd"/>
      <w:r w:rsidRPr="009812F8">
        <w:rPr>
          <w:rFonts w:asciiTheme="majorHAnsi" w:hAnsiTheme="majorHAnsi" w:cstheme="majorHAnsi"/>
        </w:rPr>
        <w:t xml:space="preserve"> </w:t>
      </w:r>
      <w:proofErr w:type="spellStart"/>
      <w:r w:rsidRPr="009812F8">
        <w:rPr>
          <w:rFonts w:asciiTheme="majorHAnsi" w:hAnsiTheme="majorHAnsi" w:cstheme="majorHAnsi"/>
        </w:rPr>
        <w:t>travních</w:t>
      </w:r>
      <w:proofErr w:type="spellEnd"/>
      <w:r w:rsidRPr="009812F8">
        <w:rPr>
          <w:rFonts w:asciiTheme="majorHAnsi" w:hAnsiTheme="majorHAnsi" w:cstheme="majorHAnsi"/>
        </w:rPr>
        <w:t xml:space="preserve"> </w:t>
      </w:r>
      <w:proofErr w:type="spellStart"/>
      <w:r w:rsidRPr="009812F8">
        <w:rPr>
          <w:rFonts w:asciiTheme="majorHAnsi" w:hAnsiTheme="majorHAnsi" w:cstheme="majorHAnsi"/>
        </w:rPr>
        <w:t>drnů</w:t>
      </w:r>
      <w:proofErr w:type="spellEnd"/>
      <w:r w:rsidRPr="009812F8">
        <w:rPr>
          <w:rFonts w:asciiTheme="majorHAnsi" w:hAnsiTheme="majorHAnsi" w:cstheme="majorHAnsi"/>
        </w:rPr>
        <w:t>.</w:t>
      </w:r>
      <w:r w:rsidR="006C1115" w:rsidRPr="009812F8">
        <w:rPr>
          <w:rFonts w:asciiTheme="majorHAnsi" w:hAnsiTheme="majorHAnsi" w:cstheme="majorHAnsi"/>
        </w:rPr>
        <w:t xml:space="preserve"> </w:t>
      </w:r>
      <w:proofErr w:type="spellStart"/>
      <w:r w:rsidR="006C1115" w:rsidRPr="009812F8">
        <w:rPr>
          <w:rFonts w:asciiTheme="majorHAnsi" w:hAnsiTheme="majorHAnsi" w:cstheme="majorHAnsi"/>
        </w:rPr>
        <w:t>Kratší</w:t>
      </w:r>
      <w:proofErr w:type="spellEnd"/>
      <w:r w:rsidR="006C1115" w:rsidRPr="009812F8">
        <w:rPr>
          <w:rFonts w:asciiTheme="majorHAnsi" w:hAnsiTheme="majorHAnsi" w:cstheme="majorHAnsi"/>
        </w:rPr>
        <w:t xml:space="preserve"> </w:t>
      </w:r>
      <w:proofErr w:type="spellStart"/>
      <w:r w:rsidR="006C1115" w:rsidRPr="009812F8">
        <w:rPr>
          <w:rFonts w:asciiTheme="majorHAnsi" w:hAnsiTheme="majorHAnsi" w:cstheme="majorHAnsi"/>
        </w:rPr>
        <w:t>chodníčky</w:t>
      </w:r>
      <w:proofErr w:type="spellEnd"/>
      <w:r w:rsidR="006C1115" w:rsidRPr="009812F8">
        <w:rPr>
          <w:rFonts w:asciiTheme="majorHAnsi" w:hAnsiTheme="majorHAnsi" w:cstheme="majorHAnsi"/>
        </w:rPr>
        <w:t xml:space="preserve"> by </w:t>
      </w:r>
      <w:proofErr w:type="spellStart"/>
      <w:r w:rsidR="006C1115" w:rsidRPr="009812F8">
        <w:rPr>
          <w:rFonts w:asciiTheme="majorHAnsi" w:hAnsiTheme="majorHAnsi" w:cstheme="majorHAnsi"/>
        </w:rPr>
        <w:t>byly</w:t>
      </w:r>
      <w:proofErr w:type="spellEnd"/>
      <w:r w:rsidR="006C1115" w:rsidRPr="009812F8">
        <w:rPr>
          <w:rFonts w:asciiTheme="majorHAnsi" w:hAnsiTheme="majorHAnsi" w:cstheme="majorHAnsi"/>
        </w:rPr>
        <w:t xml:space="preserve"> z </w:t>
      </w:r>
      <w:proofErr w:type="spellStart"/>
      <w:r w:rsidR="006C1115" w:rsidRPr="009812F8">
        <w:rPr>
          <w:rFonts w:asciiTheme="majorHAnsi" w:hAnsiTheme="majorHAnsi" w:cstheme="majorHAnsi"/>
        </w:rPr>
        <w:t>volně</w:t>
      </w:r>
      <w:proofErr w:type="spellEnd"/>
      <w:r w:rsidR="006C1115" w:rsidRPr="009812F8">
        <w:rPr>
          <w:rFonts w:asciiTheme="majorHAnsi" w:hAnsiTheme="majorHAnsi" w:cstheme="majorHAnsi"/>
        </w:rPr>
        <w:t xml:space="preserve"> </w:t>
      </w:r>
      <w:proofErr w:type="spellStart"/>
      <w:r w:rsidR="006C1115" w:rsidRPr="009812F8">
        <w:rPr>
          <w:rFonts w:asciiTheme="majorHAnsi" w:hAnsiTheme="majorHAnsi" w:cstheme="majorHAnsi"/>
        </w:rPr>
        <w:t>ložených</w:t>
      </w:r>
      <w:proofErr w:type="spellEnd"/>
      <w:r w:rsidR="006C1115" w:rsidRPr="009812F8">
        <w:rPr>
          <w:rFonts w:asciiTheme="majorHAnsi" w:hAnsiTheme="majorHAnsi" w:cstheme="majorHAnsi"/>
        </w:rPr>
        <w:t xml:space="preserve"> </w:t>
      </w:r>
      <w:proofErr w:type="spellStart"/>
      <w:r w:rsidR="006C1115" w:rsidRPr="009812F8">
        <w:rPr>
          <w:rFonts w:asciiTheme="majorHAnsi" w:hAnsiTheme="majorHAnsi" w:cstheme="majorHAnsi"/>
        </w:rPr>
        <w:t>kamenů</w:t>
      </w:r>
      <w:proofErr w:type="spellEnd"/>
      <w:r w:rsidR="006C1115" w:rsidRPr="009812F8">
        <w:rPr>
          <w:rFonts w:asciiTheme="majorHAnsi" w:hAnsiTheme="majorHAnsi" w:cstheme="majorHAnsi"/>
        </w:rPr>
        <w:t>.</w:t>
      </w:r>
    </w:p>
    <w:p w14:paraId="3DE47103" w14:textId="1B751D73" w:rsidR="00AF37B1" w:rsidRPr="009812F8" w:rsidRDefault="00D675B2" w:rsidP="00BB6B05">
      <w:pPr>
        <w:numPr>
          <w:ilvl w:val="0"/>
          <w:numId w:val="3"/>
        </w:numPr>
        <w:jc w:val="both"/>
        <w:rPr>
          <w:rFonts w:asciiTheme="majorHAnsi" w:hAnsiTheme="majorHAnsi" w:cstheme="majorHAnsi"/>
        </w:rPr>
      </w:pPr>
      <w:proofErr w:type="spellStart"/>
      <w:r w:rsidRPr="009812F8">
        <w:rPr>
          <w:rFonts w:asciiTheme="majorHAnsi" w:hAnsiTheme="majorHAnsi" w:cstheme="majorHAnsi"/>
        </w:rPr>
        <w:lastRenderedPageBreak/>
        <w:t>Zachování</w:t>
      </w:r>
      <w:proofErr w:type="spellEnd"/>
      <w:r w:rsidRPr="009812F8">
        <w:rPr>
          <w:rFonts w:asciiTheme="majorHAnsi" w:hAnsiTheme="majorHAnsi" w:cstheme="majorHAnsi"/>
        </w:rPr>
        <w:t xml:space="preserve"> a </w:t>
      </w:r>
      <w:proofErr w:type="spellStart"/>
      <w:r w:rsidRPr="009812F8">
        <w:rPr>
          <w:rFonts w:asciiTheme="majorHAnsi" w:hAnsiTheme="majorHAnsi" w:cstheme="majorHAnsi"/>
        </w:rPr>
        <w:t>zpřístupnění</w:t>
      </w:r>
      <w:proofErr w:type="spellEnd"/>
      <w:r w:rsidRPr="009812F8">
        <w:rPr>
          <w:rFonts w:asciiTheme="majorHAnsi" w:hAnsiTheme="majorHAnsi" w:cstheme="majorHAnsi"/>
        </w:rPr>
        <w:t xml:space="preserve"> „</w:t>
      </w:r>
      <w:proofErr w:type="spellStart"/>
      <w:r w:rsidRPr="009812F8">
        <w:rPr>
          <w:rFonts w:asciiTheme="majorHAnsi" w:hAnsiTheme="majorHAnsi" w:cstheme="majorHAnsi"/>
        </w:rPr>
        <w:t>Kunčické</w:t>
      </w:r>
      <w:proofErr w:type="spellEnd"/>
      <w:r w:rsidRPr="009812F8">
        <w:rPr>
          <w:rFonts w:asciiTheme="majorHAnsi" w:hAnsiTheme="majorHAnsi" w:cstheme="majorHAnsi"/>
        </w:rPr>
        <w:t xml:space="preserve"> </w:t>
      </w:r>
      <w:proofErr w:type="spellStart"/>
      <w:r w:rsidRPr="009812F8">
        <w:rPr>
          <w:rFonts w:asciiTheme="majorHAnsi" w:hAnsiTheme="majorHAnsi" w:cstheme="majorHAnsi"/>
        </w:rPr>
        <w:t>lípy</w:t>
      </w:r>
      <w:proofErr w:type="spellEnd"/>
      <w:r w:rsidRPr="009812F8">
        <w:rPr>
          <w:rFonts w:asciiTheme="majorHAnsi" w:hAnsiTheme="majorHAnsi" w:cstheme="majorHAnsi"/>
        </w:rPr>
        <w:t xml:space="preserve">“, </w:t>
      </w:r>
      <w:proofErr w:type="spellStart"/>
      <w:r w:rsidRPr="009812F8">
        <w:rPr>
          <w:rFonts w:asciiTheme="majorHAnsi" w:hAnsiTheme="majorHAnsi" w:cstheme="majorHAnsi"/>
        </w:rPr>
        <w:t>která</w:t>
      </w:r>
      <w:proofErr w:type="spellEnd"/>
      <w:r w:rsidRPr="009812F8">
        <w:rPr>
          <w:rFonts w:asciiTheme="majorHAnsi" w:hAnsiTheme="majorHAnsi" w:cstheme="majorHAnsi"/>
        </w:rPr>
        <w:t xml:space="preserve"> je s </w:t>
      </w:r>
      <w:proofErr w:type="spellStart"/>
      <w:r w:rsidRPr="009812F8">
        <w:rPr>
          <w:rFonts w:asciiTheme="majorHAnsi" w:hAnsiTheme="majorHAnsi" w:cstheme="majorHAnsi"/>
        </w:rPr>
        <w:t>obvodem</w:t>
      </w:r>
      <w:proofErr w:type="spellEnd"/>
      <w:r w:rsidRPr="009812F8">
        <w:rPr>
          <w:rFonts w:asciiTheme="majorHAnsi" w:hAnsiTheme="majorHAnsi" w:cstheme="majorHAnsi"/>
        </w:rPr>
        <w:t xml:space="preserve"> </w:t>
      </w:r>
      <w:proofErr w:type="spellStart"/>
      <w:r w:rsidRPr="009812F8">
        <w:rPr>
          <w:rFonts w:asciiTheme="majorHAnsi" w:hAnsiTheme="majorHAnsi" w:cstheme="majorHAnsi"/>
        </w:rPr>
        <w:t>kmene</w:t>
      </w:r>
      <w:proofErr w:type="spellEnd"/>
      <w:r w:rsidRPr="009812F8">
        <w:rPr>
          <w:rFonts w:asciiTheme="majorHAnsi" w:hAnsiTheme="majorHAnsi" w:cstheme="majorHAnsi"/>
        </w:rPr>
        <w:t xml:space="preserve"> 6 </w:t>
      </w:r>
      <w:proofErr w:type="spellStart"/>
      <w:r w:rsidRPr="009812F8">
        <w:rPr>
          <w:rFonts w:asciiTheme="majorHAnsi" w:hAnsiTheme="majorHAnsi" w:cstheme="majorHAnsi"/>
        </w:rPr>
        <w:t>metrů</w:t>
      </w:r>
      <w:proofErr w:type="spellEnd"/>
      <w:r w:rsidRPr="009812F8">
        <w:rPr>
          <w:rFonts w:asciiTheme="majorHAnsi" w:hAnsiTheme="majorHAnsi" w:cstheme="majorHAnsi"/>
        </w:rPr>
        <w:t xml:space="preserve"> </w:t>
      </w:r>
      <w:proofErr w:type="spellStart"/>
      <w:r w:rsidRPr="009812F8">
        <w:rPr>
          <w:rFonts w:asciiTheme="majorHAnsi" w:hAnsiTheme="majorHAnsi" w:cstheme="majorHAnsi"/>
        </w:rPr>
        <w:t>největší</w:t>
      </w:r>
      <w:proofErr w:type="spellEnd"/>
      <w:r w:rsidRPr="009812F8">
        <w:rPr>
          <w:rFonts w:asciiTheme="majorHAnsi" w:hAnsiTheme="majorHAnsi" w:cstheme="majorHAnsi"/>
        </w:rPr>
        <w:t xml:space="preserve"> </w:t>
      </w:r>
      <w:proofErr w:type="spellStart"/>
      <w:r w:rsidR="006C1115" w:rsidRPr="009812F8">
        <w:rPr>
          <w:rFonts w:asciiTheme="majorHAnsi" w:hAnsiTheme="majorHAnsi" w:cstheme="majorHAnsi"/>
        </w:rPr>
        <w:t>lípou</w:t>
      </w:r>
      <w:proofErr w:type="spellEnd"/>
      <w:r w:rsidR="006C1115" w:rsidRPr="009812F8">
        <w:rPr>
          <w:rFonts w:asciiTheme="majorHAnsi" w:hAnsiTheme="majorHAnsi" w:cstheme="majorHAnsi"/>
        </w:rPr>
        <w:t xml:space="preserve"> (</w:t>
      </w:r>
      <w:proofErr w:type="spellStart"/>
      <w:r w:rsidR="006C1115" w:rsidRPr="009812F8">
        <w:rPr>
          <w:rFonts w:asciiTheme="majorHAnsi" w:hAnsiTheme="majorHAnsi" w:cstheme="majorHAnsi"/>
        </w:rPr>
        <w:t>stromem</w:t>
      </w:r>
      <w:proofErr w:type="spellEnd"/>
      <w:r w:rsidR="006C1115" w:rsidRPr="009812F8">
        <w:rPr>
          <w:rFonts w:asciiTheme="majorHAnsi" w:hAnsiTheme="majorHAnsi" w:cstheme="majorHAnsi"/>
        </w:rPr>
        <w:t xml:space="preserve">) </w:t>
      </w:r>
      <w:proofErr w:type="spellStart"/>
      <w:r w:rsidRPr="009812F8">
        <w:rPr>
          <w:rFonts w:asciiTheme="majorHAnsi" w:hAnsiTheme="majorHAnsi" w:cstheme="majorHAnsi"/>
        </w:rPr>
        <w:t>nejen</w:t>
      </w:r>
      <w:proofErr w:type="spellEnd"/>
      <w:r w:rsidRPr="009812F8">
        <w:rPr>
          <w:rFonts w:asciiTheme="majorHAnsi" w:hAnsiTheme="majorHAnsi" w:cstheme="majorHAnsi"/>
        </w:rPr>
        <w:t xml:space="preserve"> v </w:t>
      </w:r>
      <w:proofErr w:type="spellStart"/>
      <w:r w:rsidRPr="009812F8">
        <w:rPr>
          <w:rFonts w:asciiTheme="majorHAnsi" w:hAnsiTheme="majorHAnsi" w:cstheme="majorHAnsi"/>
        </w:rPr>
        <w:t>Kunčicích</w:t>
      </w:r>
      <w:proofErr w:type="spellEnd"/>
      <w:r w:rsidRPr="009812F8">
        <w:rPr>
          <w:rFonts w:asciiTheme="majorHAnsi" w:hAnsiTheme="majorHAnsi" w:cstheme="majorHAnsi"/>
        </w:rPr>
        <w:t xml:space="preserve">, ale </w:t>
      </w:r>
      <w:proofErr w:type="spellStart"/>
      <w:r w:rsidRPr="009812F8">
        <w:rPr>
          <w:rFonts w:asciiTheme="majorHAnsi" w:hAnsiTheme="majorHAnsi" w:cstheme="majorHAnsi"/>
        </w:rPr>
        <w:t>i</w:t>
      </w:r>
      <w:proofErr w:type="spellEnd"/>
      <w:r w:rsidRPr="009812F8">
        <w:rPr>
          <w:rFonts w:asciiTheme="majorHAnsi" w:hAnsiTheme="majorHAnsi" w:cstheme="majorHAnsi"/>
        </w:rPr>
        <w:t xml:space="preserve"> v </w:t>
      </w:r>
      <w:proofErr w:type="spellStart"/>
      <w:r w:rsidRPr="009812F8">
        <w:rPr>
          <w:rFonts w:asciiTheme="majorHAnsi" w:hAnsiTheme="majorHAnsi" w:cstheme="majorHAnsi"/>
        </w:rPr>
        <w:t>blízkém</w:t>
      </w:r>
      <w:proofErr w:type="spellEnd"/>
      <w:r w:rsidRPr="009812F8">
        <w:rPr>
          <w:rFonts w:asciiTheme="majorHAnsi" w:hAnsiTheme="majorHAnsi" w:cstheme="majorHAnsi"/>
        </w:rPr>
        <w:t xml:space="preserve"> </w:t>
      </w:r>
      <w:proofErr w:type="spellStart"/>
      <w:r w:rsidRPr="009812F8">
        <w:rPr>
          <w:rFonts w:asciiTheme="majorHAnsi" w:hAnsiTheme="majorHAnsi" w:cstheme="majorHAnsi"/>
        </w:rPr>
        <w:t>okolí</w:t>
      </w:r>
      <w:proofErr w:type="spellEnd"/>
      <w:r w:rsidRPr="009812F8">
        <w:rPr>
          <w:rFonts w:asciiTheme="majorHAnsi" w:hAnsiTheme="majorHAnsi" w:cstheme="majorHAnsi"/>
        </w:rPr>
        <w:t>.</w:t>
      </w:r>
      <w:r w:rsidR="009812F8" w:rsidRPr="009812F8">
        <w:rPr>
          <w:rFonts w:asciiTheme="majorHAnsi" w:hAnsiTheme="majorHAnsi" w:cstheme="majorHAnsi"/>
        </w:rPr>
        <w:t xml:space="preserve"> Tato </w:t>
      </w:r>
      <w:proofErr w:type="spellStart"/>
      <w:r w:rsidR="009812F8" w:rsidRPr="009812F8">
        <w:rPr>
          <w:rFonts w:asciiTheme="majorHAnsi" w:hAnsiTheme="majorHAnsi" w:cstheme="majorHAnsi"/>
        </w:rPr>
        <w:t>lípa</w:t>
      </w:r>
      <w:proofErr w:type="spellEnd"/>
      <w:r w:rsidR="009812F8" w:rsidRPr="009812F8">
        <w:rPr>
          <w:rFonts w:asciiTheme="majorHAnsi" w:hAnsiTheme="majorHAnsi" w:cstheme="majorHAnsi"/>
        </w:rPr>
        <w:t xml:space="preserve"> se </w:t>
      </w:r>
      <w:proofErr w:type="spellStart"/>
      <w:r w:rsidR="009812F8" w:rsidRPr="009812F8">
        <w:rPr>
          <w:rFonts w:asciiTheme="majorHAnsi" w:hAnsiTheme="majorHAnsi" w:cstheme="majorHAnsi"/>
        </w:rPr>
        <w:t>nachází</w:t>
      </w:r>
      <w:proofErr w:type="spellEnd"/>
      <w:r w:rsidR="009812F8" w:rsidRPr="009812F8">
        <w:rPr>
          <w:rFonts w:asciiTheme="majorHAnsi" w:hAnsiTheme="majorHAnsi" w:cstheme="majorHAnsi"/>
        </w:rPr>
        <w:t xml:space="preserve"> </w:t>
      </w:r>
      <w:r w:rsidR="009812F8" w:rsidRPr="009812F8">
        <w:rPr>
          <w:rFonts w:asciiTheme="majorHAnsi" w:hAnsiTheme="majorHAnsi" w:cstheme="majorHAnsi"/>
          <w:lang w:val="cs-CZ"/>
        </w:rPr>
        <w:t xml:space="preserve">na pozemku </w:t>
      </w:r>
      <w:proofErr w:type="spellStart"/>
      <w:r w:rsidR="009812F8" w:rsidRPr="009812F8">
        <w:rPr>
          <w:rFonts w:asciiTheme="majorHAnsi" w:hAnsiTheme="majorHAnsi" w:cstheme="majorHAnsi"/>
          <w:lang w:val="cs-CZ"/>
        </w:rPr>
        <w:t>parc</w:t>
      </w:r>
      <w:proofErr w:type="spellEnd"/>
      <w:r w:rsidR="009812F8" w:rsidRPr="009812F8">
        <w:rPr>
          <w:rFonts w:asciiTheme="majorHAnsi" w:hAnsiTheme="majorHAnsi" w:cstheme="majorHAnsi"/>
          <w:lang w:val="cs-CZ"/>
        </w:rPr>
        <w:t>. č. 3202/4</w:t>
      </w:r>
      <w:r w:rsidR="009812F8" w:rsidRPr="009812F8">
        <w:rPr>
          <w:rFonts w:asciiTheme="majorHAnsi" w:hAnsiTheme="majorHAnsi" w:cstheme="majorHAnsi"/>
          <w:lang w:val="cs-CZ"/>
        </w:rPr>
        <w:t xml:space="preserve"> a její </w:t>
      </w:r>
      <w:r w:rsidR="009812F8" w:rsidRPr="009812F8">
        <w:rPr>
          <w:rFonts w:asciiTheme="majorHAnsi" w:hAnsiTheme="majorHAnsi" w:cstheme="majorHAnsi"/>
          <w:lang w:val="cs-CZ"/>
        </w:rPr>
        <w:t>ochrana byla vyhlášena ke dni 1. 7. 1991 vyhláškou Okresního úřadu ve Frýdku-Místku ze dne</w:t>
      </w:r>
      <w:r w:rsidR="009812F8" w:rsidRPr="009812F8">
        <w:rPr>
          <w:rFonts w:asciiTheme="majorHAnsi" w:hAnsiTheme="majorHAnsi" w:cstheme="majorHAnsi"/>
          <w:lang w:val="cs-CZ"/>
        </w:rPr>
        <w:t xml:space="preserve"> </w:t>
      </w:r>
      <w:r w:rsidR="009812F8" w:rsidRPr="009812F8">
        <w:rPr>
          <w:rFonts w:asciiTheme="majorHAnsi" w:hAnsiTheme="majorHAnsi" w:cstheme="majorHAnsi"/>
          <w:lang w:val="cs-CZ"/>
        </w:rPr>
        <w:t xml:space="preserve">3. 6. 1991. Dle </w:t>
      </w:r>
      <w:proofErr w:type="spellStart"/>
      <w:r w:rsidR="009812F8" w:rsidRPr="009812F8">
        <w:rPr>
          <w:rFonts w:asciiTheme="majorHAnsi" w:hAnsiTheme="majorHAnsi" w:cstheme="majorHAnsi"/>
          <w:lang w:val="cs-CZ"/>
        </w:rPr>
        <w:t>ust</w:t>
      </w:r>
      <w:proofErr w:type="spellEnd"/>
      <w:r w:rsidR="009812F8" w:rsidRPr="009812F8">
        <w:rPr>
          <w:rFonts w:asciiTheme="majorHAnsi" w:hAnsiTheme="majorHAnsi" w:cstheme="majorHAnsi"/>
          <w:lang w:val="cs-CZ"/>
        </w:rPr>
        <w:t>. § 46 zákona č. 114/1992 Sb</w:t>
      </w:r>
      <w:r w:rsidR="009812F8" w:rsidRPr="009812F8">
        <w:rPr>
          <w:rFonts w:asciiTheme="majorHAnsi" w:hAnsiTheme="majorHAnsi" w:cstheme="majorHAnsi"/>
          <w:lang w:val="cs-CZ"/>
        </w:rPr>
        <w:t>.</w:t>
      </w:r>
    </w:p>
    <w:p w14:paraId="7FD063E4" w14:textId="77777777" w:rsidR="00AF37B1" w:rsidRPr="009812F8" w:rsidRDefault="00D675B2" w:rsidP="00BB6B05">
      <w:pPr>
        <w:numPr>
          <w:ilvl w:val="0"/>
          <w:numId w:val="3"/>
        </w:numPr>
        <w:jc w:val="both"/>
        <w:rPr>
          <w:rFonts w:asciiTheme="majorHAnsi" w:hAnsiTheme="majorHAnsi" w:cstheme="majorHAnsi"/>
        </w:rPr>
      </w:pPr>
      <w:proofErr w:type="spellStart"/>
      <w:r w:rsidRPr="009812F8">
        <w:rPr>
          <w:rFonts w:asciiTheme="majorHAnsi" w:hAnsiTheme="majorHAnsi" w:cstheme="majorHAnsi"/>
        </w:rPr>
        <w:t>Menší</w:t>
      </w:r>
      <w:proofErr w:type="spellEnd"/>
      <w:r w:rsidRPr="009812F8">
        <w:rPr>
          <w:rFonts w:asciiTheme="majorHAnsi" w:hAnsiTheme="majorHAnsi" w:cstheme="majorHAnsi"/>
        </w:rPr>
        <w:t xml:space="preserve"> </w:t>
      </w:r>
      <w:proofErr w:type="spellStart"/>
      <w:r w:rsidRPr="009812F8">
        <w:rPr>
          <w:rFonts w:asciiTheme="majorHAnsi" w:hAnsiTheme="majorHAnsi" w:cstheme="majorHAnsi"/>
        </w:rPr>
        <w:t>část</w:t>
      </w:r>
      <w:proofErr w:type="spellEnd"/>
      <w:r w:rsidRPr="009812F8">
        <w:rPr>
          <w:rFonts w:asciiTheme="majorHAnsi" w:hAnsiTheme="majorHAnsi" w:cstheme="majorHAnsi"/>
        </w:rPr>
        <w:t xml:space="preserve"> </w:t>
      </w:r>
      <w:proofErr w:type="spellStart"/>
      <w:r w:rsidRPr="009812F8">
        <w:rPr>
          <w:rFonts w:asciiTheme="majorHAnsi" w:hAnsiTheme="majorHAnsi" w:cstheme="majorHAnsi"/>
        </w:rPr>
        <w:t>lesní</w:t>
      </w:r>
      <w:proofErr w:type="spellEnd"/>
      <w:r w:rsidRPr="009812F8">
        <w:rPr>
          <w:rFonts w:asciiTheme="majorHAnsi" w:hAnsiTheme="majorHAnsi" w:cstheme="majorHAnsi"/>
        </w:rPr>
        <w:t xml:space="preserve"> </w:t>
      </w:r>
      <w:proofErr w:type="spellStart"/>
      <w:r w:rsidRPr="009812F8">
        <w:rPr>
          <w:rFonts w:asciiTheme="majorHAnsi" w:hAnsiTheme="majorHAnsi" w:cstheme="majorHAnsi"/>
        </w:rPr>
        <w:t>plochy</w:t>
      </w:r>
      <w:proofErr w:type="spellEnd"/>
      <w:r w:rsidRPr="009812F8">
        <w:rPr>
          <w:rFonts w:asciiTheme="majorHAnsi" w:hAnsiTheme="majorHAnsi" w:cstheme="majorHAnsi"/>
        </w:rPr>
        <w:t xml:space="preserve"> by </w:t>
      </w:r>
      <w:proofErr w:type="spellStart"/>
      <w:r w:rsidRPr="009812F8">
        <w:rPr>
          <w:rFonts w:asciiTheme="majorHAnsi" w:hAnsiTheme="majorHAnsi" w:cstheme="majorHAnsi"/>
        </w:rPr>
        <w:t>byla</w:t>
      </w:r>
      <w:proofErr w:type="spellEnd"/>
      <w:r w:rsidRPr="009812F8">
        <w:rPr>
          <w:rFonts w:asciiTheme="majorHAnsi" w:hAnsiTheme="majorHAnsi" w:cstheme="majorHAnsi"/>
        </w:rPr>
        <w:t xml:space="preserve"> </w:t>
      </w:r>
      <w:proofErr w:type="spellStart"/>
      <w:r w:rsidRPr="009812F8">
        <w:rPr>
          <w:rFonts w:asciiTheme="majorHAnsi" w:hAnsiTheme="majorHAnsi" w:cstheme="majorHAnsi"/>
        </w:rPr>
        <w:t>vyčleněna</w:t>
      </w:r>
      <w:proofErr w:type="spellEnd"/>
      <w:r w:rsidRPr="009812F8">
        <w:rPr>
          <w:rFonts w:asciiTheme="majorHAnsi" w:hAnsiTheme="majorHAnsi" w:cstheme="majorHAnsi"/>
        </w:rPr>
        <w:t xml:space="preserve"> pro </w:t>
      </w:r>
      <w:proofErr w:type="spellStart"/>
      <w:r w:rsidRPr="009812F8">
        <w:rPr>
          <w:rFonts w:asciiTheme="majorHAnsi" w:hAnsiTheme="majorHAnsi" w:cstheme="majorHAnsi"/>
        </w:rPr>
        <w:t>obnovu</w:t>
      </w:r>
      <w:proofErr w:type="spellEnd"/>
      <w:r w:rsidRPr="009812F8">
        <w:rPr>
          <w:rFonts w:asciiTheme="majorHAnsi" w:hAnsiTheme="majorHAnsi" w:cstheme="majorHAnsi"/>
        </w:rPr>
        <w:t xml:space="preserve"> arboreta, aby se </w:t>
      </w:r>
      <w:proofErr w:type="spellStart"/>
      <w:r w:rsidRPr="009812F8">
        <w:rPr>
          <w:rFonts w:asciiTheme="majorHAnsi" w:hAnsiTheme="majorHAnsi" w:cstheme="majorHAnsi"/>
        </w:rPr>
        <w:t>zachoval</w:t>
      </w:r>
      <w:proofErr w:type="spellEnd"/>
      <w:r w:rsidRPr="009812F8">
        <w:rPr>
          <w:rFonts w:asciiTheme="majorHAnsi" w:hAnsiTheme="majorHAnsi" w:cstheme="majorHAnsi"/>
        </w:rPr>
        <w:t xml:space="preserve"> </w:t>
      </w:r>
      <w:proofErr w:type="spellStart"/>
      <w:r w:rsidRPr="009812F8">
        <w:rPr>
          <w:rFonts w:asciiTheme="majorHAnsi" w:hAnsiTheme="majorHAnsi" w:cstheme="majorHAnsi"/>
        </w:rPr>
        <w:t>původní</w:t>
      </w:r>
      <w:proofErr w:type="spellEnd"/>
      <w:r w:rsidRPr="009812F8">
        <w:rPr>
          <w:rFonts w:asciiTheme="majorHAnsi" w:hAnsiTheme="majorHAnsi" w:cstheme="majorHAnsi"/>
        </w:rPr>
        <w:t xml:space="preserve"> </w:t>
      </w:r>
      <w:proofErr w:type="spellStart"/>
      <w:r w:rsidRPr="009812F8">
        <w:rPr>
          <w:rFonts w:asciiTheme="majorHAnsi" w:hAnsiTheme="majorHAnsi" w:cstheme="majorHAnsi"/>
        </w:rPr>
        <w:t>záměr</w:t>
      </w:r>
      <w:proofErr w:type="spellEnd"/>
      <w:r w:rsidRPr="009812F8">
        <w:rPr>
          <w:rFonts w:asciiTheme="majorHAnsi" w:hAnsiTheme="majorHAnsi" w:cstheme="majorHAnsi"/>
        </w:rPr>
        <w:t xml:space="preserve"> </w:t>
      </w:r>
      <w:proofErr w:type="spellStart"/>
      <w:r w:rsidRPr="009812F8">
        <w:rPr>
          <w:rFonts w:asciiTheme="majorHAnsi" w:hAnsiTheme="majorHAnsi" w:cstheme="majorHAnsi"/>
        </w:rPr>
        <w:t>prvních</w:t>
      </w:r>
      <w:proofErr w:type="spellEnd"/>
      <w:r w:rsidRPr="009812F8">
        <w:rPr>
          <w:rFonts w:asciiTheme="majorHAnsi" w:hAnsiTheme="majorHAnsi" w:cstheme="majorHAnsi"/>
        </w:rPr>
        <w:t xml:space="preserve"> </w:t>
      </w:r>
      <w:proofErr w:type="spellStart"/>
      <w:r w:rsidRPr="009812F8">
        <w:rPr>
          <w:rFonts w:asciiTheme="majorHAnsi" w:hAnsiTheme="majorHAnsi" w:cstheme="majorHAnsi"/>
        </w:rPr>
        <w:t>majitelů</w:t>
      </w:r>
      <w:proofErr w:type="spellEnd"/>
      <w:r w:rsidR="006C1115" w:rsidRPr="009812F8">
        <w:rPr>
          <w:rFonts w:asciiTheme="majorHAnsi" w:hAnsiTheme="majorHAnsi" w:cstheme="majorHAnsi"/>
        </w:rPr>
        <w:t xml:space="preserve"> (</w:t>
      </w:r>
      <w:proofErr w:type="spellStart"/>
      <w:r w:rsidR="006C1115" w:rsidRPr="009812F8">
        <w:rPr>
          <w:rFonts w:asciiTheme="majorHAnsi" w:hAnsiTheme="majorHAnsi" w:cstheme="majorHAnsi"/>
        </w:rPr>
        <w:t>rodiny</w:t>
      </w:r>
      <w:proofErr w:type="spellEnd"/>
      <w:r w:rsidR="006C1115" w:rsidRPr="009812F8">
        <w:rPr>
          <w:rFonts w:asciiTheme="majorHAnsi" w:hAnsiTheme="majorHAnsi" w:cstheme="majorHAnsi"/>
        </w:rPr>
        <w:t xml:space="preserve"> </w:t>
      </w:r>
      <w:proofErr w:type="spellStart"/>
      <w:r w:rsidR="006C1115" w:rsidRPr="009812F8">
        <w:rPr>
          <w:rFonts w:asciiTheme="majorHAnsi" w:hAnsiTheme="majorHAnsi" w:cstheme="majorHAnsi"/>
        </w:rPr>
        <w:t>továrníka</w:t>
      </w:r>
      <w:proofErr w:type="spellEnd"/>
      <w:r w:rsidR="006C1115" w:rsidRPr="009812F8">
        <w:rPr>
          <w:rFonts w:asciiTheme="majorHAnsi" w:hAnsiTheme="majorHAnsi" w:cstheme="majorHAnsi"/>
        </w:rPr>
        <w:t xml:space="preserve"> </w:t>
      </w:r>
      <w:proofErr w:type="spellStart"/>
      <w:r w:rsidR="006C1115" w:rsidRPr="009812F8">
        <w:rPr>
          <w:rFonts w:asciiTheme="majorHAnsi" w:hAnsiTheme="majorHAnsi" w:cstheme="majorHAnsi"/>
        </w:rPr>
        <w:t>Křenka</w:t>
      </w:r>
      <w:proofErr w:type="spellEnd"/>
      <w:r w:rsidR="006C1115" w:rsidRPr="009812F8">
        <w:rPr>
          <w:rFonts w:asciiTheme="majorHAnsi" w:hAnsiTheme="majorHAnsi" w:cstheme="majorHAnsi"/>
        </w:rPr>
        <w:t>)</w:t>
      </w:r>
      <w:r w:rsidRPr="009812F8">
        <w:rPr>
          <w:rFonts w:asciiTheme="majorHAnsi" w:hAnsiTheme="majorHAnsi" w:cstheme="majorHAnsi"/>
        </w:rPr>
        <w:t>. A to s </w:t>
      </w:r>
      <w:proofErr w:type="spellStart"/>
      <w:r w:rsidRPr="009812F8">
        <w:rPr>
          <w:rFonts w:asciiTheme="majorHAnsi" w:hAnsiTheme="majorHAnsi" w:cstheme="majorHAnsi"/>
        </w:rPr>
        <w:t>důrazem</w:t>
      </w:r>
      <w:proofErr w:type="spellEnd"/>
      <w:r w:rsidRPr="009812F8">
        <w:rPr>
          <w:rFonts w:asciiTheme="majorHAnsi" w:hAnsiTheme="majorHAnsi" w:cstheme="majorHAnsi"/>
        </w:rPr>
        <w:t xml:space="preserve"> </w:t>
      </w:r>
      <w:proofErr w:type="spellStart"/>
      <w:r w:rsidRPr="009812F8">
        <w:rPr>
          <w:rFonts w:asciiTheme="majorHAnsi" w:hAnsiTheme="majorHAnsi" w:cstheme="majorHAnsi"/>
        </w:rPr>
        <w:t>na</w:t>
      </w:r>
      <w:proofErr w:type="spellEnd"/>
      <w:r w:rsidRPr="009812F8">
        <w:rPr>
          <w:rFonts w:asciiTheme="majorHAnsi" w:hAnsiTheme="majorHAnsi" w:cstheme="majorHAnsi"/>
        </w:rPr>
        <w:t xml:space="preserve"> </w:t>
      </w:r>
      <w:proofErr w:type="spellStart"/>
      <w:r w:rsidRPr="009812F8">
        <w:rPr>
          <w:rFonts w:asciiTheme="majorHAnsi" w:hAnsiTheme="majorHAnsi" w:cstheme="majorHAnsi"/>
        </w:rPr>
        <w:t>jehličnany</w:t>
      </w:r>
      <w:proofErr w:type="spellEnd"/>
      <w:r w:rsidRPr="009812F8">
        <w:rPr>
          <w:rFonts w:asciiTheme="majorHAnsi" w:hAnsiTheme="majorHAnsi" w:cstheme="majorHAnsi"/>
        </w:rPr>
        <w:t xml:space="preserve"> r. </w:t>
      </w:r>
      <w:r w:rsidRPr="009812F8">
        <w:rPr>
          <w:rFonts w:asciiTheme="majorHAnsi" w:hAnsiTheme="majorHAnsi" w:cstheme="majorHAnsi"/>
          <w:i/>
          <w:iCs/>
        </w:rPr>
        <w:t>Picea</w:t>
      </w:r>
      <w:r w:rsidRPr="009812F8">
        <w:rPr>
          <w:rFonts w:asciiTheme="majorHAnsi" w:hAnsiTheme="majorHAnsi" w:cstheme="majorHAnsi"/>
        </w:rPr>
        <w:t xml:space="preserve"> (</w:t>
      </w:r>
      <w:proofErr w:type="spellStart"/>
      <w:r w:rsidRPr="009812F8">
        <w:rPr>
          <w:rFonts w:asciiTheme="majorHAnsi" w:hAnsiTheme="majorHAnsi" w:cstheme="majorHAnsi"/>
        </w:rPr>
        <w:t>smrky</w:t>
      </w:r>
      <w:proofErr w:type="spellEnd"/>
      <w:r w:rsidRPr="009812F8">
        <w:rPr>
          <w:rFonts w:asciiTheme="majorHAnsi" w:hAnsiTheme="majorHAnsi" w:cstheme="majorHAnsi"/>
        </w:rPr>
        <w:t xml:space="preserve">), r. </w:t>
      </w:r>
      <w:r w:rsidRPr="009812F8">
        <w:rPr>
          <w:rFonts w:asciiTheme="majorHAnsi" w:hAnsiTheme="majorHAnsi" w:cstheme="majorHAnsi"/>
          <w:i/>
          <w:iCs/>
        </w:rPr>
        <w:t>Abies</w:t>
      </w:r>
      <w:r w:rsidRPr="009812F8">
        <w:rPr>
          <w:rFonts w:asciiTheme="majorHAnsi" w:hAnsiTheme="majorHAnsi" w:cstheme="majorHAnsi"/>
        </w:rPr>
        <w:t xml:space="preserve"> (</w:t>
      </w:r>
      <w:proofErr w:type="spellStart"/>
      <w:r w:rsidRPr="009812F8">
        <w:rPr>
          <w:rFonts w:asciiTheme="majorHAnsi" w:hAnsiTheme="majorHAnsi" w:cstheme="majorHAnsi"/>
        </w:rPr>
        <w:t>jedle</w:t>
      </w:r>
      <w:proofErr w:type="spellEnd"/>
      <w:r w:rsidRPr="009812F8">
        <w:rPr>
          <w:rFonts w:asciiTheme="majorHAnsi" w:hAnsiTheme="majorHAnsi" w:cstheme="majorHAnsi"/>
        </w:rPr>
        <w:t xml:space="preserve">), r. </w:t>
      </w:r>
      <w:r w:rsidRPr="009812F8">
        <w:rPr>
          <w:rFonts w:asciiTheme="majorHAnsi" w:hAnsiTheme="majorHAnsi" w:cstheme="majorHAnsi"/>
          <w:i/>
          <w:iCs/>
        </w:rPr>
        <w:t>Taxus</w:t>
      </w:r>
      <w:r w:rsidRPr="009812F8">
        <w:rPr>
          <w:rFonts w:asciiTheme="majorHAnsi" w:hAnsiTheme="majorHAnsi" w:cstheme="majorHAnsi"/>
        </w:rPr>
        <w:t xml:space="preserve"> (</w:t>
      </w:r>
      <w:proofErr w:type="spellStart"/>
      <w:r w:rsidRPr="009812F8">
        <w:rPr>
          <w:rFonts w:asciiTheme="majorHAnsi" w:hAnsiTheme="majorHAnsi" w:cstheme="majorHAnsi"/>
        </w:rPr>
        <w:t>tisy</w:t>
      </w:r>
      <w:proofErr w:type="spellEnd"/>
      <w:r w:rsidRPr="009812F8">
        <w:rPr>
          <w:rFonts w:asciiTheme="majorHAnsi" w:hAnsiTheme="majorHAnsi" w:cstheme="majorHAnsi"/>
        </w:rPr>
        <w:t xml:space="preserve">) a </w:t>
      </w:r>
      <w:r w:rsidRPr="009812F8">
        <w:rPr>
          <w:rFonts w:asciiTheme="majorHAnsi" w:hAnsiTheme="majorHAnsi" w:cstheme="majorHAnsi"/>
          <w:i/>
          <w:iCs/>
        </w:rPr>
        <w:t>Larix</w:t>
      </w:r>
      <w:r w:rsidRPr="009812F8">
        <w:rPr>
          <w:rFonts w:asciiTheme="majorHAnsi" w:hAnsiTheme="majorHAnsi" w:cstheme="majorHAnsi"/>
        </w:rPr>
        <w:t xml:space="preserve"> (</w:t>
      </w:r>
      <w:proofErr w:type="spellStart"/>
      <w:r w:rsidRPr="009812F8">
        <w:rPr>
          <w:rFonts w:asciiTheme="majorHAnsi" w:hAnsiTheme="majorHAnsi" w:cstheme="majorHAnsi"/>
        </w:rPr>
        <w:t>modříny</w:t>
      </w:r>
      <w:proofErr w:type="spellEnd"/>
      <w:r w:rsidRPr="009812F8">
        <w:rPr>
          <w:rFonts w:asciiTheme="majorHAnsi" w:hAnsiTheme="majorHAnsi" w:cstheme="majorHAnsi"/>
        </w:rPr>
        <w:t>).</w:t>
      </w:r>
    </w:p>
    <w:p w14:paraId="78951FEE" w14:textId="77777777" w:rsidR="00AF37B1" w:rsidRPr="009812F8" w:rsidRDefault="00D675B2" w:rsidP="00BB6B05">
      <w:pPr>
        <w:numPr>
          <w:ilvl w:val="0"/>
          <w:numId w:val="3"/>
        </w:numPr>
        <w:jc w:val="both"/>
        <w:rPr>
          <w:rFonts w:asciiTheme="majorHAnsi" w:hAnsiTheme="majorHAnsi" w:cstheme="majorHAnsi"/>
        </w:rPr>
      </w:pPr>
      <w:proofErr w:type="spellStart"/>
      <w:r w:rsidRPr="009812F8">
        <w:rPr>
          <w:rFonts w:asciiTheme="majorHAnsi" w:hAnsiTheme="majorHAnsi" w:cstheme="majorHAnsi"/>
        </w:rPr>
        <w:t>Umístění</w:t>
      </w:r>
      <w:proofErr w:type="spellEnd"/>
      <w:r w:rsidRPr="009812F8">
        <w:rPr>
          <w:rFonts w:asciiTheme="majorHAnsi" w:hAnsiTheme="majorHAnsi" w:cstheme="majorHAnsi"/>
        </w:rPr>
        <w:t xml:space="preserve"> </w:t>
      </w:r>
      <w:proofErr w:type="spellStart"/>
      <w:r w:rsidRPr="009812F8">
        <w:rPr>
          <w:rFonts w:asciiTheme="majorHAnsi" w:hAnsiTheme="majorHAnsi" w:cstheme="majorHAnsi"/>
        </w:rPr>
        <w:t>menšího</w:t>
      </w:r>
      <w:proofErr w:type="spellEnd"/>
      <w:r w:rsidRPr="009812F8">
        <w:rPr>
          <w:rFonts w:asciiTheme="majorHAnsi" w:hAnsiTheme="majorHAnsi" w:cstheme="majorHAnsi"/>
        </w:rPr>
        <w:t xml:space="preserve"> </w:t>
      </w:r>
      <w:proofErr w:type="spellStart"/>
      <w:r w:rsidRPr="009812F8">
        <w:rPr>
          <w:rFonts w:asciiTheme="majorHAnsi" w:hAnsiTheme="majorHAnsi" w:cstheme="majorHAnsi"/>
        </w:rPr>
        <w:t>počtu</w:t>
      </w:r>
      <w:proofErr w:type="spellEnd"/>
      <w:r w:rsidRPr="009812F8">
        <w:rPr>
          <w:rFonts w:asciiTheme="majorHAnsi" w:hAnsiTheme="majorHAnsi" w:cstheme="majorHAnsi"/>
        </w:rPr>
        <w:t xml:space="preserve"> </w:t>
      </w:r>
      <w:proofErr w:type="spellStart"/>
      <w:r w:rsidRPr="009812F8">
        <w:rPr>
          <w:rFonts w:asciiTheme="majorHAnsi" w:hAnsiTheme="majorHAnsi" w:cstheme="majorHAnsi"/>
        </w:rPr>
        <w:t>včelínů</w:t>
      </w:r>
      <w:proofErr w:type="spellEnd"/>
      <w:r w:rsidRPr="009812F8">
        <w:rPr>
          <w:rFonts w:asciiTheme="majorHAnsi" w:hAnsiTheme="majorHAnsi" w:cstheme="majorHAnsi"/>
        </w:rPr>
        <w:t xml:space="preserve"> a </w:t>
      </w:r>
      <w:proofErr w:type="spellStart"/>
      <w:r w:rsidRPr="009812F8">
        <w:rPr>
          <w:rFonts w:asciiTheme="majorHAnsi" w:hAnsiTheme="majorHAnsi" w:cstheme="majorHAnsi"/>
        </w:rPr>
        <w:t>úlů</w:t>
      </w:r>
      <w:proofErr w:type="spellEnd"/>
      <w:r w:rsidRPr="009812F8">
        <w:rPr>
          <w:rFonts w:asciiTheme="majorHAnsi" w:hAnsiTheme="majorHAnsi" w:cstheme="majorHAnsi"/>
        </w:rPr>
        <w:t xml:space="preserve">, </w:t>
      </w:r>
      <w:proofErr w:type="spellStart"/>
      <w:r w:rsidRPr="009812F8">
        <w:rPr>
          <w:rFonts w:asciiTheme="majorHAnsi" w:hAnsiTheme="majorHAnsi" w:cstheme="majorHAnsi"/>
        </w:rPr>
        <w:t>včetně</w:t>
      </w:r>
      <w:proofErr w:type="spellEnd"/>
      <w:r w:rsidRPr="009812F8">
        <w:rPr>
          <w:rFonts w:asciiTheme="majorHAnsi" w:hAnsiTheme="majorHAnsi" w:cstheme="majorHAnsi"/>
        </w:rPr>
        <w:t xml:space="preserve"> </w:t>
      </w:r>
      <w:proofErr w:type="spellStart"/>
      <w:r w:rsidRPr="009812F8">
        <w:rPr>
          <w:rFonts w:asciiTheme="majorHAnsi" w:hAnsiTheme="majorHAnsi" w:cstheme="majorHAnsi"/>
        </w:rPr>
        <w:t>takových</w:t>
      </w:r>
      <w:proofErr w:type="spellEnd"/>
      <w:r w:rsidRPr="009812F8">
        <w:rPr>
          <w:rFonts w:asciiTheme="majorHAnsi" w:hAnsiTheme="majorHAnsi" w:cstheme="majorHAnsi"/>
        </w:rPr>
        <w:t xml:space="preserve">, </w:t>
      </w:r>
      <w:proofErr w:type="spellStart"/>
      <w:r w:rsidRPr="009812F8">
        <w:rPr>
          <w:rFonts w:asciiTheme="majorHAnsi" w:hAnsiTheme="majorHAnsi" w:cstheme="majorHAnsi"/>
        </w:rPr>
        <w:t>které</w:t>
      </w:r>
      <w:proofErr w:type="spellEnd"/>
      <w:r w:rsidRPr="009812F8">
        <w:rPr>
          <w:rFonts w:asciiTheme="majorHAnsi" w:hAnsiTheme="majorHAnsi" w:cstheme="majorHAnsi"/>
        </w:rPr>
        <w:t xml:space="preserve"> </w:t>
      </w:r>
      <w:proofErr w:type="spellStart"/>
      <w:r w:rsidRPr="009812F8">
        <w:rPr>
          <w:rFonts w:asciiTheme="majorHAnsi" w:hAnsiTheme="majorHAnsi" w:cstheme="majorHAnsi"/>
        </w:rPr>
        <w:t>umožní</w:t>
      </w:r>
      <w:proofErr w:type="spellEnd"/>
      <w:r w:rsidRPr="009812F8">
        <w:rPr>
          <w:rFonts w:asciiTheme="majorHAnsi" w:hAnsiTheme="majorHAnsi" w:cstheme="majorHAnsi"/>
        </w:rPr>
        <w:t xml:space="preserve"> </w:t>
      </w:r>
      <w:proofErr w:type="spellStart"/>
      <w:r w:rsidRPr="009812F8">
        <w:rPr>
          <w:rFonts w:asciiTheme="majorHAnsi" w:hAnsiTheme="majorHAnsi" w:cstheme="majorHAnsi"/>
        </w:rPr>
        <w:t>edukační</w:t>
      </w:r>
      <w:proofErr w:type="spellEnd"/>
      <w:r w:rsidRPr="009812F8">
        <w:rPr>
          <w:rFonts w:asciiTheme="majorHAnsi" w:hAnsiTheme="majorHAnsi" w:cstheme="majorHAnsi"/>
        </w:rPr>
        <w:t xml:space="preserve"> </w:t>
      </w:r>
      <w:proofErr w:type="spellStart"/>
      <w:r w:rsidRPr="009812F8">
        <w:rPr>
          <w:rFonts w:asciiTheme="majorHAnsi" w:hAnsiTheme="majorHAnsi" w:cstheme="majorHAnsi"/>
        </w:rPr>
        <w:t>činnost</w:t>
      </w:r>
      <w:proofErr w:type="spellEnd"/>
      <w:r w:rsidRPr="009812F8">
        <w:rPr>
          <w:rFonts w:asciiTheme="majorHAnsi" w:hAnsiTheme="majorHAnsi" w:cstheme="majorHAnsi"/>
        </w:rPr>
        <w:t xml:space="preserve"> a </w:t>
      </w:r>
      <w:proofErr w:type="spellStart"/>
      <w:r w:rsidRPr="009812F8">
        <w:rPr>
          <w:rFonts w:asciiTheme="majorHAnsi" w:hAnsiTheme="majorHAnsi" w:cstheme="majorHAnsi"/>
        </w:rPr>
        <w:t>seznámí</w:t>
      </w:r>
      <w:proofErr w:type="spellEnd"/>
      <w:r w:rsidRPr="009812F8">
        <w:rPr>
          <w:rFonts w:asciiTheme="majorHAnsi" w:hAnsiTheme="majorHAnsi" w:cstheme="majorHAnsi"/>
        </w:rPr>
        <w:t xml:space="preserve"> </w:t>
      </w:r>
      <w:proofErr w:type="spellStart"/>
      <w:r w:rsidRPr="009812F8">
        <w:rPr>
          <w:rFonts w:asciiTheme="majorHAnsi" w:hAnsiTheme="majorHAnsi" w:cstheme="majorHAnsi"/>
        </w:rPr>
        <w:t>návštěvníky</w:t>
      </w:r>
      <w:proofErr w:type="spellEnd"/>
      <w:r w:rsidRPr="009812F8">
        <w:rPr>
          <w:rFonts w:asciiTheme="majorHAnsi" w:hAnsiTheme="majorHAnsi" w:cstheme="majorHAnsi"/>
        </w:rPr>
        <w:t xml:space="preserve"> s </w:t>
      </w:r>
      <w:proofErr w:type="spellStart"/>
      <w:r w:rsidRPr="009812F8">
        <w:rPr>
          <w:rFonts w:asciiTheme="majorHAnsi" w:hAnsiTheme="majorHAnsi" w:cstheme="majorHAnsi"/>
        </w:rPr>
        <w:t>užitečností</w:t>
      </w:r>
      <w:proofErr w:type="spellEnd"/>
      <w:r w:rsidRPr="009812F8">
        <w:rPr>
          <w:rFonts w:asciiTheme="majorHAnsi" w:hAnsiTheme="majorHAnsi" w:cstheme="majorHAnsi"/>
        </w:rPr>
        <w:t xml:space="preserve"> </w:t>
      </w:r>
      <w:proofErr w:type="spellStart"/>
      <w:r w:rsidRPr="009812F8">
        <w:rPr>
          <w:rFonts w:asciiTheme="majorHAnsi" w:hAnsiTheme="majorHAnsi" w:cstheme="majorHAnsi"/>
        </w:rPr>
        <w:t>včel</w:t>
      </w:r>
      <w:proofErr w:type="spellEnd"/>
      <w:r w:rsidRPr="009812F8">
        <w:rPr>
          <w:rFonts w:asciiTheme="majorHAnsi" w:hAnsiTheme="majorHAnsi" w:cstheme="majorHAnsi"/>
        </w:rPr>
        <w:t xml:space="preserve">. </w:t>
      </w:r>
    </w:p>
    <w:p w14:paraId="0BF6E247" w14:textId="77777777" w:rsidR="00AF37B1" w:rsidRPr="009812F8" w:rsidRDefault="00D675B2" w:rsidP="00BB6B05">
      <w:pPr>
        <w:numPr>
          <w:ilvl w:val="0"/>
          <w:numId w:val="3"/>
        </w:numPr>
        <w:jc w:val="both"/>
        <w:rPr>
          <w:rFonts w:asciiTheme="majorHAnsi" w:hAnsiTheme="majorHAnsi" w:cstheme="majorHAnsi"/>
        </w:rPr>
      </w:pPr>
      <w:proofErr w:type="spellStart"/>
      <w:r w:rsidRPr="009812F8">
        <w:rPr>
          <w:rFonts w:asciiTheme="majorHAnsi" w:hAnsiTheme="majorHAnsi" w:cstheme="majorHAnsi"/>
        </w:rPr>
        <w:t>Dále</w:t>
      </w:r>
      <w:proofErr w:type="spellEnd"/>
      <w:r w:rsidRPr="009812F8">
        <w:rPr>
          <w:rFonts w:asciiTheme="majorHAnsi" w:hAnsiTheme="majorHAnsi" w:cstheme="majorHAnsi"/>
        </w:rPr>
        <w:t xml:space="preserve"> </w:t>
      </w:r>
      <w:proofErr w:type="spellStart"/>
      <w:r w:rsidRPr="009812F8">
        <w:rPr>
          <w:rFonts w:asciiTheme="majorHAnsi" w:hAnsiTheme="majorHAnsi" w:cstheme="majorHAnsi"/>
        </w:rPr>
        <w:t>bude</w:t>
      </w:r>
      <w:proofErr w:type="spellEnd"/>
      <w:r w:rsidRPr="009812F8">
        <w:rPr>
          <w:rFonts w:asciiTheme="majorHAnsi" w:hAnsiTheme="majorHAnsi" w:cstheme="majorHAnsi"/>
        </w:rPr>
        <w:t xml:space="preserve"> </w:t>
      </w:r>
      <w:proofErr w:type="spellStart"/>
      <w:r w:rsidRPr="009812F8">
        <w:rPr>
          <w:rFonts w:asciiTheme="majorHAnsi" w:hAnsiTheme="majorHAnsi" w:cstheme="majorHAnsi"/>
        </w:rPr>
        <w:t>návštěvník</w:t>
      </w:r>
      <w:proofErr w:type="spellEnd"/>
      <w:r w:rsidRPr="009812F8">
        <w:rPr>
          <w:rFonts w:asciiTheme="majorHAnsi" w:hAnsiTheme="majorHAnsi" w:cstheme="majorHAnsi"/>
        </w:rPr>
        <w:t xml:space="preserve"> </w:t>
      </w:r>
      <w:proofErr w:type="spellStart"/>
      <w:r w:rsidRPr="009812F8">
        <w:rPr>
          <w:rFonts w:asciiTheme="majorHAnsi" w:hAnsiTheme="majorHAnsi" w:cstheme="majorHAnsi"/>
        </w:rPr>
        <w:t>seznámen</w:t>
      </w:r>
      <w:proofErr w:type="spellEnd"/>
      <w:r w:rsidRPr="009812F8">
        <w:rPr>
          <w:rFonts w:asciiTheme="majorHAnsi" w:hAnsiTheme="majorHAnsi" w:cstheme="majorHAnsi"/>
        </w:rPr>
        <w:t xml:space="preserve"> s </w:t>
      </w:r>
      <w:proofErr w:type="spellStart"/>
      <w:r w:rsidRPr="009812F8">
        <w:rPr>
          <w:rFonts w:asciiTheme="majorHAnsi" w:hAnsiTheme="majorHAnsi" w:cstheme="majorHAnsi"/>
        </w:rPr>
        <w:t>dalšími</w:t>
      </w:r>
      <w:proofErr w:type="spellEnd"/>
      <w:r w:rsidRPr="009812F8">
        <w:rPr>
          <w:rFonts w:asciiTheme="majorHAnsi" w:hAnsiTheme="majorHAnsi" w:cstheme="majorHAnsi"/>
        </w:rPr>
        <w:t xml:space="preserve"> </w:t>
      </w:r>
      <w:proofErr w:type="spellStart"/>
      <w:r w:rsidRPr="009812F8">
        <w:rPr>
          <w:rFonts w:asciiTheme="majorHAnsi" w:hAnsiTheme="majorHAnsi" w:cstheme="majorHAnsi"/>
        </w:rPr>
        <w:t>opylovači</w:t>
      </w:r>
      <w:proofErr w:type="spellEnd"/>
      <w:r w:rsidRPr="009812F8">
        <w:rPr>
          <w:rFonts w:asciiTheme="majorHAnsi" w:hAnsiTheme="majorHAnsi" w:cstheme="majorHAnsi"/>
        </w:rPr>
        <w:t xml:space="preserve">, </w:t>
      </w:r>
      <w:proofErr w:type="spellStart"/>
      <w:r w:rsidRPr="009812F8">
        <w:rPr>
          <w:rFonts w:asciiTheme="majorHAnsi" w:hAnsiTheme="majorHAnsi" w:cstheme="majorHAnsi"/>
        </w:rPr>
        <w:t>kteří</w:t>
      </w:r>
      <w:proofErr w:type="spellEnd"/>
      <w:r w:rsidRPr="009812F8">
        <w:rPr>
          <w:rFonts w:asciiTheme="majorHAnsi" w:hAnsiTheme="majorHAnsi" w:cstheme="majorHAnsi"/>
        </w:rPr>
        <w:t xml:space="preserve"> </w:t>
      </w:r>
      <w:proofErr w:type="spellStart"/>
      <w:r w:rsidRPr="009812F8">
        <w:rPr>
          <w:rFonts w:asciiTheme="majorHAnsi" w:hAnsiTheme="majorHAnsi" w:cstheme="majorHAnsi"/>
        </w:rPr>
        <w:t>jsou</w:t>
      </w:r>
      <w:proofErr w:type="spellEnd"/>
      <w:r w:rsidRPr="009812F8">
        <w:rPr>
          <w:rFonts w:asciiTheme="majorHAnsi" w:hAnsiTheme="majorHAnsi" w:cstheme="majorHAnsi"/>
        </w:rPr>
        <w:t xml:space="preserve"> </w:t>
      </w:r>
      <w:proofErr w:type="spellStart"/>
      <w:r w:rsidRPr="009812F8">
        <w:rPr>
          <w:rFonts w:asciiTheme="majorHAnsi" w:hAnsiTheme="majorHAnsi" w:cstheme="majorHAnsi"/>
        </w:rPr>
        <w:t>nezbytní</w:t>
      </w:r>
      <w:proofErr w:type="spellEnd"/>
      <w:r w:rsidRPr="009812F8">
        <w:rPr>
          <w:rFonts w:asciiTheme="majorHAnsi" w:hAnsiTheme="majorHAnsi" w:cstheme="majorHAnsi"/>
        </w:rPr>
        <w:t xml:space="preserve"> pro </w:t>
      </w:r>
      <w:proofErr w:type="spellStart"/>
      <w:r w:rsidRPr="009812F8">
        <w:rPr>
          <w:rFonts w:asciiTheme="majorHAnsi" w:hAnsiTheme="majorHAnsi" w:cstheme="majorHAnsi"/>
        </w:rPr>
        <w:t>rozmnožování</w:t>
      </w:r>
      <w:proofErr w:type="spellEnd"/>
      <w:r w:rsidRPr="009812F8">
        <w:rPr>
          <w:rFonts w:asciiTheme="majorHAnsi" w:hAnsiTheme="majorHAnsi" w:cstheme="majorHAnsi"/>
        </w:rPr>
        <w:t xml:space="preserve"> </w:t>
      </w:r>
      <w:proofErr w:type="spellStart"/>
      <w:r w:rsidRPr="009812F8">
        <w:rPr>
          <w:rFonts w:asciiTheme="majorHAnsi" w:hAnsiTheme="majorHAnsi" w:cstheme="majorHAnsi"/>
        </w:rPr>
        <w:t>rostlin</w:t>
      </w:r>
      <w:proofErr w:type="spellEnd"/>
      <w:r w:rsidRPr="009812F8">
        <w:rPr>
          <w:rFonts w:asciiTheme="majorHAnsi" w:hAnsiTheme="majorHAnsi" w:cstheme="majorHAnsi"/>
        </w:rPr>
        <w:t xml:space="preserve">. Pro </w:t>
      </w:r>
      <w:proofErr w:type="spellStart"/>
      <w:r w:rsidRPr="009812F8">
        <w:rPr>
          <w:rFonts w:asciiTheme="majorHAnsi" w:hAnsiTheme="majorHAnsi" w:cstheme="majorHAnsi"/>
        </w:rPr>
        <w:t>tyto</w:t>
      </w:r>
      <w:proofErr w:type="spellEnd"/>
      <w:r w:rsidRPr="009812F8">
        <w:rPr>
          <w:rFonts w:asciiTheme="majorHAnsi" w:hAnsiTheme="majorHAnsi" w:cstheme="majorHAnsi"/>
        </w:rPr>
        <w:t xml:space="preserve"> </w:t>
      </w:r>
      <w:proofErr w:type="spellStart"/>
      <w:r w:rsidRPr="009812F8">
        <w:rPr>
          <w:rFonts w:asciiTheme="majorHAnsi" w:hAnsiTheme="majorHAnsi" w:cstheme="majorHAnsi"/>
        </w:rPr>
        <w:t>opylovače</w:t>
      </w:r>
      <w:proofErr w:type="spellEnd"/>
      <w:r w:rsidRPr="009812F8">
        <w:rPr>
          <w:rFonts w:asciiTheme="majorHAnsi" w:hAnsiTheme="majorHAnsi" w:cstheme="majorHAnsi"/>
        </w:rPr>
        <w:t xml:space="preserve"> se </w:t>
      </w:r>
      <w:proofErr w:type="spellStart"/>
      <w:r w:rsidRPr="009812F8">
        <w:rPr>
          <w:rFonts w:asciiTheme="majorHAnsi" w:hAnsiTheme="majorHAnsi" w:cstheme="majorHAnsi"/>
        </w:rPr>
        <w:t>průběžně</w:t>
      </w:r>
      <w:proofErr w:type="spellEnd"/>
      <w:r w:rsidRPr="009812F8">
        <w:rPr>
          <w:rFonts w:asciiTheme="majorHAnsi" w:hAnsiTheme="majorHAnsi" w:cstheme="majorHAnsi"/>
        </w:rPr>
        <w:t xml:space="preserve"> po </w:t>
      </w:r>
      <w:proofErr w:type="spellStart"/>
      <w:r w:rsidRPr="009812F8">
        <w:rPr>
          <w:rFonts w:asciiTheme="majorHAnsi" w:hAnsiTheme="majorHAnsi" w:cstheme="majorHAnsi"/>
        </w:rPr>
        <w:t>celé</w:t>
      </w:r>
      <w:proofErr w:type="spellEnd"/>
      <w:r w:rsidRPr="009812F8">
        <w:rPr>
          <w:rFonts w:asciiTheme="majorHAnsi" w:hAnsiTheme="majorHAnsi" w:cstheme="majorHAnsi"/>
        </w:rPr>
        <w:t xml:space="preserve"> </w:t>
      </w:r>
      <w:proofErr w:type="spellStart"/>
      <w:r w:rsidRPr="009812F8">
        <w:rPr>
          <w:rFonts w:asciiTheme="majorHAnsi" w:hAnsiTheme="majorHAnsi" w:cstheme="majorHAnsi"/>
        </w:rPr>
        <w:t>ploše</w:t>
      </w:r>
      <w:proofErr w:type="spellEnd"/>
      <w:r w:rsidRPr="009812F8">
        <w:rPr>
          <w:rFonts w:asciiTheme="majorHAnsi" w:hAnsiTheme="majorHAnsi" w:cstheme="majorHAnsi"/>
        </w:rPr>
        <w:t xml:space="preserve"> </w:t>
      </w:r>
      <w:proofErr w:type="spellStart"/>
      <w:r w:rsidRPr="009812F8">
        <w:rPr>
          <w:rFonts w:asciiTheme="majorHAnsi" w:hAnsiTheme="majorHAnsi" w:cstheme="majorHAnsi"/>
        </w:rPr>
        <w:t>připraví</w:t>
      </w:r>
      <w:proofErr w:type="spellEnd"/>
      <w:r w:rsidRPr="009812F8">
        <w:rPr>
          <w:rFonts w:asciiTheme="majorHAnsi" w:hAnsiTheme="majorHAnsi" w:cstheme="majorHAnsi"/>
        </w:rPr>
        <w:t xml:space="preserve"> </w:t>
      </w:r>
      <w:proofErr w:type="spellStart"/>
      <w:r w:rsidRPr="009812F8">
        <w:rPr>
          <w:rFonts w:asciiTheme="majorHAnsi" w:hAnsiTheme="majorHAnsi" w:cstheme="majorHAnsi"/>
        </w:rPr>
        <w:t>příznivé</w:t>
      </w:r>
      <w:proofErr w:type="spellEnd"/>
      <w:r w:rsidRPr="009812F8">
        <w:rPr>
          <w:rFonts w:asciiTheme="majorHAnsi" w:hAnsiTheme="majorHAnsi" w:cstheme="majorHAnsi"/>
        </w:rPr>
        <w:t xml:space="preserve"> </w:t>
      </w:r>
      <w:proofErr w:type="spellStart"/>
      <w:r w:rsidRPr="009812F8">
        <w:rPr>
          <w:rFonts w:asciiTheme="majorHAnsi" w:hAnsiTheme="majorHAnsi" w:cstheme="majorHAnsi"/>
        </w:rPr>
        <w:t>prostředí</w:t>
      </w:r>
      <w:proofErr w:type="spellEnd"/>
      <w:r w:rsidR="006C1115" w:rsidRPr="009812F8">
        <w:rPr>
          <w:rFonts w:asciiTheme="majorHAnsi" w:hAnsiTheme="majorHAnsi" w:cstheme="majorHAnsi"/>
        </w:rPr>
        <w:t xml:space="preserve"> a </w:t>
      </w:r>
      <w:proofErr w:type="spellStart"/>
      <w:r w:rsidR="006C1115" w:rsidRPr="009812F8">
        <w:rPr>
          <w:rFonts w:asciiTheme="majorHAnsi" w:hAnsiTheme="majorHAnsi" w:cstheme="majorHAnsi"/>
        </w:rPr>
        <w:t>vhodné</w:t>
      </w:r>
      <w:proofErr w:type="spellEnd"/>
      <w:r w:rsidR="006C1115" w:rsidRPr="009812F8">
        <w:rPr>
          <w:rFonts w:asciiTheme="majorHAnsi" w:hAnsiTheme="majorHAnsi" w:cstheme="majorHAnsi"/>
        </w:rPr>
        <w:t xml:space="preserve"> </w:t>
      </w:r>
      <w:proofErr w:type="spellStart"/>
      <w:r w:rsidR="006C1115" w:rsidRPr="009812F8">
        <w:rPr>
          <w:rFonts w:asciiTheme="majorHAnsi" w:hAnsiTheme="majorHAnsi" w:cstheme="majorHAnsi"/>
        </w:rPr>
        <w:t>biotopy</w:t>
      </w:r>
      <w:proofErr w:type="spellEnd"/>
      <w:r w:rsidRPr="009812F8">
        <w:rPr>
          <w:rFonts w:asciiTheme="majorHAnsi" w:hAnsiTheme="majorHAnsi" w:cstheme="majorHAnsi"/>
        </w:rPr>
        <w:t>.</w:t>
      </w:r>
    </w:p>
    <w:p w14:paraId="4FC17AFD" w14:textId="375D2E86" w:rsidR="00AF37B1" w:rsidRPr="009812F8" w:rsidRDefault="00D675B2" w:rsidP="00BB6B05">
      <w:pPr>
        <w:numPr>
          <w:ilvl w:val="0"/>
          <w:numId w:val="3"/>
        </w:numPr>
        <w:jc w:val="both"/>
        <w:rPr>
          <w:rFonts w:asciiTheme="majorHAnsi" w:hAnsiTheme="majorHAnsi" w:cstheme="majorHAnsi"/>
          <w:b/>
          <w:bCs/>
          <w:szCs w:val="24"/>
        </w:rPr>
      </w:pPr>
      <w:proofErr w:type="spellStart"/>
      <w:r w:rsidRPr="009812F8">
        <w:rPr>
          <w:rFonts w:asciiTheme="majorHAnsi" w:hAnsiTheme="majorHAnsi" w:cstheme="majorHAnsi"/>
        </w:rPr>
        <w:t>Umístění</w:t>
      </w:r>
      <w:proofErr w:type="spellEnd"/>
      <w:r w:rsidRPr="009812F8">
        <w:rPr>
          <w:rFonts w:asciiTheme="majorHAnsi" w:hAnsiTheme="majorHAnsi" w:cstheme="majorHAnsi"/>
        </w:rPr>
        <w:t xml:space="preserve"> </w:t>
      </w:r>
      <w:proofErr w:type="spellStart"/>
      <w:r w:rsidRPr="009812F8">
        <w:rPr>
          <w:rFonts w:asciiTheme="majorHAnsi" w:hAnsiTheme="majorHAnsi" w:cstheme="majorHAnsi"/>
        </w:rPr>
        <w:t>ploch</w:t>
      </w:r>
      <w:proofErr w:type="spellEnd"/>
      <w:r w:rsidRPr="009812F8">
        <w:rPr>
          <w:rFonts w:asciiTheme="majorHAnsi" w:hAnsiTheme="majorHAnsi" w:cstheme="majorHAnsi"/>
        </w:rPr>
        <w:t xml:space="preserve"> pro </w:t>
      </w:r>
      <w:proofErr w:type="spellStart"/>
      <w:r w:rsidRPr="009812F8">
        <w:rPr>
          <w:rFonts w:asciiTheme="majorHAnsi" w:hAnsiTheme="majorHAnsi" w:cstheme="majorHAnsi"/>
        </w:rPr>
        <w:t>samotářské</w:t>
      </w:r>
      <w:proofErr w:type="spellEnd"/>
      <w:r w:rsidRPr="009812F8">
        <w:rPr>
          <w:rFonts w:asciiTheme="majorHAnsi" w:hAnsiTheme="majorHAnsi" w:cstheme="majorHAnsi"/>
        </w:rPr>
        <w:t xml:space="preserve"> </w:t>
      </w:r>
      <w:proofErr w:type="spellStart"/>
      <w:r w:rsidRPr="009812F8">
        <w:rPr>
          <w:rFonts w:asciiTheme="majorHAnsi" w:hAnsiTheme="majorHAnsi" w:cstheme="majorHAnsi"/>
        </w:rPr>
        <w:t>včely</w:t>
      </w:r>
      <w:proofErr w:type="spellEnd"/>
      <w:r w:rsidRPr="009812F8">
        <w:rPr>
          <w:rFonts w:asciiTheme="majorHAnsi" w:hAnsiTheme="majorHAnsi" w:cstheme="majorHAnsi"/>
        </w:rPr>
        <w:t xml:space="preserve"> </w:t>
      </w:r>
      <w:proofErr w:type="spellStart"/>
      <w:r w:rsidRPr="009812F8">
        <w:rPr>
          <w:rFonts w:asciiTheme="majorHAnsi" w:hAnsiTheme="majorHAnsi" w:cstheme="majorHAnsi"/>
        </w:rPr>
        <w:t>včetně</w:t>
      </w:r>
      <w:proofErr w:type="spellEnd"/>
      <w:r w:rsidRPr="009812F8">
        <w:rPr>
          <w:rFonts w:asciiTheme="majorHAnsi" w:hAnsiTheme="majorHAnsi" w:cstheme="majorHAnsi"/>
        </w:rPr>
        <w:t xml:space="preserve"> </w:t>
      </w:r>
      <w:proofErr w:type="spellStart"/>
      <w:r w:rsidRPr="009812F8">
        <w:rPr>
          <w:rFonts w:asciiTheme="majorHAnsi" w:hAnsiTheme="majorHAnsi" w:cstheme="majorHAnsi"/>
        </w:rPr>
        <w:t>instalace</w:t>
      </w:r>
      <w:proofErr w:type="spellEnd"/>
      <w:r w:rsidRPr="009812F8">
        <w:rPr>
          <w:rFonts w:asciiTheme="majorHAnsi" w:hAnsiTheme="majorHAnsi" w:cstheme="majorHAnsi"/>
        </w:rPr>
        <w:t xml:space="preserve"> </w:t>
      </w:r>
      <w:proofErr w:type="spellStart"/>
      <w:r w:rsidRPr="009812F8">
        <w:rPr>
          <w:rFonts w:asciiTheme="majorHAnsi" w:hAnsiTheme="majorHAnsi" w:cstheme="majorHAnsi"/>
        </w:rPr>
        <w:t>tzv</w:t>
      </w:r>
      <w:proofErr w:type="spellEnd"/>
      <w:r w:rsidRPr="009812F8">
        <w:rPr>
          <w:rFonts w:asciiTheme="majorHAnsi" w:hAnsiTheme="majorHAnsi" w:cstheme="majorHAnsi"/>
        </w:rPr>
        <w:t xml:space="preserve">. </w:t>
      </w:r>
      <w:proofErr w:type="spellStart"/>
      <w:r w:rsidRPr="009812F8">
        <w:rPr>
          <w:rFonts w:asciiTheme="majorHAnsi" w:hAnsiTheme="majorHAnsi" w:cstheme="majorHAnsi"/>
        </w:rPr>
        <w:t>hmyzích</w:t>
      </w:r>
      <w:proofErr w:type="spellEnd"/>
      <w:r w:rsidRPr="009812F8">
        <w:rPr>
          <w:rFonts w:asciiTheme="majorHAnsi" w:hAnsiTheme="majorHAnsi" w:cstheme="majorHAnsi"/>
        </w:rPr>
        <w:t xml:space="preserve"> </w:t>
      </w:r>
      <w:proofErr w:type="spellStart"/>
      <w:r w:rsidRPr="009812F8">
        <w:rPr>
          <w:rFonts w:asciiTheme="majorHAnsi" w:hAnsiTheme="majorHAnsi" w:cstheme="majorHAnsi"/>
        </w:rPr>
        <w:t>domečků</w:t>
      </w:r>
      <w:proofErr w:type="spellEnd"/>
      <w:r w:rsidRPr="009812F8">
        <w:rPr>
          <w:rFonts w:asciiTheme="majorHAnsi" w:hAnsiTheme="majorHAnsi" w:cstheme="majorHAnsi"/>
        </w:rPr>
        <w:t>.</w:t>
      </w:r>
    </w:p>
    <w:p w14:paraId="4411B860" w14:textId="77777777" w:rsidR="00B127C8" w:rsidRPr="009812F8" w:rsidRDefault="00B127C8" w:rsidP="00B127C8">
      <w:pPr>
        <w:rPr>
          <w:rFonts w:asciiTheme="majorHAnsi" w:hAnsiTheme="majorHAnsi" w:cstheme="majorHAnsi"/>
          <w:b/>
          <w:bCs/>
          <w:szCs w:val="24"/>
        </w:rPr>
      </w:pPr>
    </w:p>
    <w:p w14:paraId="1D708947" w14:textId="44607913" w:rsidR="00AF37B1" w:rsidRPr="009812F8" w:rsidRDefault="00D675B2" w:rsidP="00B127C8">
      <w:pPr>
        <w:rPr>
          <w:rFonts w:asciiTheme="majorHAnsi" w:hAnsiTheme="majorHAnsi" w:cstheme="majorHAnsi"/>
          <w:b/>
          <w:bCs/>
          <w:szCs w:val="24"/>
        </w:rPr>
      </w:pPr>
      <w:r w:rsidRPr="009812F8">
        <w:rPr>
          <w:rFonts w:asciiTheme="majorHAnsi" w:hAnsiTheme="majorHAnsi" w:cstheme="majorHAnsi"/>
          <w:b/>
          <w:bCs/>
          <w:szCs w:val="24"/>
          <w:lang w:val="pl-PL"/>
        </w:rPr>
        <w:t>EKOLOGICKÁ FUNKCE PLOCHY</w:t>
      </w:r>
    </w:p>
    <w:p w14:paraId="014F3633" w14:textId="77777777" w:rsidR="00AF37B1" w:rsidRPr="009812F8" w:rsidRDefault="00D675B2" w:rsidP="00BB6B05">
      <w:pPr>
        <w:jc w:val="both"/>
        <w:rPr>
          <w:rFonts w:asciiTheme="majorHAnsi" w:hAnsiTheme="majorHAnsi" w:cstheme="majorHAnsi"/>
          <w:b/>
          <w:bCs/>
          <w:szCs w:val="24"/>
          <w:u w:val="single"/>
          <w:lang w:val="pl-PL"/>
        </w:rPr>
      </w:pPr>
      <w:r w:rsidRPr="009812F8">
        <w:rPr>
          <w:rFonts w:asciiTheme="majorHAnsi" w:hAnsiTheme="majorHAnsi" w:cstheme="majorHAnsi"/>
          <w:b/>
          <w:bCs/>
          <w:szCs w:val="24"/>
          <w:u w:val="single"/>
          <w:lang w:val="pl-PL"/>
        </w:rPr>
        <w:t>Vodní plocha:</w:t>
      </w:r>
    </w:p>
    <w:p w14:paraId="320F0FA0" w14:textId="77777777" w:rsidR="00400546" w:rsidRPr="009812F8" w:rsidRDefault="00D675B2" w:rsidP="00BB6B05">
      <w:pPr>
        <w:jc w:val="both"/>
        <w:rPr>
          <w:rFonts w:asciiTheme="majorHAnsi" w:hAnsiTheme="majorHAnsi" w:cstheme="majorHAnsi"/>
          <w:szCs w:val="24"/>
          <w:lang w:val="pl-PL"/>
        </w:rPr>
      </w:pPr>
      <w:r w:rsidRPr="009812F8">
        <w:rPr>
          <w:rFonts w:asciiTheme="majorHAnsi" w:hAnsiTheme="majorHAnsi" w:cstheme="majorHAnsi"/>
          <w:szCs w:val="24"/>
          <w:lang w:val="pl-PL"/>
        </w:rPr>
        <w:t xml:space="preserve">Travnatá plocha </w:t>
      </w:r>
      <w:r w:rsidR="00CC2A10" w:rsidRPr="009812F8">
        <w:rPr>
          <w:rFonts w:asciiTheme="majorHAnsi" w:hAnsiTheme="majorHAnsi" w:cstheme="majorHAnsi"/>
          <w:szCs w:val="24"/>
          <w:lang w:val="pl-PL"/>
        </w:rPr>
        <w:t xml:space="preserve">v horní části </w:t>
      </w:r>
      <w:r w:rsidRPr="009812F8">
        <w:rPr>
          <w:rFonts w:asciiTheme="majorHAnsi" w:hAnsiTheme="majorHAnsi" w:cstheme="majorHAnsi"/>
          <w:szCs w:val="24"/>
          <w:lang w:val="pl-PL"/>
        </w:rPr>
        <w:t>Křenkov</w:t>
      </w:r>
      <w:r w:rsidR="00CC2A10" w:rsidRPr="009812F8">
        <w:rPr>
          <w:rFonts w:asciiTheme="majorHAnsi" w:hAnsiTheme="majorHAnsi" w:cstheme="majorHAnsi"/>
          <w:szCs w:val="24"/>
          <w:lang w:val="pl-PL"/>
        </w:rPr>
        <w:t xml:space="preserve">y zahrady </w:t>
      </w:r>
      <w:r w:rsidRPr="009812F8">
        <w:rPr>
          <w:rFonts w:asciiTheme="majorHAnsi" w:hAnsiTheme="majorHAnsi" w:cstheme="majorHAnsi"/>
          <w:szCs w:val="24"/>
          <w:lang w:val="pl-PL"/>
        </w:rPr>
        <w:t xml:space="preserve">ležící na katastrálním území Kunčic pod Ondřejníkem </w:t>
      </w:r>
      <w:r w:rsidR="00400546" w:rsidRPr="009812F8">
        <w:rPr>
          <w:rFonts w:asciiTheme="majorHAnsi" w:hAnsiTheme="majorHAnsi" w:cstheme="majorHAnsi"/>
          <w:szCs w:val="24"/>
          <w:lang w:val="pl-PL"/>
        </w:rPr>
        <w:t xml:space="preserve">a </w:t>
      </w:r>
      <w:r w:rsidRPr="009812F8">
        <w:rPr>
          <w:rFonts w:asciiTheme="majorHAnsi" w:hAnsiTheme="majorHAnsi" w:cstheme="majorHAnsi"/>
          <w:szCs w:val="24"/>
          <w:lang w:val="pl-PL"/>
        </w:rPr>
        <w:t xml:space="preserve">není úplně vhodná pro budování větších vodních ploch, protože se jedná o prostory ve svahu. </w:t>
      </w:r>
    </w:p>
    <w:p w14:paraId="56DEE7FE" w14:textId="4EF9A51E" w:rsidR="00AF37B1" w:rsidRPr="009812F8" w:rsidRDefault="00400546" w:rsidP="00BB6B05">
      <w:pPr>
        <w:jc w:val="both"/>
        <w:rPr>
          <w:rFonts w:asciiTheme="majorHAnsi" w:hAnsiTheme="majorHAnsi" w:cstheme="majorHAnsi"/>
          <w:szCs w:val="24"/>
          <w:lang w:val="pl-PL"/>
        </w:rPr>
      </w:pPr>
      <w:r w:rsidRPr="009812F8">
        <w:rPr>
          <w:rFonts w:asciiTheme="majorHAnsi" w:hAnsiTheme="majorHAnsi" w:cstheme="majorHAnsi"/>
          <w:szCs w:val="24"/>
          <w:lang w:val="pl-PL"/>
        </w:rPr>
        <w:t>S</w:t>
      </w:r>
      <w:r w:rsidR="00D675B2" w:rsidRPr="009812F8">
        <w:rPr>
          <w:rFonts w:asciiTheme="majorHAnsi" w:hAnsiTheme="majorHAnsi" w:cstheme="majorHAnsi"/>
          <w:szCs w:val="24"/>
          <w:lang w:val="pl-PL"/>
        </w:rPr>
        <w:t>měrem</w:t>
      </w:r>
      <w:r w:rsidRPr="009812F8">
        <w:rPr>
          <w:rFonts w:asciiTheme="majorHAnsi" w:hAnsiTheme="majorHAnsi" w:cstheme="majorHAnsi"/>
          <w:szCs w:val="24"/>
          <w:lang w:val="pl-PL"/>
        </w:rPr>
        <w:t xml:space="preserve"> </w:t>
      </w:r>
      <w:r w:rsidR="00D675B2" w:rsidRPr="009812F8">
        <w:rPr>
          <w:rFonts w:asciiTheme="majorHAnsi" w:hAnsiTheme="majorHAnsi" w:cstheme="majorHAnsi"/>
          <w:szCs w:val="24"/>
          <w:lang w:val="pl-PL"/>
        </w:rPr>
        <w:t xml:space="preserve">k potoku </w:t>
      </w:r>
      <w:r w:rsidRPr="009812F8">
        <w:rPr>
          <w:rFonts w:asciiTheme="majorHAnsi" w:hAnsiTheme="majorHAnsi" w:cstheme="majorHAnsi"/>
          <w:szCs w:val="24"/>
          <w:lang w:val="pl-PL"/>
        </w:rPr>
        <w:t xml:space="preserve">na katastrálním území Tiché </w:t>
      </w:r>
      <w:r w:rsidR="0086426B" w:rsidRPr="009812F8">
        <w:rPr>
          <w:rFonts w:asciiTheme="majorHAnsi" w:hAnsiTheme="majorHAnsi" w:cstheme="majorHAnsi"/>
          <w:szCs w:val="24"/>
          <w:lang w:val="pl-PL"/>
        </w:rPr>
        <w:t xml:space="preserve">na Moravě </w:t>
      </w:r>
      <w:r w:rsidR="00D675B2" w:rsidRPr="009812F8">
        <w:rPr>
          <w:rFonts w:asciiTheme="majorHAnsi" w:hAnsiTheme="majorHAnsi" w:cstheme="majorHAnsi"/>
          <w:szCs w:val="24"/>
          <w:lang w:val="pl-PL"/>
        </w:rPr>
        <w:t xml:space="preserve">(na jižní </w:t>
      </w:r>
      <w:r w:rsidR="00CC2A10" w:rsidRPr="009812F8">
        <w:rPr>
          <w:rFonts w:asciiTheme="majorHAnsi" w:hAnsiTheme="majorHAnsi" w:cstheme="majorHAnsi"/>
          <w:szCs w:val="24"/>
          <w:lang w:val="pl-PL"/>
        </w:rPr>
        <w:t xml:space="preserve">a jihozápadní </w:t>
      </w:r>
      <w:r w:rsidR="00D675B2" w:rsidRPr="009812F8">
        <w:rPr>
          <w:rFonts w:asciiTheme="majorHAnsi" w:hAnsiTheme="majorHAnsi" w:cstheme="majorHAnsi"/>
          <w:szCs w:val="24"/>
          <w:lang w:val="pl-PL"/>
        </w:rPr>
        <w:t>hranici), by vznikly větší tůňky</w:t>
      </w:r>
      <w:r w:rsidRPr="009812F8">
        <w:rPr>
          <w:rFonts w:asciiTheme="majorHAnsi" w:hAnsiTheme="majorHAnsi" w:cstheme="majorHAnsi"/>
          <w:szCs w:val="24"/>
          <w:lang w:val="pl-PL"/>
        </w:rPr>
        <w:t>, případně rybníčky</w:t>
      </w:r>
      <w:r w:rsidR="00CC2A10" w:rsidRPr="009812F8">
        <w:rPr>
          <w:rFonts w:asciiTheme="majorHAnsi" w:hAnsiTheme="majorHAnsi" w:cstheme="majorHAnsi"/>
          <w:szCs w:val="24"/>
          <w:lang w:val="pl-PL"/>
        </w:rPr>
        <w:t xml:space="preserve"> určené pro vodní hmyz</w:t>
      </w:r>
      <w:r w:rsidRPr="009812F8">
        <w:rPr>
          <w:rFonts w:asciiTheme="majorHAnsi" w:hAnsiTheme="majorHAnsi" w:cstheme="majorHAnsi"/>
          <w:szCs w:val="24"/>
          <w:lang w:val="pl-PL"/>
        </w:rPr>
        <w:t xml:space="preserve">, ohrožené obratlovce (ryby i </w:t>
      </w:r>
      <w:r w:rsidR="00CC2A10" w:rsidRPr="009812F8">
        <w:rPr>
          <w:rFonts w:asciiTheme="majorHAnsi" w:hAnsiTheme="majorHAnsi" w:cstheme="majorHAnsi"/>
          <w:szCs w:val="24"/>
          <w:lang w:val="pl-PL"/>
        </w:rPr>
        <w:t>obojživelníky</w:t>
      </w:r>
      <w:r w:rsidRPr="009812F8">
        <w:rPr>
          <w:rFonts w:asciiTheme="majorHAnsi" w:hAnsiTheme="majorHAnsi" w:cstheme="majorHAnsi"/>
          <w:szCs w:val="24"/>
          <w:lang w:val="pl-PL"/>
        </w:rPr>
        <w:t>)</w:t>
      </w:r>
      <w:r w:rsidR="00D675B2" w:rsidRPr="009812F8">
        <w:rPr>
          <w:rFonts w:asciiTheme="majorHAnsi" w:hAnsiTheme="majorHAnsi" w:cstheme="majorHAnsi"/>
          <w:szCs w:val="24"/>
          <w:lang w:val="pl-PL"/>
        </w:rPr>
        <w:t>.</w:t>
      </w:r>
    </w:p>
    <w:p w14:paraId="28D22292" w14:textId="351ED2C9" w:rsidR="00AF37B1" w:rsidRPr="009812F8" w:rsidRDefault="00D675B2" w:rsidP="00BB6B05">
      <w:pPr>
        <w:jc w:val="both"/>
        <w:rPr>
          <w:rFonts w:asciiTheme="majorHAnsi" w:hAnsiTheme="majorHAnsi" w:cstheme="majorHAnsi"/>
          <w:b/>
          <w:bCs/>
          <w:szCs w:val="24"/>
        </w:rPr>
      </w:pPr>
      <w:proofErr w:type="spellStart"/>
      <w:r w:rsidRPr="009812F8">
        <w:rPr>
          <w:rFonts w:asciiTheme="majorHAnsi" w:hAnsiTheme="majorHAnsi" w:cstheme="majorHAnsi"/>
          <w:b/>
          <w:bCs/>
          <w:szCs w:val="24"/>
        </w:rPr>
        <w:t>Cílem</w:t>
      </w:r>
      <w:proofErr w:type="spellEnd"/>
      <w:r w:rsidRPr="009812F8">
        <w:rPr>
          <w:rFonts w:asciiTheme="majorHAnsi" w:hAnsiTheme="majorHAnsi" w:cstheme="majorHAnsi"/>
          <w:b/>
          <w:bCs/>
          <w:szCs w:val="24"/>
        </w:rPr>
        <w:t xml:space="preserve"> </w:t>
      </w:r>
      <w:proofErr w:type="spellStart"/>
      <w:r w:rsidR="00400546" w:rsidRPr="009812F8">
        <w:rPr>
          <w:rFonts w:asciiTheme="majorHAnsi" w:hAnsiTheme="majorHAnsi" w:cstheme="majorHAnsi"/>
          <w:b/>
          <w:bCs/>
          <w:szCs w:val="24"/>
        </w:rPr>
        <w:t>projektu</w:t>
      </w:r>
      <w:proofErr w:type="spellEnd"/>
      <w:r w:rsidR="00400546" w:rsidRPr="009812F8">
        <w:rPr>
          <w:rFonts w:asciiTheme="majorHAnsi" w:hAnsiTheme="majorHAnsi" w:cstheme="majorHAnsi"/>
          <w:b/>
          <w:bCs/>
          <w:szCs w:val="24"/>
        </w:rPr>
        <w:t xml:space="preserve"> </w:t>
      </w:r>
      <w:r w:rsidRPr="009812F8">
        <w:rPr>
          <w:rFonts w:asciiTheme="majorHAnsi" w:hAnsiTheme="majorHAnsi" w:cstheme="majorHAnsi"/>
          <w:b/>
          <w:bCs/>
          <w:szCs w:val="24"/>
        </w:rPr>
        <w:t xml:space="preserve">je </w:t>
      </w:r>
      <w:r w:rsidR="00400546" w:rsidRPr="009812F8">
        <w:rPr>
          <w:rFonts w:asciiTheme="majorHAnsi" w:hAnsiTheme="majorHAnsi" w:cstheme="majorHAnsi"/>
          <w:b/>
          <w:bCs/>
          <w:szCs w:val="24"/>
        </w:rPr>
        <w:t xml:space="preserve">se </w:t>
      </w:r>
      <w:proofErr w:type="spellStart"/>
      <w:r w:rsidRPr="009812F8">
        <w:rPr>
          <w:rFonts w:asciiTheme="majorHAnsi" w:hAnsiTheme="majorHAnsi" w:cstheme="majorHAnsi"/>
          <w:b/>
          <w:bCs/>
          <w:szCs w:val="24"/>
        </w:rPr>
        <w:t>zaměřit</w:t>
      </w:r>
      <w:proofErr w:type="spellEnd"/>
      <w:r w:rsidRPr="009812F8">
        <w:rPr>
          <w:rFonts w:asciiTheme="majorHAnsi" w:hAnsiTheme="majorHAnsi" w:cstheme="majorHAnsi"/>
          <w:b/>
          <w:bCs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b/>
          <w:bCs/>
          <w:szCs w:val="24"/>
        </w:rPr>
        <w:t>na</w:t>
      </w:r>
      <w:proofErr w:type="spellEnd"/>
    </w:p>
    <w:p w14:paraId="208507EB" w14:textId="77777777" w:rsidR="00AF37B1" w:rsidRPr="009812F8" w:rsidRDefault="00D675B2" w:rsidP="00BB6B05">
      <w:pPr>
        <w:numPr>
          <w:ilvl w:val="0"/>
          <w:numId w:val="2"/>
        </w:numPr>
        <w:jc w:val="both"/>
        <w:rPr>
          <w:rFonts w:asciiTheme="majorHAnsi" w:hAnsiTheme="majorHAnsi" w:cstheme="majorHAnsi"/>
        </w:rPr>
      </w:pPr>
      <w:proofErr w:type="spellStart"/>
      <w:r w:rsidRPr="009812F8">
        <w:rPr>
          <w:rFonts w:asciiTheme="majorHAnsi" w:hAnsiTheme="majorHAnsi" w:cstheme="majorHAnsi"/>
        </w:rPr>
        <w:t>Vybudování</w:t>
      </w:r>
      <w:proofErr w:type="spellEnd"/>
      <w:r w:rsidRPr="009812F8">
        <w:rPr>
          <w:rFonts w:asciiTheme="majorHAnsi" w:hAnsiTheme="majorHAnsi" w:cstheme="majorHAnsi"/>
        </w:rPr>
        <w:t xml:space="preserve"> </w:t>
      </w:r>
      <w:proofErr w:type="spellStart"/>
      <w:r w:rsidRPr="009812F8">
        <w:rPr>
          <w:rFonts w:asciiTheme="majorHAnsi" w:hAnsiTheme="majorHAnsi" w:cstheme="majorHAnsi"/>
        </w:rPr>
        <w:t>mokřadů</w:t>
      </w:r>
      <w:proofErr w:type="spellEnd"/>
      <w:r w:rsidRPr="009812F8">
        <w:rPr>
          <w:rFonts w:asciiTheme="majorHAnsi" w:hAnsiTheme="majorHAnsi" w:cstheme="majorHAnsi"/>
        </w:rPr>
        <w:t xml:space="preserve">, </w:t>
      </w:r>
      <w:proofErr w:type="spellStart"/>
      <w:r w:rsidRPr="009812F8">
        <w:rPr>
          <w:rFonts w:asciiTheme="majorHAnsi" w:hAnsiTheme="majorHAnsi" w:cstheme="majorHAnsi"/>
        </w:rPr>
        <w:t>případně</w:t>
      </w:r>
      <w:proofErr w:type="spellEnd"/>
      <w:r w:rsidRPr="009812F8">
        <w:rPr>
          <w:rFonts w:asciiTheme="majorHAnsi" w:hAnsiTheme="majorHAnsi" w:cstheme="majorHAnsi"/>
        </w:rPr>
        <w:t xml:space="preserve"> </w:t>
      </w:r>
      <w:proofErr w:type="spellStart"/>
      <w:r w:rsidRPr="009812F8">
        <w:rPr>
          <w:rFonts w:asciiTheme="majorHAnsi" w:hAnsiTheme="majorHAnsi" w:cstheme="majorHAnsi"/>
        </w:rPr>
        <w:t>míst</w:t>
      </w:r>
      <w:proofErr w:type="spellEnd"/>
      <w:r w:rsidRPr="009812F8">
        <w:rPr>
          <w:rFonts w:asciiTheme="majorHAnsi" w:hAnsiTheme="majorHAnsi" w:cstheme="majorHAnsi"/>
        </w:rPr>
        <w:t xml:space="preserve"> pro </w:t>
      </w:r>
      <w:proofErr w:type="spellStart"/>
      <w:r w:rsidRPr="009812F8">
        <w:rPr>
          <w:rFonts w:asciiTheme="majorHAnsi" w:hAnsiTheme="majorHAnsi" w:cstheme="majorHAnsi"/>
        </w:rPr>
        <w:t>vznik</w:t>
      </w:r>
      <w:proofErr w:type="spellEnd"/>
      <w:r w:rsidRPr="009812F8">
        <w:rPr>
          <w:rFonts w:asciiTheme="majorHAnsi" w:hAnsiTheme="majorHAnsi" w:cstheme="majorHAnsi"/>
        </w:rPr>
        <w:t xml:space="preserve"> </w:t>
      </w:r>
      <w:proofErr w:type="spellStart"/>
      <w:r w:rsidRPr="009812F8">
        <w:rPr>
          <w:rFonts w:asciiTheme="majorHAnsi" w:hAnsiTheme="majorHAnsi" w:cstheme="majorHAnsi"/>
        </w:rPr>
        <w:t>tzv</w:t>
      </w:r>
      <w:proofErr w:type="spellEnd"/>
      <w:r w:rsidRPr="009812F8">
        <w:rPr>
          <w:rFonts w:asciiTheme="majorHAnsi" w:hAnsiTheme="majorHAnsi" w:cstheme="majorHAnsi"/>
        </w:rPr>
        <w:t xml:space="preserve">. </w:t>
      </w:r>
      <w:proofErr w:type="spellStart"/>
      <w:r w:rsidRPr="009812F8">
        <w:rPr>
          <w:rFonts w:asciiTheme="majorHAnsi" w:hAnsiTheme="majorHAnsi" w:cstheme="majorHAnsi"/>
        </w:rPr>
        <w:t>jarních</w:t>
      </w:r>
      <w:proofErr w:type="spellEnd"/>
      <w:r w:rsidRPr="009812F8">
        <w:rPr>
          <w:rFonts w:asciiTheme="majorHAnsi" w:hAnsiTheme="majorHAnsi" w:cstheme="majorHAnsi"/>
        </w:rPr>
        <w:t xml:space="preserve"> </w:t>
      </w:r>
      <w:proofErr w:type="spellStart"/>
      <w:r w:rsidRPr="009812F8">
        <w:rPr>
          <w:rFonts w:asciiTheme="majorHAnsi" w:hAnsiTheme="majorHAnsi" w:cstheme="majorHAnsi"/>
        </w:rPr>
        <w:t>tůní</w:t>
      </w:r>
      <w:proofErr w:type="spellEnd"/>
      <w:r w:rsidRPr="009812F8">
        <w:rPr>
          <w:rFonts w:asciiTheme="majorHAnsi" w:hAnsiTheme="majorHAnsi" w:cstheme="majorHAnsi"/>
        </w:rPr>
        <w:t xml:space="preserve"> (</w:t>
      </w:r>
      <w:proofErr w:type="spellStart"/>
      <w:r w:rsidRPr="009812F8">
        <w:rPr>
          <w:rFonts w:asciiTheme="majorHAnsi" w:hAnsiTheme="majorHAnsi" w:cstheme="majorHAnsi"/>
        </w:rPr>
        <w:t>dočasných</w:t>
      </w:r>
      <w:proofErr w:type="spellEnd"/>
      <w:r w:rsidRPr="009812F8">
        <w:rPr>
          <w:rFonts w:asciiTheme="majorHAnsi" w:hAnsiTheme="majorHAnsi" w:cstheme="majorHAnsi"/>
        </w:rPr>
        <w:t xml:space="preserve"> </w:t>
      </w:r>
      <w:proofErr w:type="spellStart"/>
      <w:r w:rsidRPr="009812F8">
        <w:rPr>
          <w:rFonts w:asciiTheme="majorHAnsi" w:hAnsiTheme="majorHAnsi" w:cstheme="majorHAnsi"/>
        </w:rPr>
        <w:t>mokřadů</w:t>
      </w:r>
      <w:proofErr w:type="spellEnd"/>
      <w:r w:rsidRPr="009812F8">
        <w:rPr>
          <w:rFonts w:asciiTheme="majorHAnsi" w:hAnsiTheme="majorHAnsi" w:cstheme="majorHAnsi"/>
        </w:rPr>
        <w:t xml:space="preserve">), </w:t>
      </w:r>
      <w:proofErr w:type="spellStart"/>
      <w:r w:rsidRPr="009812F8">
        <w:rPr>
          <w:rFonts w:asciiTheme="majorHAnsi" w:hAnsiTheme="majorHAnsi" w:cstheme="majorHAnsi"/>
        </w:rPr>
        <w:t>které</w:t>
      </w:r>
      <w:proofErr w:type="spellEnd"/>
      <w:r w:rsidRPr="009812F8">
        <w:rPr>
          <w:rFonts w:asciiTheme="majorHAnsi" w:hAnsiTheme="majorHAnsi" w:cstheme="majorHAnsi"/>
        </w:rPr>
        <w:t xml:space="preserve"> v </w:t>
      </w:r>
      <w:proofErr w:type="spellStart"/>
      <w:r w:rsidRPr="009812F8">
        <w:rPr>
          <w:rFonts w:asciiTheme="majorHAnsi" w:hAnsiTheme="majorHAnsi" w:cstheme="majorHAnsi"/>
        </w:rPr>
        <w:t>létě</w:t>
      </w:r>
      <w:proofErr w:type="spellEnd"/>
      <w:r w:rsidRPr="009812F8">
        <w:rPr>
          <w:rFonts w:asciiTheme="majorHAnsi" w:hAnsiTheme="majorHAnsi" w:cstheme="majorHAnsi"/>
        </w:rPr>
        <w:t xml:space="preserve"> </w:t>
      </w:r>
      <w:proofErr w:type="spellStart"/>
      <w:r w:rsidRPr="009812F8">
        <w:rPr>
          <w:rFonts w:asciiTheme="majorHAnsi" w:hAnsiTheme="majorHAnsi" w:cstheme="majorHAnsi"/>
        </w:rPr>
        <w:t>vysychají</w:t>
      </w:r>
      <w:proofErr w:type="spellEnd"/>
      <w:r w:rsidRPr="009812F8">
        <w:rPr>
          <w:rFonts w:asciiTheme="majorHAnsi" w:hAnsiTheme="majorHAnsi" w:cstheme="majorHAnsi"/>
        </w:rPr>
        <w:t xml:space="preserve">. Tyto </w:t>
      </w:r>
      <w:proofErr w:type="spellStart"/>
      <w:r w:rsidRPr="009812F8">
        <w:rPr>
          <w:rFonts w:asciiTheme="majorHAnsi" w:hAnsiTheme="majorHAnsi" w:cstheme="majorHAnsi"/>
        </w:rPr>
        <w:t>plochy</w:t>
      </w:r>
      <w:proofErr w:type="spellEnd"/>
      <w:r w:rsidRPr="009812F8">
        <w:rPr>
          <w:rFonts w:asciiTheme="majorHAnsi" w:hAnsiTheme="majorHAnsi" w:cstheme="majorHAnsi"/>
        </w:rPr>
        <w:t xml:space="preserve"> </w:t>
      </w:r>
      <w:proofErr w:type="spellStart"/>
      <w:r w:rsidRPr="009812F8">
        <w:rPr>
          <w:rFonts w:asciiTheme="majorHAnsi" w:hAnsiTheme="majorHAnsi" w:cstheme="majorHAnsi"/>
        </w:rPr>
        <w:t>budou</w:t>
      </w:r>
      <w:proofErr w:type="spellEnd"/>
      <w:r w:rsidRPr="009812F8">
        <w:rPr>
          <w:rFonts w:asciiTheme="majorHAnsi" w:hAnsiTheme="majorHAnsi" w:cstheme="majorHAnsi"/>
        </w:rPr>
        <w:t xml:space="preserve"> </w:t>
      </w:r>
      <w:proofErr w:type="spellStart"/>
      <w:r w:rsidRPr="009812F8">
        <w:rPr>
          <w:rFonts w:asciiTheme="majorHAnsi" w:hAnsiTheme="majorHAnsi" w:cstheme="majorHAnsi"/>
        </w:rPr>
        <w:t>závislé</w:t>
      </w:r>
      <w:proofErr w:type="spellEnd"/>
      <w:r w:rsidRPr="009812F8">
        <w:rPr>
          <w:rFonts w:asciiTheme="majorHAnsi" w:hAnsiTheme="majorHAnsi" w:cstheme="majorHAnsi"/>
        </w:rPr>
        <w:t xml:space="preserve"> </w:t>
      </w:r>
      <w:proofErr w:type="spellStart"/>
      <w:r w:rsidRPr="009812F8">
        <w:rPr>
          <w:rFonts w:asciiTheme="majorHAnsi" w:hAnsiTheme="majorHAnsi" w:cstheme="majorHAnsi"/>
        </w:rPr>
        <w:t>na</w:t>
      </w:r>
      <w:proofErr w:type="spellEnd"/>
      <w:r w:rsidRPr="009812F8">
        <w:rPr>
          <w:rFonts w:asciiTheme="majorHAnsi" w:hAnsiTheme="majorHAnsi" w:cstheme="majorHAnsi"/>
        </w:rPr>
        <w:t xml:space="preserve"> </w:t>
      </w:r>
      <w:proofErr w:type="spellStart"/>
      <w:r w:rsidRPr="009812F8">
        <w:rPr>
          <w:rFonts w:asciiTheme="majorHAnsi" w:hAnsiTheme="majorHAnsi" w:cstheme="majorHAnsi"/>
        </w:rPr>
        <w:t>přisunu</w:t>
      </w:r>
      <w:proofErr w:type="spellEnd"/>
      <w:r w:rsidRPr="009812F8">
        <w:rPr>
          <w:rFonts w:asciiTheme="majorHAnsi" w:hAnsiTheme="majorHAnsi" w:cstheme="majorHAnsi"/>
        </w:rPr>
        <w:t xml:space="preserve"> </w:t>
      </w:r>
      <w:proofErr w:type="spellStart"/>
      <w:r w:rsidRPr="009812F8">
        <w:rPr>
          <w:rFonts w:asciiTheme="majorHAnsi" w:hAnsiTheme="majorHAnsi" w:cstheme="majorHAnsi"/>
        </w:rPr>
        <w:t>vody</w:t>
      </w:r>
      <w:proofErr w:type="spellEnd"/>
      <w:r w:rsidRPr="009812F8">
        <w:rPr>
          <w:rFonts w:asciiTheme="majorHAnsi" w:hAnsiTheme="majorHAnsi" w:cstheme="majorHAnsi"/>
        </w:rPr>
        <w:t xml:space="preserve"> </w:t>
      </w:r>
      <w:proofErr w:type="spellStart"/>
      <w:r w:rsidRPr="009812F8">
        <w:rPr>
          <w:rFonts w:asciiTheme="majorHAnsi" w:hAnsiTheme="majorHAnsi" w:cstheme="majorHAnsi"/>
        </w:rPr>
        <w:t>pomocí</w:t>
      </w:r>
      <w:proofErr w:type="spellEnd"/>
      <w:r w:rsidRPr="009812F8">
        <w:rPr>
          <w:rFonts w:asciiTheme="majorHAnsi" w:hAnsiTheme="majorHAnsi" w:cstheme="majorHAnsi"/>
        </w:rPr>
        <w:t xml:space="preserve"> </w:t>
      </w:r>
      <w:proofErr w:type="spellStart"/>
      <w:r w:rsidRPr="009812F8">
        <w:rPr>
          <w:rFonts w:asciiTheme="majorHAnsi" w:hAnsiTheme="majorHAnsi" w:cstheme="majorHAnsi"/>
        </w:rPr>
        <w:t>deště</w:t>
      </w:r>
      <w:proofErr w:type="spellEnd"/>
      <w:r w:rsidRPr="009812F8">
        <w:rPr>
          <w:rFonts w:asciiTheme="majorHAnsi" w:hAnsiTheme="majorHAnsi" w:cstheme="majorHAnsi"/>
        </w:rPr>
        <w:t>.</w:t>
      </w:r>
    </w:p>
    <w:p w14:paraId="12057F74" w14:textId="3D943DC2" w:rsidR="00AF37B1" w:rsidRPr="009812F8" w:rsidRDefault="00D675B2" w:rsidP="00BB6B05">
      <w:pPr>
        <w:numPr>
          <w:ilvl w:val="0"/>
          <w:numId w:val="2"/>
        </w:numPr>
        <w:jc w:val="both"/>
        <w:rPr>
          <w:rFonts w:asciiTheme="majorHAnsi" w:hAnsiTheme="majorHAnsi" w:cstheme="majorHAnsi"/>
        </w:rPr>
      </w:pPr>
      <w:proofErr w:type="spellStart"/>
      <w:r w:rsidRPr="009812F8">
        <w:rPr>
          <w:rFonts w:asciiTheme="majorHAnsi" w:hAnsiTheme="majorHAnsi" w:cstheme="majorHAnsi"/>
        </w:rPr>
        <w:t>Vybudování</w:t>
      </w:r>
      <w:proofErr w:type="spellEnd"/>
      <w:r w:rsidRPr="009812F8">
        <w:rPr>
          <w:rFonts w:asciiTheme="majorHAnsi" w:hAnsiTheme="majorHAnsi" w:cstheme="majorHAnsi"/>
        </w:rPr>
        <w:t xml:space="preserve"> </w:t>
      </w:r>
      <w:proofErr w:type="spellStart"/>
      <w:r w:rsidRPr="009812F8">
        <w:rPr>
          <w:rFonts w:asciiTheme="majorHAnsi" w:hAnsiTheme="majorHAnsi" w:cstheme="majorHAnsi"/>
        </w:rPr>
        <w:t>trvalých</w:t>
      </w:r>
      <w:proofErr w:type="spellEnd"/>
      <w:r w:rsidRPr="009812F8">
        <w:rPr>
          <w:rFonts w:asciiTheme="majorHAnsi" w:hAnsiTheme="majorHAnsi" w:cstheme="majorHAnsi"/>
        </w:rPr>
        <w:t xml:space="preserve"> </w:t>
      </w:r>
      <w:proofErr w:type="spellStart"/>
      <w:r w:rsidRPr="009812F8">
        <w:rPr>
          <w:rFonts w:asciiTheme="majorHAnsi" w:hAnsiTheme="majorHAnsi" w:cstheme="majorHAnsi"/>
        </w:rPr>
        <w:t>menších</w:t>
      </w:r>
      <w:proofErr w:type="spellEnd"/>
      <w:r w:rsidRPr="009812F8">
        <w:rPr>
          <w:rFonts w:asciiTheme="majorHAnsi" w:hAnsiTheme="majorHAnsi" w:cstheme="majorHAnsi"/>
        </w:rPr>
        <w:t xml:space="preserve"> </w:t>
      </w:r>
      <w:proofErr w:type="spellStart"/>
      <w:r w:rsidRPr="009812F8">
        <w:rPr>
          <w:rFonts w:asciiTheme="majorHAnsi" w:hAnsiTheme="majorHAnsi" w:cstheme="majorHAnsi"/>
        </w:rPr>
        <w:t>vodních</w:t>
      </w:r>
      <w:proofErr w:type="spellEnd"/>
      <w:r w:rsidRPr="009812F8">
        <w:rPr>
          <w:rFonts w:asciiTheme="majorHAnsi" w:hAnsiTheme="majorHAnsi" w:cstheme="majorHAnsi"/>
        </w:rPr>
        <w:t xml:space="preserve"> </w:t>
      </w:r>
      <w:proofErr w:type="spellStart"/>
      <w:r w:rsidRPr="009812F8">
        <w:rPr>
          <w:rFonts w:asciiTheme="majorHAnsi" w:hAnsiTheme="majorHAnsi" w:cstheme="majorHAnsi"/>
        </w:rPr>
        <w:t>ploch</w:t>
      </w:r>
      <w:proofErr w:type="spellEnd"/>
      <w:r w:rsidRPr="009812F8">
        <w:rPr>
          <w:rFonts w:asciiTheme="majorHAnsi" w:hAnsiTheme="majorHAnsi" w:cstheme="majorHAnsi"/>
        </w:rPr>
        <w:t xml:space="preserve"> (</w:t>
      </w:r>
      <w:proofErr w:type="spellStart"/>
      <w:r w:rsidRPr="009812F8">
        <w:rPr>
          <w:rFonts w:asciiTheme="majorHAnsi" w:hAnsiTheme="majorHAnsi" w:cstheme="majorHAnsi"/>
        </w:rPr>
        <w:t>mokřadů</w:t>
      </w:r>
      <w:proofErr w:type="spellEnd"/>
      <w:r w:rsidR="00400546" w:rsidRPr="009812F8">
        <w:rPr>
          <w:rFonts w:asciiTheme="majorHAnsi" w:hAnsiTheme="majorHAnsi" w:cstheme="majorHAnsi"/>
        </w:rPr>
        <w:t xml:space="preserve"> a </w:t>
      </w:r>
      <w:proofErr w:type="spellStart"/>
      <w:r w:rsidR="00400546" w:rsidRPr="009812F8">
        <w:rPr>
          <w:rFonts w:asciiTheme="majorHAnsi" w:hAnsiTheme="majorHAnsi" w:cstheme="majorHAnsi"/>
        </w:rPr>
        <w:t>rybníčků</w:t>
      </w:r>
      <w:proofErr w:type="spellEnd"/>
      <w:r w:rsidRPr="009812F8">
        <w:rPr>
          <w:rFonts w:asciiTheme="majorHAnsi" w:hAnsiTheme="majorHAnsi" w:cstheme="majorHAnsi"/>
        </w:rPr>
        <w:t xml:space="preserve">). </w:t>
      </w:r>
    </w:p>
    <w:p w14:paraId="77F738EA" w14:textId="6BD499B1" w:rsidR="00AF37B1" w:rsidRPr="009812F8" w:rsidRDefault="00D675B2" w:rsidP="00BB6B05">
      <w:pPr>
        <w:jc w:val="both"/>
        <w:rPr>
          <w:rFonts w:asciiTheme="majorHAnsi" w:hAnsiTheme="majorHAnsi" w:cstheme="majorHAnsi"/>
          <w:szCs w:val="24"/>
        </w:rPr>
      </w:pPr>
      <w:r w:rsidRPr="009812F8">
        <w:rPr>
          <w:rFonts w:asciiTheme="majorHAnsi" w:hAnsiTheme="majorHAnsi" w:cstheme="majorHAnsi"/>
          <w:szCs w:val="24"/>
        </w:rPr>
        <w:t xml:space="preserve">Tyto </w:t>
      </w:r>
      <w:proofErr w:type="spellStart"/>
      <w:r w:rsidRPr="009812F8">
        <w:rPr>
          <w:rFonts w:asciiTheme="majorHAnsi" w:hAnsiTheme="majorHAnsi" w:cstheme="majorHAnsi"/>
          <w:szCs w:val="24"/>
        </w:rPr>
        <w:t>plochy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slouží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především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k </w:t>
      </w:r>
      <w:proofErr w:type="spellStart"/>
      <w:r w:rsidRPr="009812F8">
        <w:rPr>
          <w:rFonts w:asciiTheme="majorHAnsi" w:hAnsiTheme="majorHAnsi" w:cstheme="majorHAnsi"/>
          <w:szCs w:val="24"/>
        </w:rPr>
        <w:t>rozmnožování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obojživelníků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, </w:t>
      </w:r>
      <w:proofErr w:type="spellStart"/>
      <w:r w:rsidRPr="009812F8">
        <w:rPr>
          <w:rFonts w:asciiTheme="majorHAnsi" w:hAnsiTheme="majorHAnsi" w:cstheme="majorHAnsi"/>
          <w:szCs w:val="24"/>
        </w:rPr>
        <w:t>kteří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jsou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celkově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na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ústupu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, a </w:t>
      </w:r>
      <w:proofErr w:type="spellStart"/>
      <w:r w:rsidRPr="009812F8">
        <w:rPr>
          <w:rFonts w:asciiTheme="majorHAnsi" w:hAnsiTheme="majorHAnsi" w:cstheme="majorHAnsi"/>
          <w:szCs w:val="24"/>
        </w:rPr>
        <w:t>vodnímu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hmyzu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. Okolo </w:t>
      </w:r>
      <w:proofErr w:type="spellStart"/>
      <w:r w:rsidRPr="009812F8">
        <w:rPr>
          <w:rFonts w:asciiTheme="majorHAnsi" w:hAnsiTheme="majorHAnsi" w:cstheme="majorHAnsi"/>
          <w:szCs w:val="24"/>
        </w:rPr>
        <w:t>tůní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vzniknou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navazující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biotopy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, </w:t>
      </w:r>
      <w:proofErr w:type="spellStart"/>
      <w:r w:rsidRPr="009812F8">
        <w:rPr>
          <w:rFonts w:asciiTheme="majorHAnsi" w:hAnsiTheme="majorHAnsi" w:cstheme="majorHAnsi"/>
          <w:szCs w:val="24"/>
        </w:rPr>
        <w:t>které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slouží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dalšímu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hmyzu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, </w:t>
      </w:r>
      <w:proofErr w:type="spellStart"/>
      <w:r w:rsidRPr="009812F8">
        <w:rPr>
          <w:rFonts w:asciiTheme="majorHAnsi" w:hAnsiTheme="majorHAnsi" w:cstheme="majorHAnsi"/>
          <w:szCs w:val="24"/>
        </w:rPr>
        <w:t>např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. </w:t>
      </w:r>
      <w:proofErr w:type="spellStart"/>
      <w:r w:rsidR="00400546" w:rsidRPr="009812F8">
        <w:rPr>
          <w:rFonts w:asciiTheme="majorHAnsi" w:hAnsiTheme="majorHAnsi" w:cstheme="majorHAnsi"/>
          <w:szCs w:val="24"/>
        </w:rPr>
        <w:t>R</w:t>
      </w:r>
      <w:r w:rsidRPr="009812F8">
        <w:rPr>
          <w:rFonts w:asciiTheme="majorHAnsi" w:hAnsiTheme="majorHAnsi" w:cstheme="majorHAnsi"/>
          <w:szCs w:val="24"/>
        </w:rPr>
        <w:t>ovnokřídlým</w:t>
      </w:r>
      <w:proofErr w:type="spellEnd"/>
      <w:r w:rsidR="00400546" w:rsidRPr="009812F8">
        <w:rPr>
          <w:rFonts w:asciiTheme="majorHAnsi" w:hAnsiTheme="majorHAnsi" w:cstheme="majorHAnsi"/>
          <w:szCs w:val="24"/>
        </w:rPr>
        <w:t xml:space="preserve"> </w:t>
      </w:r>
      <w:r w:rsidRPr="009812F8">
        <w:rPr>
          <w:rFonts w:asciiTheme="majorHAnsi" w:hAnsiTheme="majorHAnsi" w:cstheme="majorHAnsi"/>
          <w:szCs w:val="24"/>
        </w:rPr>
        <w:t>(</w:t>
      </w:r>
      <w:r w:rsidRPr="009812F8">
        <w:rPr>
          <w:rFonts w:asciiTheme="majorHAnsi" w:hAnsiTheme="majorHAnsi" w:cstheme="majorHAnsi"/>
          <w:i/>
          <w:iCs/>
          <w:szCs w:val="24"/>
        </w:rPr>
        <w:t>Orthoptera</w:t>
      </w:r>
      <w:r w:rsidRPr="009812F8">
        <w:rPr>
          <w:rFonts w:asciiTheme="majorHAnsi" w:hAnsiTheme="majorHAnsi" w:cstheme="majorHAnsi"/>
          <w:szCs w:val="24"/>
        </w:rPr>
        <w:t>), </w:t>
      </w:r>
      <w:proofErr w:type="spellStart"/>
      <w:r w:rsidRPr="009812F8">
        <w:rPr>
          <w:rFonts w:asciiTheme="majorHAnsi" w:hAnsiTheme="majorHAnsi" w:cstheme="majorHAnsi"/>
          <w:szCs w:val="24"/>
        </w:rPr>
        <w:t>plošticím</w:t>
      </w:r>
      <w:proofErr w:type="spellEnd"/>
      <w:r w:rsidRPr="009812F8">
        <w:rPr>
          <w:rFonts w:asciiTheme="majorHAnsi" w:hAnsiTheme="majorHAnsi" w:cstheme="majorHAnsi"/>
          <w:szCs w:val="24"/>
        </w:rPr>
        <w:t> (</w:t>
      </w:r>
      <w:r w:rsidRPr="009812F8">
        <w:rPr>
          <w:rFonts w:asciiTheme="majorHAnsi" w:hAnsiTheme="majorHAnsi" w:cstheme="majorHAnsi"/>
          <w:i/>
          <w:iCs/>
          <w:szCs w:val="24"/>
        </w:rPr>
        <w:t>Heteroptera</w:t>
      </w:r>
      <w:r w:rsidRPr="009812F8">
        <w:rPr>
          <w:rFonts w:asciiTheme="majorHAnsi" w:hAnsiTheme="majorHAnsi" w:cstheme="majorHAnsi"/>
          <w:szCs w:val="24"/>
        </w:rPr>
        <w:t xml:space="preserve">), </w:t>
      </w:r>
      <w:proofErr w:type="spellStart"/>
      <w:r w:rsidRPr="009812F8">
        <w:rPr>
          <w:rFonts w:asciiTheme="majorHAnsi" w:hAnsiTheme="majorHAnsi" w:cstheme="majorHAnsi"/>
          <w:szCs w:val="24"/>
        </w:rPr>
        <w:t>vážkám</w:t>
      </w:r>
      <w:proofErr w:type="spellEnd"/>
      <w:r w:rsidRPr="009812F8">
        <w:rPr>
          <w:rFonts w:asciiTheme="majorHAnsi" w:hAnsiTheme="majorHAnsi" w:cstheme="majorHAnsi"/>
          <w:szCs w:val="24"/>
        </w:rPr>
        <w:t> (</w:t>
      </w:r>
      <w:r w:rsidRPr="009812F8">
        <w:rPr>
          <w:rFonts w:asciiTheme="majorHAnsi" w:hAnsiTheme="majorHAnsi" w:cstheme="majorHAnsi"/>
          <w:i/>
          <w:iCs/>
          <w:szCs w:val="24"/>
        </w:rPr>
        <w:t>Odonata</w:t>
      </w:r>
      <w:r w:rsidRPr="009812F8">
        <w:rPr>
          <w:rFonts w:asciiTheme="majorHAnsi" w:hAnsiTheme="majorHAnsi" w:cstheme="majorHAnsi"/>
          <w:szCs w:val="24"/>
        </w:rPr>
        <w:t xml:space="preserve">), </w:t>
      </w:r>
      <w:proofErr w:type="spellStart"/>
      <w:r w:rsidRPr="009812F8">
        <w:rPr>
          <w:rFonts w:asciiTheme="majorHAnsi" w:hAnsiTheme="majorHAnsi" w:cstheme="majorHAnsi"/>
          <w:szCs w:val="24"/>
        </w:rPr>
        <w:t>zde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například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největší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naší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vzácné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vážce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i/>
          <w:iCs/>
          <w:szCs w:val="24"/>
        </w:rPr>
        <w:t>Leucorrhinia</w:t>
      </w:r>
      <w:proofErr w:type="spellEnd"/>
      <w:r w:rsidRPr="009812F8">
        <w:rPr>
          <w:rFonts w:asciiTheme="majorHAnsi" w:hAnsiTheme="majorHAnsi" w:cstheme="majorHAnsi"/>
          <w:i/>
          <w:iCs/>
          <w:szCs w:val="24"/>
        </w:rPr>
        <w:t xml:space="preserve"> pectoralis</w:t>
      </w:r>
      <w:r w:rsidRPr="009812F8">
        <w:rPr>
          <w:rFonts w:asciiTheme="majorHAnsi" w:hAnsiTheme="majorHAnsi" w:cstheme="majorHAnsi"/>
          <w:szCs w:val="24"/>
        </w:rPr>
        <w:t xml:space="preserve">. </w:t>
      </w:r>
    </w:p>
    <w:p w14:paraId="624F568D" w14:textId="77777777" w:rsidR="00AF37B1" w:rsidRPr="009812F8" w:rsidRDefault="00D675B2" w:rsidP="00BB6B05">
      <w:pPr>
        <w:jc w:val="both"/>
        <w:rPr>
          <w:rFonts w:asciiTheme="majorHAnsi" w:hAnsiTheme="majorHAnsi" w:cstheme="majorHAnsi"/>
          <w:szCs w:val="24"/>
        </w:rPr>
      </w:pPr>
      <w:proofErr w:type="spellStart"/>
      <w:r w:rsidRPr="009812F8">
        <w:rPr>
          <w:rFonts w:asciiTheme="majorHAnsi" w:hAnsiTheme="majorHAnsi" w:cstheme="majorHAnsi"/>
          <w:szCs w:val="24"/>
        </w:rPr>
        <w:t>Trvalejší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tůně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menší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velikosti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mohou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posloužit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k </w:t>
      </w:r>
      <w:proofErr w:type="spellStart"/>
      <w:r w:rsidRPr="009812F8">
        <w:rPr>
          <w:rFonts w:asciiTheme="majorHAnsi" w:hAnsiTheme="majorHAnsi" w:cstheme="majorHAnsi"/>
          <w:szCs w:val="24"/>
        </w:rPr>
        <w:t>návratu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drobné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rybky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Slunky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obecné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(</w:t>
      </w:r>
      <w:proofErr w:type="spellStart"/>
      <w:r w:rsidRPr="009812F8">
        <w:rPr>
          <w:rFonts w:asciiTheme="majorHAnsi" w:hAnsiTheme="majorHAnsi" w:cstheme="majorHAnsi"/>
          <w:i/>
          <w:iCs/>
          <w:szCs w:val="24"/>
        </w:rPr>
        <w:t>Leucaspius</w:t>
      </w:r>
      <w:proofErr w:type="spellEnd"/>
      <w:r w:rsidRPr="009812F8">
        <w:rPr>
          <w:rFonts w:asciiTheme="majorHAnsi" w:hAnsiTheme="majorHAnsi" w:cstheme="majorHAnsi"/>
          <w:i/>
          <w:iCs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i/>
          <w:iCs/>
          <w:szCs w:val="24"/>
        </w:rPr>
        <w:t>delineatus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), </w:t>
      </w:r>
      <w:proofErr w:type="spellStart"/>
      <w:r w:rsidRPr="009812F8">
        <w:rPr>
          <w:rFonts w:asciiTheme="majorHAnsi" w:hAnsiTheme="majorHAnsi" w:cstheme="majorHAnsi"/>
          <w:szCs w:val="24"/>
        </w:rPr>
        <w:t>která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r w:rsidR="00CC2A10" w:rsidRPr="009812F8">
        <w:rPr>
          <w:rFonts w:asciiTheme="majorHAnsi" w:hAnsiTheme="majorHAnsi" w:cstheme="majorHAnsi"/>
          <w:szCs w:val="24"/>
        </w:rPr>
        <w:t xml:space="preserve">v </w:t>
      </w:r>
      <w:proofErr w:type="spellStart"/>
      <w:r w:rsidR="00CC2A10" w:rsidRPr="009812F8">
        <w:rPr>
          <w:rFonts w:asciiTheme="majorHAnsi" w:hAnsiTheme="majorHAnsi" w:cstheme="majorHAnsi"/>
          <w:szCs w:val="24"/>
        </w:rPr>
        <w:t>současnosti</w:t>
      </w:r>
      <w:proofErr w:type="spellEnd"/>
      <w:r w:rsidR="00CC2A10"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="00CC2A10" w:rsidRPr="009812F8">
        <w:rPr>
          <w:rFonts w:asciiTheme="majorHAnsi" w:hAnsiTheme="majorHAnsi" w:cstheme="majorHAnsi"/>
          <w:szCs w:val="24"/>
        </w:rPr>
        <w:t>ve</w:t>
      </w:r>
      <w:proofErr w:type="spellEnd"/>
      <w:r w:rsidR="00CC2A10"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="00CC2A10" w:rsidRPr="009812F8">
        <w:rPr>
          <w:rFonts w:asciiTheme="majorHAnsi" w:hAnsiTheme="majorHAnsi" w:cstheme="majorHAnsi"/>
          <w:szCs w:val="24"/>
        </w:rPr>
        <w:t>volné</w:t>
      </w:r>
      <w:proofErr w:type="spellEnd"/>
      <w:r w:rsidR="00CC2A10"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="00CC2A10" w:rsidRPr="009812F8">
        <w:rPr>
          <w:rFonts w:asciiTheme="majorHAnsi" w:hAnsiTheme="majorHAnsi" w:cstheme="majorHAnsi"/>
          <w:szCs w:val="24"/>
        </w:rPr>
        <w:t>krajině</w:t>
      </w:r>
      <w:proofErr w:type="spellEnd"/>
      <w:r w:rsidR="00CC2A10"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vymírá</w:t>
      </w:r>
      <w:proofErr w:type="spellEnd"/>
      <w:r w:rsidRPr="009812F8">
        <w:rPr>
          <w:rFonts w:asciiTheme="majorHAnsi" w:hAnsiTheme="majorHAnsi" w:cstheme="majorHAnsi"/>
          <w:szCs w:val="24"/>
        </w:rPr>
        <w:t>. V </w:t>
      </w:r>
      <w:proofErr w:type="spellStart"/>
      <w:r w:rsidRPr="009812F8">
        <w:rPr>
          <w:rFonts w:asciiTheme="majorHAnsi" w:hAnsiTheme="majorHAnsi" w:cstheme="majorHAnsi"/>
          <w:szCs w:val="24"/>
        </w:rPr>
        <w:t>případě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vzniku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větší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tůně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, by </w:t>
      </w:r>
      <w:proofErr w:type="spellStart"/>
      <w:r w:rsidRPr="009812F8">
        <w:rPr>
          <w:rFonts w:asciiTheme="majorHAnsi" w:hAnsiTheme="majorHAnsi" w:cstheme="majorHAnsi"/>
          <w:szCs w:val="24"/>
        </w:rPr>
        <w:t>tato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mohla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posloužit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k </w:t>
      </w:r>
      <w:proofErr w:type="spellStart"/>
      <w:r w:rsidRPr="009812F8">
        <w:rPr>
          <w:rFonts w:asciiTheme="majorHAnsi" w:hAnsiTheme="majorHAnsi" w:cstheme="majorHAnsi"/>
          <w:szCs w:val="24"/>
        </w:rPr>
        <w:t>zachování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karase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obecného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(</w:t>
      </w:r>
      <w:r w:rsidRPr="009812F8">
        <w:rPr>
          <w:rFonts w:asciiTheme="majorHAnsi" w:hAnsiTheme="majorHAnsi" w:cstheme="majorHAnsi"/>
          <w:i/>
          <w:iCs/>
          <w:szCs w:val="24"/>
        </w:rPr>
        <w:t xml:space="preserve">Carassius </w:t>
      </w:r>
      <w:proofErr w:type="spellStart"/>
      <w:r w:rsidRPr="009812F8">
        <w:rPr>
          <w:rFonts w:asciiTheme="majorHAnsi" w:hAnsiTheme="majorHAnsi" w:cstheme="majorHAnsi"/>
          <w:i/>
          <w:iCs/>
          <w:szCs w:val="24"/>
        </w:rPr>
        <w:t>carassius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), </w:t>
      </w:r>
      <w:proofErr w:type="spellStart"/>
      <w:r w:rsidRPr="009812F8">
        <w:rPr>
          <w:rFonts w:asciiTheme="majorHAnsi" w:hAnsiTheme="majorHAnsi" w:cstheme="majorHAnsi"/>
          <w:szCs w:val="24"/>
        </w:rPr>
        <w:t>který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již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na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našem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území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prakticky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vy</w:t>
      </w:r>
      <w:r w:rsidR="00CC2A10" w:rsidRPr="009812F8">
        <w:rPr>
          <w:rFonts w:asciiTheme="majorHAnsi" w:hAnsiTheme="majorHAnsi" w:cstheme="majorHAnsi"/>
          <w:szCs w:val="24"/>
        </w:rPr>
        <w:t>hynul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. Oba </w:t>
      </w:r>
      <w:proofErr w:type="spellStart"/>
      <w:r w:rsidRPr="009812F8">
        <w:rPr>
          <w:rFonts w:asciiTheme="majorHAnsi" w:hAnsiTheme="majorHAnsi" w:cstheme="majorHAnsi"/>
          <w:szCs w:val="24"/>
        </w:rPr>
        <w:t>tyto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druhy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jsou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dnes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kriticky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ohrožené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a </w:t>
      </w:r>
      <w:proofErr w:type="spellStart"/>
      <w:r w:rsidRPr="009812F8">
        <w:rPr>
          <w:rFonts w:asciiTheme="majorHAnsi" w:hAnsiTheme="majorHAnsi" w:cstheme="majorHAnsi"/>
          <w:szCs w:val="24"/>
        </w:rPr>
        <w:t>vytvořením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vhodných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biotopů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lze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přispět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k </w:t>
      </w:r>
      <w:proofErr w:type="spellStart"/>
      <w:r w:rsidRPr="009812F8">
        <w:rPr>
          <w:rFonts w:asciiTheme="majorHAnsi" w:hAnsiTheme="majorHAnsi" w:cstheme="majorHAnsi"/>
          <w:szCs w:val="24"/>
        </w:rPr>
        <w:t>zachování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genofondu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regionálních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ras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obou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rybích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druhů</w:t>
      </w:r>
      <w:proofErr w:type="spellEnd"/>
      <w:r w:rsidRPr="009812F8">
        <w:rPr>
          <w:rFonts w:asciiTheme="majorHAnsi" w:hAnsiTheme="majorHAnsi" w:cstheme="majorHAnsi"/>
          <w:szCs w:val="24"/>
        </w:rPr>
        <w:t>.</w:t>
      </w:r>
    </w:p>
    <w:p w14:paraId="71ADC73C" w14:textId="7B12068D" w:rsidR="00AF37B1" w:rsidRPr="009812F8" w:rsidRDefault="00D675B2" w:rsidP="00BB6B05">
      <w:pPr>
        <w:jc w:val="both"/>
        <w:rPr>
          <w:rFonts w:asciiTheme="majorHAnsi" w:hAnsiTheme="majorHAnsi" w:cstheme="majorHAnsi"/>
          <w:szCs w:val="24"/>
        </w:rPr>
      </w:pPr>
      <w:r w:rsidRPr="009812F8">
        <w:rPr>
          <w:rFonts w:asciiTheme="majorHAnsi" w:hAnsiTheme="majorHAnsi" w:cstheme="majorHAnsi"/>
          <w:szCs w:val="24"/>
        </w:rPr>
        <w:t>V </w:t>
      </w:r>
      <w:proofErr w:type="spellStart"/>
      <w:r w:rsidRPr="009812F8">
        <w:rPr>
          <w:rFonts w:asciiTheme="majorHAnsi" w:hAnsiTheme="majorHAnsi" w:cstheme="majorHAnsi"/>
          <w:szCs w:val="24"/>
        </w:rPr>
        <w:t>návaznosti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na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tyto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plochy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by </w:t>
      </w:r>
      <w:r w:rsidR="00CC2A10" w:rsidRPr="009812F8">
        <w:rPr>
          <w:rFonts w:asciiTheme="majorHAnsi" w:hAnsiTheme="majorHAnsi" w:cstheme="majorHAnsi"/>
          <w:szCs w:val="24"/>
        </w:rPr>
        <w:t xml:space="preserve">v </w:t>
      </w:r>
      <w:proofErr w:type="spellStart"/>
      <w:r w:rsidR="00CC2A10" w:rsidRPr="009812F8">
        <w:rPr>
          <w:rFonts w:asciiTheme="majorHAnsi" w:hAnsiTheme="majorHAnsi" w:cstheme="majorHAnsi"/>
          <w:szCs w:val="24"/>
        </w:rPr>
        <w:t>budoucnu</w:t>
      </w:r>
      <w:proofErr w:type="spellEnd"/>
      <w:r w:rsidR="00CC2A10"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mohl</w:t>
      </w:r>
      <w:r w:rsidR="00CC2A10" w:rsidRPr="009812F8">
        <w:rPr>
          <w:rFonts w:asciiTheme="majorHAnsi" w:hAnsiTheme="majorHAnsi" w:cstheme="majorHAnsi"/>
          <w:szCs w:val="24"/>
        </w:rPr>
        <w:t>y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="00CC2A10" w:rsidRPr="009812F8">
        <w:rPr>
          <w:rFonts w:asciiTheme="majorHAnsi" w:hAnsiTheme="majorHAnsi" w:cstheme="majorHAnsi"/>
          <w:szCs w:val="24"/>
        </w:rPr>
        <w:t>okolí</w:t>
      </w:r>
      <w:proofErr w:type="spellEnd"/>
      <w:r w:rsidR="00CC2A10"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="00CC2A10" w:rsidRPr="009812F8">
        <w:rPr>
          <w:rFonts w:asciiTheme="majorHAnsi" w:hAnsiTheme="majorHAnsi" w:cstheme="majorHAnsi"/>
          <w:szCs w:val="24"/>
        </w:rPr>
        <w:t>mokřadů</w:t>
      </w:r>
      <w:proofErr w:type="spellEnd"/>
      <w:r w:rsidR="00CC2A10"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osídlit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a </w:t>
      </w:r>
      <w:proofErr w:type="spellStart"/>
      <w:r w:rsidRPr="009812F8">
        <w:rPr>
          <w:rFonts w:asciiTheme="majorHAnsi" w:hAnsiTheme="majorHAnsi" w:cstheme="majorHAnsi"/>
          <w:szCs w:val="24"/>
        </w:rPr>
        <w:t>navštěvovat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hnízdící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ptáci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(</w:t>
      </w:r>
      <w:proofErr w:type="spellStart"/>
      <w:r w:rsidRPr="009812F8">
        <w:rPr>
          <w:rFonts w:asciiTheme="majorHAnsi" w:hAnsiTheme="majorHAnsi" w:cstheme="majorHAnsi"/>
          <w:szCs w:val="24"/>
        </w:rPr>
        <w:t>ledňáček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, </w:t>
      </w:r>
      <w:proofErr w:type="spellStart"/>
      <w:r w:rsidRPr="009812F8">
        <w:rPr>
          <w:rFonts w:asciiTheme="majorHAnsi" w:hAnsiTheme="majorHAnsi" w:cstheme="majorHAnsi"/>
          <w:szCs w:val="24"/>
        </w:rPr>
        <w:t>rákosníci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a </w:t>
      </w:r>
      <w:proofErr w:type="spellStart"/>
      <w:r w:rsidRPr="009812F8">
        <w:rPr>
          <w:rFonts w:asciiTheme="majorHAnsi" w:hAnsiTheme="majorHAnsi" w:cstheme="majorHAnsi"/>
          <w:szCs w:val="24"/>
        </w:rPr>
        <w:t>další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druhy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ptactva</w:t>
      </w:r>
      <w:proofErr w:type="spellEnd"/>
      <w:r w:rsidRPr="009812F8">
        <w:rPr>
          <w:rFonts w:asciiTheme="majorHAnsi" w:hAnsiTheme="majorHAnsi" w:cstheme="majorHAnsi"/>
          <w:szCs w:val="24"/>
        </w:rPr>
        <w:t>).</w:t>
      </w:r>
    </w:p>
    <w:p w14:paraId="3C651363" w14:textId="5DB34A63" w:rsidR="00AF37B1" w:rsidRPr="009812F8" w:rsidRDefault="00D675B2" w:rsidP="00BB6B05">
      <w:pPr>
        <w:jc w:val="both"/>
        <w:rPr>
          <w:rFonts w:asciiTheme="majorHAnsi" w:hAnsiTheme="majorHAnsi" w:cstheme="majorHAnsi"/>
          <w:szCs w:val="24"/>
        </w:rPr>
      </w:pPr>
      <w:proofErr w:type="spellStart"/>
      <w:r w:rsidRPr="009812F8">
        <w:rPr>
          <w:rFonts w:asciiTheme="majorHAnsi" w:hAnsiTheme="majorHAnsi" w:cstheme="majorHAnsi"/>
          <w:b/>
          <w:bCs/>
          <w:szCs w:val="24"/>
        </w:rPr>
        <w:t>Rašelinná</w:t>
      </w:r>
      <w:proofErr w:type="spellEnd"/>
      <w:r w:rsidRPr="009812F8">
        <w:rPr>
          <w:rFonts w:asciiTheme="majorHAnsi" w:hAnsiTheme="majorHAnsi" w:cstheme="majorHAnsi"/>
          <w:b/>
          <w:bCs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b/>
          <w:bCs/>
          <w:szCs w:val="24"/>
        </w:rPr>
        <w:t>tůň</w:t>
      </w:r>
      <w:proofErr w:type="spellEnd"/>
      <w:r w:rsidRPr="009812F8">
        <w:rPr>
          <w:rFonts w:asciiTheme="majorHAnsi" w:hAnsiTheme="majorHAnsi" w:cstheme="majorHAnsi"/>
          <w:b/>
          <w:bCs/>
          <w:szCs w:val="24"/>
        </w:rPr>
        <w:t>:</w:t>
      </w:r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Vybudování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mokřadu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na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hranici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lesa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s </w:t>
      </w:r>
      <w:proofErr w:type="spellStart"/>
      <w:r w:rsidRPr="009812F8">
        <w:rPr>
          <w:rFonts w:asciiTheme="majorHAnsi" w:hAnsiTheme="majorHAnsi" w:cstheme="majorHAnsi"/>
          <w:szCs w:val="24"/>
        </w:rPr>
        <w:t>kyselým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prostředím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by </w:t>
      </w:r>
      <w:proofErr w:type="spellStart"/>
      <w:r w:rsidRPr="009812F8">
        <w:rPr>
          <w:rFonts w:asciiTheme="majorHAnsi" w:hAnsiTheme="majorHAnsi" w:cstheme="majorHAnsi"/>
          <w:szCs w:val="24"/>
        </w:rPr>
        <w:t>umožnilo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výskyt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několik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vzácným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druhům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rostlin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, </w:t>
      </w:r>
      <w:proofErr w:type="spellStart"/>
      <w:r w:rsidRPr="009812F8">
        <w:rPr>
          <w:rFonts w:asciiTheme="majorHAnsi" w:hAnsiTheme="majorHAnsi" w:cstheme="majorHAnsi"/>
          <w:szCs w:val="24"/>
        </w:rPr>
        <w:t>které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se v </w:t>
      </w:r>
      <w:proofErr w:type="spellStart"/>
      <w:r w:rsidRPr="009812F8">
        <w:rPr>
          <w:rFonts w:asciiTheme="majorHAnsi" w:hAnsiTheme="majorHAnsi" w:cstheme="majorHAnsi"/>
          <w:szCs w:val="24"/>
        </w:rPr>
        <w:t>Beskydech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dříve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vyskytovaly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na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původních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="00400546" w:rsidRPr="009812F8">
        <w:rPr>
          <w:rFonts w:asciiTheme="majorHAnsi" w:hAnsiTheme="majorHAnsi" w:cstheme="majorHAnsi"/>
          <w:szCs w:val="24"/>
        </w:rPr>
        <w:t>podhorských</w:t>
      </w:r>
      <w:proofErr w:type="spellEnd"/>
      <w:r w:rsidR="00400546"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rašeliništích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a </w:t>
      </w:r>
      <w:proofErr w:type="spellStart"/>
      <w:r w:rsidRPr="009812F8">
        <w:rPr>
          <w:rFonts w:asciiTheme="majorHAnsi" w:hAnsiTheme="majorHAnsi" w:cstheme="majorHAnsi"/>
          <w:szCs w:val="24"/>
        </w:rPr>
        <w:t>jež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dnes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čelí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úbytku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. Jako je </w:t>
      </w:r>
      <w:proofErr w:type="spellStart"/>
      <w:r w:rsidRPr="009812F8">
        <w:rPr>
          <w:rFonts w:asciiTheme="majorHAnsi" w:hAnsiTheme="majorHAnsi" w:cstheme="majorHAnsi"/>
          <w:szCs w:val="24"/>
        </w:rPr>
        <w:t>například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Ďáblík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bahenní</w:t>
      </w:r>
      <w:proofErr w:type="spellEnd"/>
      <w:r w:rsidRPr="009812F8">
        <w:rPr>
          <w:rFonts w:asciiTheme="majorHAnsi" w:hAnsiTheme="majorHAnsi" w:cstheme="majorHAnsi"/>
          <w:szCs w:val="24"/>
        </w:rPr>
        <w:t> (</w:t>
      </w:r>
      <w:r w:rsidRPr="009812F8">
        <w:rPr>
          <w:rFonts w:asciiTheme="majorHAnsi" w:hAnsiTheme="majorHAnsi" w:cstheme="majorHAnsi"/>
          <w:i/>
          <w:iCs/>
          <w:szCs w:val="24"/>
        </w:rPr>
        <w:t>Calla palustris</w:t>
      </w:r>
      <w:r w:rsidRPr="009812F8">
        <w:rPr>
          <w:rFonts w:asciiTheme="majorHAnsi" w:hAnsiTheme="majorHAnsi" w:cstheme="majorHAnsi"/>
          <w:szCs w:val="24"/>
        </w:rPr>
        <w:t>).</w:t>
      </w:r>
    </w:p>
    <w:p w14:paraId="0AD3C1F8" w14:textId="20D21F4B" w:rsidR="00380991" w:rsidRPr="009812F8" w:rsidRDefault="00380991" w:rsidP="00380991">
      <w:pPr>
        <w:jc w:val="both"/>
        <w:rPr>
          <w:rFonts w:asciiTheme="majorHAnsi" w:hAnsiTheme="majorHAnsi" w:cstheme="majorHAnsi"/>
          <w:szCs w:val="24"/>
        </w:rPr>
      </w:pPr>
      <w:proofErr w:type="spellStart"/>
      <w:r w:rsidRPr="009812F8">
        <w:rPr>
          <w:rFonts w:asciiTheme="majorHAnsi" w:hAnsiTheme="majorHAnsi" w:cstheme="majorHAnsi"/>
          <w:b/>
          <w:bCs/>
          <w:szCs w:val="24"/>
        </w:rPr>
        <w:lastRenderedPageBreak/>
        <w:t>Vodoteč</w:t>
      </w:r>
      <w:proofErr w:type="spellEnd"/>
      <w:r w:rsidRPr="009812F8">
        <w:rPr>
          <w:rFonts w:asciiTheme="majorHAnsi" w:hAnsiTheme="majorHAnsi" w:cstheme="majorHAnsi"/>
          <w:b/>
          <w:bCs/>
          <w:szCs w:val="24"/>
        </w:rPr>
        <w:t xml:space="preserve">: </w:t>
      </w:r>
      <w:r w:rsidRPr="009812F8">
        <w:rPr>
          <w:rFonts w:asciiTheme="majorHAnsi" w:hAnsiTheme="majorHAnsi" w:cstheme="majorHAnsi"/>
          <w:szCs w:val="24"/>
        </w:rPr>
        <w:t xml:space="preserve">Potoční </w:t>
      </w:r>
      <w:proofErr w:type="spellStart"/>
      <w:r w:rsidRPr="009812F8">
        <w:rPr>
          <w:rFonts w:asciiTheme="majorHAnsi" w:hAnsiTheme="majorHAnsi" w:cstheme="majorHAnsi"/>
          <w:szCs w:val="24"/>
        </w:rPr>
        <w:t>niva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Bystrý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potok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, </w:t>
      </w:r>
      <w:proofErr w:type="spellStart"/>
      <w:r w:rsidR="00BF10F1" w:rsidRPr="009812F8">
        <w:rPr>
          <w:rFonts w:asciiTheme="majorHAnsi" w:hAnsiTheme="majorHAnsi" w:cstheme="majorHAnsi"/>
          <w:szCs w:val="24"/>
        </w:rPr>
        <w:t>projde</w:t>
      </w:r>
      <w:proofErr w:type="spellEnd"/>
      <w:r w:rsidR="00BF10F1"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="00BF10F1" w:rsidRPr="009812F8">
        <w:rPr>
          <w:rFonts w:asciiTheme="majorHAnsi" w:hAnsiTheme="majorHAnsi" w:cstheme="majorHAnsi"/>
          <w:szCs w:val="24"/>
        </w:rPr>
        <w:t>kompletní</w:t>
      </w:r>
      <w:proofErr w:type="spellEnd"/>
      <w:r w:rsidR="00BF10F1"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revitaliz</w:t>
      </w:r>
      <w:r w:rsidR="00BF10F1" w:rsidRPr="009812F8">
        <w:rPr>
          <w:rFonts w:asciiTheme="majorHAnsi" w:hAnsiTheme="majorHAnsi" w:cstheme="majorHAnsi"/>
          <w:szCs w:val="24"/>
        </w:rPr>
        <w:t>ací</w:t>
      </w:r>
      <w:proofErr w:type="spellEnd"/>
      <w:r w:rsidR="00BF10F1" w:rsidRPr="009812F8">
        <w:rPr>
          <w:rFonts w:asciiTheme="majorHAnsi" w:hAnsiTheme="majorHAnsi" w:cstheme="majorHAnsi"/>
          <w:szCs w:val="24"/>
        </w:rPr>
        <w:t xml:space="preserve"> a </w:t>
      </w:r>
      <w:proofErr w:type="spellStart"/>
      <w:r w:rsidR="00BF10F1" w:rsidRPr="009812F8">
        <w:rPr>
          <w:rFonts w:asciiTheme="majorHAnsi" w:hAnsiTheme="majorHAnsi" w:cstheme="majorHAnsi"/>
          <w:szCs w:val="24"/>
        </w:rPr>
        <w:t>prosvětlením</w:t>
      </w:r>
      <w:proofErr w:type="spellEnd"/>
      <w:r w:rsidR="00BF10F1"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="00BF10F1" w:rsidRPr="009812F8">
        <w:rPr>
          <w:rFonts w:asciiTheme="majorHAnsi" w:hAnsiTheme="majorHAnsi" w:cstheme="majorHAnsi"/>
          <w:szCs w:val="24"/>
        </w:rPr>
        <w:t>břehů</w:t>
      </w:r>
      <w:proofErr w:type="spellEnd"/>
      <w:r w:rsidR="00BF10F1"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="00BF10F1" w:rsidRPr="009812F8">
        <w:rPr>
          <w:rFonts w:asciiTheme="majorHAnsi" w:hAnsiTheme="majorHAnsi" w:cstheme="majorHAnsi"/>
          <w:szCs w:val="24"/>
        </w:rPr>
        <w:t>od</w:t>
      </w:r>
      <w:proofErr w:type="spellEnd"/>
      <w:r w:rsidR="00BF10F1"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="00BF10F1" w:rsidRPr="009812F8">
        <w:rPr>
          <w:rFonts w:asciiTheme="majorHAnsi" w:hAnsiTheme="majorHAnsi" w:cstheme="majorHAnsi"/>
          <w:szCs w:val="24"/>
        </w:rPr>
        <w:t>náletů</w:t>
      </w:r>
      <w:proofErr w:type="spellEnd"/>
      <w:r w:rsidR="00BF10F1" w:rsidRPr="009812F8">
        <w:rPr>
          <w:rFonts w:asciiTheme="majorHAnsi" w:hAnsiTheme="majorHAnsi" w:cstheme="majorHAnsi"/>
          <w:szCs w:val="24"/>
        </w:rPr>
        <w:t xml:space="preserve">. Potok </w:t>
      </w:r>
      <w:proofErr w:type="spellStart"/>
      <w:r w:rsidR="00BF10F1" w:rsidRPr="009812F8">
        <w:rPr>
          <w:rFonts w:asciiTheme="majorHAnsi" w:hAnsiTheme="majorHAnsi" w:cstheme="majorHAnsi"/>
          <w:szCs w:val="24"/>
        </w:rPr>
        <w:t>bude</w:t>
      </w:r>
      <w:proofErr w:type="spellEnd"/>
      <w:r w:rsidR="00BF10F1"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slouži</w:t>
      </w:r>
      <w:r w:rsidR="00BF10F1" w:rsidRPr="009812F8">
        <w:rPr>
          <w:rFonts w:asciiTheme="majorHAnsi" w:hAnsiTheme="majorHAnsi" w:cstheme="majorHAnsi"/>
          <w:szCs w:val="24"/>
        </w:rPr>
        <w:t>t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jako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štěrkonosný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fu</w:t>
      </w:r>
      <w:r w:rsidR="007B70B5" w:rsidRPr="009812F8">
        <w:rPr>
          <w:rFonts w:asciiTheme="majorHAnsi" w:hAnsiTheme="majorHAnsi" w:cstheme="majorHAnsi"/>
          <w:szCs w:val="24"/>
        </w:rPr>
        <w:t>n</w:t>
      </w:r>
      <w:r w:rsidRPr="009812F8">
        <w:rPr>
          <w:rFonts w:asciiTheme="majorHAnsi" w:hAnsiTheme="majorHAnsi" w:cstheme="majorHAnsi"/>
          <w:szCs w:val="24"/>
        </w:rPr>
        <w:t>kční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biotop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s</w:t>
      </w:r>
      <w:r w:rsidR="00BF10F1" w:rsidRPr="009812F8">
        <w:rPr>
          <w:rFonts w:asciiTheme="majorHAnsi" w:hAnsiTheme="majorHAnsi" w:cstheme="majorHAnsi"/>
          <w:szCs w:val="24"/>
        </w:rPr>
        <w:t> </w:t>
      </w:r>
      <w:proofErr w:type="spellStart"/>
      <w:r w:rsidRPr="009812F8">
        <w:rPr>
          <w:rFonts w:asciiTheme="majorHAnsi" w:hAnsiTheme="majorHAnsi" w:cstheme="majorHAnsi"/>
          <w:szCs w:val="24"/>
        </w:rPr>
        <w:t>břehy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vhodnými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pro </w:t>
      </w:r>
      <w:proofErr w:type="spellStart"/>
      <w:r w:rsidRPr="009812F8">
        <w:rPr>
          <w:rFonts w:asciiTheme="majorHAnsi" w:hAnsiTheme="majorHAnsi" w:cstheme="majorHAnsi"/>
          <w:szCs w:val="24"/>
        </w:rPr>
        <w:t>posílení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ekologické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funkce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celé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lo</w:t>
      </w:r>
      <w:r w:rsidR="00BF10F1" w:rsidRPr="009812F8">
        <w:rPr>
          <w:rFonts w:asciiTheme="majorHAnsi" w:hAnsiTheme="majorHAnsi" w:cstheme="majorHAnsi"/>
          <w:szCs w:val="24"/>
        </w:rPr>
        <w:t>k</w:t>
      </w:r>
      <w:r w:rsidRPr="009812F8">
        <w:rPr>
          <w:rFonts w:asciiTheme="majorHAnsi" w:hAnsiTheme="majorHAnsi" w:cstheme="majorHAnsi"/>
          <w:szCs w:val="24"/>
        </w:rPr>
        <w:t>ality</w:t>
      </w:r>
      <w:proofErr w:type="spellEnd"/>
      <w:r w:rsidR="00BF10F1" w:rsidRPr="009812F8">
        <w:rPr>
          <w:rFonts w:asciiTheme="majorHAnsi" w:hAnsiTheme="majorHAnsi" w:cstheme="majorHAnsi"/>
          <w:szCs w:val="24"/>
        </w:rPr>
        <w:t xml:space="preserve">. </w:t>
      </w:r>
      <w:proofErr w:type="spellStart"/>
      <w:r w:rsidR="00BF10F1" w:rsidRPr="009812F8">
        <w:rPr>
          <w:rFonts w:asciiTheme="majorHAnsi" w:hAnsiTheme="majorHAnsi" w:cstheme="majorHAnsi"/>
          <w:szCs w:val="24"/>
        </w:rPr>
        <w:t>Cílem</w:t>
      </w:r>
      <w:proofErr w:type="spellEnd"/>
      <w:r w:rsidR="00BF10F1" w:rsidRPr="009812F8">
        <w:rPr>
          <w:rFonts w:asciiTheme="majorHAnsi" w:hAnsiTheme="majorHAnsi" w:cstheme="majorHAnsi"/>
          <w:szCs w:val="24"/>
        </w:rPr>
        <w:t xml:space="preserve"> je </w:t>
      </w:r>
      <w:proofErr w:type="spellStart"/>
      <w:r w:rsidR="00BF10F1" w:rsidRPr="009812F8">
        <w:rPr>
          <w:rFonts w:asciiTheme="majorHAnsi" w:hAnsiTheme="majorHAnsi" w:cstheme="majorHAnsi"/>
          <w:szCs w:val="24"/>
        </w:rPr>
        <w:t>podpořit</w:t>
      </w:r>
      <w:proofErr w:type="spellEnd"/>
      <w:r w:rsidR="00BF10F1"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výskyt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vzácných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druhů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bezobratlých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="00A93F08" w:rsidRPr="009812F8">
        <w:rPr>
          <w:rFonts w:asciiTheme="majorHAnsi" w:hAnsiTheme="majorHAnsi" w:cstheme="majorHAnsi"/>
          <w:szCs w:val="24"/>
        </w:rPr>
        <w:t>i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obratlovců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(</w:t>
      </w:r>
      <w:proofErr w:type="spellStart"/>
      <w:r w:rsidRPr="009812F8">
        <w:rPr>
          <w:rFonts w:asciiTheme="majorHAnsi" w:hAnsiTheme="majorHAnsi" w:cstheme="majorHAnsi"/>
          <w:szCs w:val="24"/>
        </w:rPr>
        <w:t>například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ledňáčka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říčního</w:t>
      </w:r>
      <w:proofErr w:type="spellEnd"/>
      <w:r w:rsidR="00BF10F1" w:rsidRPr="009812F8">
        <w:rPr>
          <w:rFonts w:asciiTheme="majorHAnsi" w:hAnsiTheme="majorHAnsi" w:cstheme="majorHAnsi"/>
          <w:szCs w:val="24"/>
        </w:rPr>
        <w:t xml:space="preserve"> (</w:t>
      </w:r>
      <w:r w:rsidR="00BF10F1" w:rsidRPr="009812F8">
        <w:rPr>
          <w:rFonts w:asciiTheme="majorHAnsi" w:hAnsiTheme="majorHAnsi" w:cstheme="majorHAnsi"/>
          <w:i/>
          <w:iCs/>
          <w:szCs w:val="24"/>
        </w:rPr>
        <w:t xml:space="preserve">Alcedo </w:t>
      </w:r>
      <w:proofErr w:type="spellStart"/>
      <w:r w:rsidR="00BF10F1" w:rsidRPr="009812F8">
        <w:rPr>
          <w:rFonts w:asciiTheme="majorHAnsi" w:hAnsiTheme="majorHAnsi" w:cstheme="majorHAnsi"/>
          <w:i/>
          <w:iCs/>
          <w:szCs w:val="24"/>
        </w:rPr>
        <w:t>atthis</w:t>
      </w:r>
      <w:proofErr w:type="spellEnd"/>
      <w:r w:rsidR="00BF10F1" w:rsidRPr="009812F8">
        <w:rPr>
          <w:rFonts w:asciiTheme="majorHAnsi" w:hAnsiTheme="majorHAnsi" w:cstheme="majorHAnsi"/>
          <w:szCs w:val="24"/>
        </w:rPr>
        <w:t>)</w:t>
      </w:r>
      <w:r w:rsidRPr="009812F8">
        <w:rPr>
          <w:rFonts w:asciiTheme="majorHAnsi" w:hAnsiTheme="majorHAnsi" w:cstheme="majorHAnsi"/>
          <w:szCs w:val="24"/>
        </w:rPr>
        <w:t>).</w:t>
      </w:r>
    </w:p>
    <w:p w14:paraId="0CA57EE8" w14:textId="19476C0F" w:rsidR="00AF37B1" w:rsidRPr="009812F8" w:rsidRDefault="00D675B2" w:rsidP="00BB6B05">
      <w:pPr>
        <w:jc w:val="both"/>
        <w:rPr>
          <w:rFonts w:asciiTheme="majorHAnsi" w:hAnsiTheme="majorHAnsi" w:cstheme="majorHAnsi"/>
          <w:b/>
          <w:bCs/>
          <w:szCs w:val="24"/>
          <w:u w:val="single"/>
        </w:rPr>
      </w:pPr>
      <w:proofErr w:type="spellStart"/>
      <w:r w:rsidRPr="009812F8">
        <w:rPr>
          <w:rFonts w:asciiTheme="majorHAnsi" w:hAnsiTheme="majorHAnsi" w:cstheme="majorHAnsi"/>
          <w:b/>
          <w:bCs/>
          <w:szCs w:val="24"/>
          <w:u w:val="single"/>
        </w:rPr>
        <w:t>Lesopark</w:t>
      </w:r>
      <w:proofErr w:type="spellEnd"/>
      <w:r w:rsidRPr="009812F8">
        <w:rPr>
          <w:rFonts w:asciiTheme="majorHAnsi" w:hAnsiTheme="majorHAnsi" w:cstheme="majorHAnsi"/>
          <w:b/>
          <w:bCs/>
          <w:szCs w:val="24"/>
          <w:u w:val="single"/>
        </w:rPr>
        <w:t xml:space="preserve"> a arboretum:</w:t>
      </w:r>
    </w:p>
    <w:p w14:paraId="440237C3" w14:textId="0AC25D32" w:rsidR="00AF37B1" w:rsidRPr="009812F8" w:rsidRDefault="00D675B2" w:rsidP="00BB6B05">
      <w:pPr>
        <w:jc w:val="both"/>
        <w:rPr>
          <w:rFonts w:asciiTheme="majorHAnsi" w:hAnsiTheme="majorHAnsi" w:cstheme="majorHAnsi"/>
          <w:szCs w:val="24"/>
        </w:rPr>
      </w:pPr>
      <w:proofErr w:type="spellStart"/>
      <w:r w:rsidRPr="009812F8">
        <w:rPr>
          <w:rFonts w:asciiTheme="majorHAnsi" w:hAnsiTheme="majorHAnsi" w:cstheme="majorHAnsi"/>
          <w:szCs w:val="24"/>
        </w:rPr>
        <w:t>Vybudovaný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lesopark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by z </w:t>
      </w:r>
      <w:proofErr w:type="spellStart"/>
      <w:r w:rsidRPr="009812F8">
        <w:rPr>
          <w:rFonts w:asciiTheme="majorHAnsi" w:hAnsiTheme="majorHAnsi" w:cstheme="majorHAnsi"/>
          <w:szCs w:val="24"/>
        </w:rPr>
        <w:t>části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kopíroval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valašskou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krajinu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, </w:t>
      </w:r>
      <w:proofErr w:type="spellStart"/>
      <w:r w:rsidRPr="009812F8">
        <w:rPr>
          <w:rFonts w:asciiTheme="majorHAnsi" w:hAnsiTheme="majorHAnsi" w:cstheme="majorHAnsi"/>
          <w:szCs w:val="24"/>
        </w:rPr>
        <w:t>tak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aby </w:t>
      </w:r>
      <w:proofErr w:type="spellStart"/>
      <w:r w:rsidRPr="009812F8">
        <w:rPr>
          <w:rFonts w:asciiTheme="majorHAnsi" w:hAnsiTheme="majorHAnsi" w:cstheme="majorHAnsi"/>
          <w:szCs w:val="24"/>
        </w:rPr>
        <w:t>poskytl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maximální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možné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útočiště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především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r w:rsidR="00400546" w:rsidRPr="009812F8">
        <w:rPr>
          <w:rFonts w:asciiTheme="majorHAnsi" w:hAnsiTheme="majorHAnsi" w:cstheme="majorHAnsi"/>
          <w:szCs w:val="24"/>
        </w:rPr>
        <w:t xml:space="preserve">pro </w:t>
      </w:r>
      <w:proofErr w:type="spellStart"/>
      <w:r w:rsidR="00400546" w:rsidRPr="009812F8">
        <w:rPr>
          <w:rFonts w:asciiTheme="majorHAnsi" w:hAnsiTheme="majorHAnsi" w:cstheme="majorHAnsi"/>
          <w:szCs w:val="24"/>
        </w:rPr>
        <w:t>členovce</w:t>
      </w:r>
      <w:proofErr w:type="spellEnd"/>
      <w:r w:rsidR="00400546" w:rsidRPr="009812F8">
        <w:rPr>
          <w:rFonts w:asciiTheme="majorHAnsi" w:hAnsiTheme="majorHAnsi" w:cstheme="majorHAnsi"/>
          <w:szCs w:val="24"/>
        </w:rPr>
        <w:t xml:space="preserve">, ale </w:t>
      </w:r>
      <w:proofErr w:type="spellStart"/>
      <w:r w:rsidR="00400546" w:rsidRPr="009812F8">
        <w:rPr>
          <w:rFonts w:asciiTheme="majorHAnsi" w:hAnsiTheme="majorHAnsi" w:cstheme="majorHAnsi"/>
          <w:szCs w:val="24"/>
        </w:rPr>
        <w:t>i</w:t>
      </w:r>
      <w:proofErr w:type="spellEnd"/>
      <w:r w:rsidR="00400546" w:rsidRPr="009812F8">
        <w:rPr>
          <w:rFonts w:asciiTheme="majorHAnsi" w:hAnsiTheme="majorHAnsi" w:cstheme="majorHAnsi"/>
          <w:szCs w:val="24"/>
        </w:rPr>
        <w:t xml:space="preserve"> pro </w:t>
      </w:r>
      <w:proofErr w:type="spellStart"/>
      <w:r w:rsidR="00400546" w:rsidRPr="009812F8">
        <w:rPr>
          <w:rFonts w:asciiTheme="majorHAnsi" w:hAnsiTheme="majorHAnsi" w:cstheme="majorHAnsi"/>
          <w:szCs w:val="24"/>
        </w:rPr>
        <w:t>obratlovce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. </w:t>
      </w:r>
    </w:p>
    <w:p w14:paraId="2422177F" w14:textId="77777777" w:rsidR="00AF37B1" w:rsidRPr="009812F8" w:rsidRDefault="00AF37B1" w:rsidP="00BB6B05">
      <w:pPr>
        <w:jc w:val="both"/>
        <w:rPr>
          <w:rFonts w:asciiTheme="majorHAnsi" w:hAnsiTheme="majorHAnsi" w:cstheme="majorHAnsi"/>
          <w:szCs w:val="24"/>
        </w:rPr>
      </w:pPr>
    </w:p>
    <w:p w14:paraId="6184F02B" w14:textId="445FC0BA" w:rsidR="00AF37B1" w:rsidRPr="009812F8" w:rsidRDefault="00D675B2" w:rsidP="00B127C8">
      <w:pPr>
        <w:rPr>
          <w:rFonts w:asciiTheme="majorHAnsi" w:hAnsiTheme="majorHAnsi" w:cstheme="majorHAnsi"/>
          <w:b/>
          <w:bCs/>
          <w:szCs w:val="24"/>
        </w:rPr>
      </w:pPr>
      <w:proofErr w:type="spellStart"/>
      <w:r w:rsidRPr="009812F8">
        <w:rPr>
          <w:rFonts w:asciiTheme="majorHAnsi" w:hAnsiTheme="majorHAnsi" w:cstheme="majorHAnsi"/>
          <w:b/>
          <w:bCs/>
          <w:szCs w:val="24"/>
        </w:rPr>
        <w:t>Řídký</w:t>
      </w:r>
      <w:proofErr w:type="spellEnd"/>
      <w:r w:rsidRPr="009812F8">
        <w:rPr>
          <w:rFonts w:asciiTheme="majorHAnsi" w:hAnsiTheme="majorHAnsi" w:cstheme="majorHAnsi"/>
          <w:b/>
          <w:bCs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b/>
          <w:bCs/>
          <w:szCs w:val="24"/>
        </w:rPr>
        <w:t>prosvětlený</w:t>
      </w:r>
      <w:proofErr w:type="spellEnd"/>
      <w:r w:rsidRPr="009812F8">
        <w:rPr>
          <w:rFonts w:asciiTheme="majorHAnsi" w:hAnsiTheme="majorHAnsi" w:cstheme="majorHAnsi"/>
          <w:b/>
          <w:bCs/>
          <w:szCs w:val="24"/>
        </w:rPr>
        <w:t xml:space="preserve"> les</w:t>
      </w:r>
    </w:p>
    <w:p w14:paraId="43FE7A90" w14:textId="21F68DEC" w:rsidR="00AF37B1" w:rsidRPr="009812F8" w:rsidRDefault="00D675B2" w:rsidP="00BB6B05">
      <w:pPr>
        <w:jc w:val="both"/>
        <w:rPr>
          <w:rFonts w:asciiTheme="majorHAnsi" w:hAnsiTheme="majorHAnsi" w:cstheme="majorHAnsi"/>
          <w:szCs w:val="24"/>
        </w:rPr>
      </w:pPr>
      <w:proofErr w:type="spellStart"/>
      <w:r w:rsidRPr="009812F8">
        <w:rPr>
          <w:rFonts w:asciiTheme="majorHAnsi" w:hAnsiTheme="majorHAnsi" w:cstheme="majorHAnsi"/>
          <w:szCs w:val="24"/>
        </w:rPr>
        <w:t>Prosvětlený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nebo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také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řídký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les je v </w:t>
      </w:r>
      <w:proofErr w:type="spellStart"/>
      <w:r w:rsidRPr="009812F8">
        <w:rPr>
          <w:rFonts w:asciiTheme="majorHAnsi" w:hAnsiTheme="majorHAnsi" w:cstheme="majorHAnsi"/>
          <w:szCs w:val="24"/>
        </w:rPr>
        <w:t>současné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době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nedostatkovým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biotopem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, </w:t>
      </w:r>
      <w:proofErr w:type="spellStart"/>
      <w:r w:rsidRPr="009812F8">
        <w:rPr>
          <w:rFonts w:asciiTheme="majorHAnsi" w:hAnsiTheme="majorHAnsi" w:cstheme="majorHAnsi"/>
          <w:szCs w:val="24"/>
        </w:rPr>
        <w:t>který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při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dodržení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základních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zásad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a </w:t>
      </w:r>
      <w:proofErr w:type="spellStart"/>
      <w:r w:rsidRPr="009812F8">
        <w:rPr>
          <w:rFonts w:asciiTheme="majorHAnsi" w:hAnsiTheme="majorHAnsi" w:cstheme="majorHAnsi"/>
          <w:szCs w:val="24"/>
        </w:rPr>
        <w:t>vhodné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skladbě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lesa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může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mít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příznivý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ekologický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přínos</w:t>
      </w:r>
      <w:proofErr w:type="spellEnd"/>
      <w:r w:rsidRPr="009812F8">
        <w:rPr>
          <w:rFonts w:asciiTheme="majorHAnsi" w:hAnsiTheme="majorHAnsi" w:cstheme="majorHAnsi"/>
          <w:szCs w:val="24"/>
        </w:rPr>
        <w:t>.</w:t>
      </w:r>
      <w:r w:rsidR="00400546" w:rsidRPr="009812F8">
        <w:rPr>
          <w:rFonts w:asciiTheme="majorHAnsi" w:hAnsiTheme="majorHAnsi" w:cstheme="majorHAnsi"/>
          <w:szCs w:val="24"/>
        </w:rPr>
        <w:t xml:space="preserve"> Aby </w:t>
      </w:r>
      <w:proofErr w:type="spellStart"/>
      <w:r w:rsidR="00400546" w:rsidRPr="009812F8">
        <w:rPr>
          <w:rFonts w:asciiTheme="majorHAnsi" w:hAnsiTheme="majorHAnsi" w:cstheme="majorHAnsi"/>
          <w:szCs w:val="24"/>
        </w:rPr>
        <w:t>tento</w:t>
      </w:r>
      <w:proofErr w:type="spellEnd"/>
      <w:r w:rsidR="00400546"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="00400546" w:rsidRPr="009812F8">
        <w:rPr>
          <w:rFonts w:asciiTheme="majorHAnsi" w:hAnsiTheme="majorHAnsi" w:cstheme="majorHAnsi"/>
          <w:szCs w:val="24"/>
        </w:rPr>
        <w:t>lesní</w:t>
      </w:r>
      <w:proofErr w:type="spellEnd"/>
      <w:r w:rsidR="00400546"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="00400546" w:rsidRPr="009812F8">
        <w:rPr>
          <w:rFonts w:asciiTheme="majorHAnsi" w:hAnsiTheme="majorHAnsi" w:cstheme="majorHAnsi"/>
          <w:szCs w:val="24"/>
        </w:rPr>
        <w:t>celek</w:t>
      </w:r>
      <w:proofErr w:type="spellEnd"/>
      <w:r w:rsidR="00400546"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="00400546" w:rsidRPr="009812F8">
        <w:rPr>
          <w:rFonts w:asciiTheme="majorHAnsi" w:hAnsiTheme="majorHAnsi" w:cstheme="majorHAnsi"/>
          <w:szCs w:val="24"/>
        </w:rPr>
        <w:t>byl</w:t>
      </w:r>
      <w:proofErr w:type="spellEnd"/>
      <w:r w:rsidR="00400546"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="00400546" w:rsidRPr="009812F8">
        <w:rPr>
          <w:rFonts w:asciiTheme="majorHAnsi" w:hAnsiTheme="majorHAnsi" w:cstheme="majorHAnsi"/>
          <w:szCs w:val="24"/>
        </w:rPr>
        <w:t>dostatečně</w:t>
      </w:r>
      <w:proofErr w:type="spellEnd"/>
      <w:r w:rsidR="00400546"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="00400546" w:rsidRPr="009812F8">
        <w:rPr>
          <w:rFonts w:asciiTheme="majorHAnsi" w:hAnsiTheme="majorHAnsi" w:cstheme="majorHAnsi"/>
          <w:szCs w:val="24"/>
        </w:rPr>
        <w:t>velký</w:t>
      </w:r>
      <w:proofErr w:type="spellEnd"/>
      <w:r w:rsidR="00400546" w:rsidRPr="009812F8">
        <w:rPr>
          <w:rFonts w:asciiTheme="majorHAnsi" w:hAnsiTheme="majorHAnsi" w:cstheme="majorHAnsi"/>
          <w:szCs w:val="24"/>
        </w:rPr>
        <w:t xml:space="preserve">, </w:t>
      </w:r>
      <w:proofErr w:type="spellStart"/>
      <w:r w:rsidR="00400546" w:rsidRPr="009812F8">
        <w:rPr>
          <w:rFonts w:asciiTheme="majorHAnsi" w:hAnsiTheme="majorHAnsi" w:cstheme="majorHAnsi"/>
          <w:szCs w:val="24"/>
        </w:rPr>
        <w:t>vnikl</w:t>
      </w:r>
      <w:proofErr w:type="spellEnd"/>
      <w:r w:rsidR="00400546" w:rsidRPr="009812F8">
        <w:rPr>
          <w:rFonts w:asciiTheme="majorHAnsi" w:hAnsiTheme="majorHAnsi" w:cstheme="majorHAnsi"/>
          <w:szCs w:val="24"/>
        </w:rPr>
        <w:t xml:space="preserve"> by </w:t>
      </w:r>
      <w:proofErr w:type="spellStart"/>
      <w:r w:rsidR="00400546" w:rsidRPr="009812F8">
        <w:rPr>
          <w:rFonts w:asciiTheme="majorHAnsi" w:hAnsiTheme="majorHAnsi" w:cstheme="majorHAnsi"/>
          <w:szCs w:val="24"/>
        </w:rPr>
        <w:t>na</w:t>
      </w:r>
      <w:proofErr w:type="spellEnd"/>
      <w:r w:rsidR="00400546"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="00400546" w:rsidRPr="009812F8">
        <w:rPr>
          <w:rFonts w:asciiTheme="majorHAnsi" w:hAnsiTheme="majorHAnsi" w:cstheme="majorHAnsi"/>
          <w:szCs w:val="24"/>
        </w:rPr>
        <w:t>území</w:t>
      </w:r>
      <w:proofErr w:type="spellEnd"/>
      <w:r w:rsidR="00400546"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="00400546" w:rsidRPr="009812F8">
        <w:rPr>
          <w:rFonts w:asciiTheme="majorHAnsi" w:hAnsiTheme="majorHAnsi" w:cstheme="majorHAnsi"/>
          <w:szCs w:val="24"/>
        </w:rPr>
        <w:t>obou</w:t>
      </w:r>
      <w:proofErr w:type="spellEnd"/>
      <w:r w:rsidR="00400546"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="00400546" w:rsidRPr="009812F8">
        <w:rPr>
          <w:rFonts w:asciiTheme="majorHAnsi" w:hAnsiTheme="majorHAnsi" w:cstheme="majorHAnsi"/>
          <w:szCs w:val="24"/>
        </w:rPr>
        <w:t>obcí</w:t>
      </w:r>
      <w:proofErr w:type="spellEnd"/>
      <w:r w:rsidR="00400546" w:rsidRPr="009812F8">
        <w:rPr>
          <w:rFonts w:asciiTheme="majorHAnsi" w:hAnsiTheme="majorHAnsi" w:cstheme="majorHAnsi"/>
          <w:szCs w:val="24"/>
        </w:rPr>
        <w:t xml:space="preserve"> (</w:t>
      </w:r>
      <w:proofErr w:type="spellStart"/>
      <w:r w:rsidR="00400546" w:rsidRPr="009812F8">
        <w:rPr>
          <w:rFonts w:asciiTheme="majorHAnsi" w:hAnsiTheme="majorHAnsi" w:cstheme="majorHAnsi"/>
          <w:szCs w:val="24"/>
        </w:rPr>
        <w:t>Kunčic</w:t>
      </w:r>
      <w:proofErr w:type="spellEnd"/>
      <w:r w:rsidR="00400546" w:rsidRPr="009812F8">
        <w:rPr>
          <w:rFonts w:asciiTheme="majorHAnsi" w:hAnsiTheme="majorHAnsi" w:cstheme="majorHAnsi"/>
          <w:szCs w:val="24"/>
        </w:rPr>
        <w:t xml:space="preserve"> pod </w:t>
      </w:r>
      <w:proofErr w:type="spellStart"/>
      <w:r w:rsidR="00400546" w:rsidRPr="009812F8">
        <w:rPr>
          <w:rFonts w:asciiTheme="majorHAnsi" w:hAnsiTheme="majorHAnsi" w:cstheme="majorHAnsi"/>
          <w:szCs w:val="24"/>
        </w:rPr>
        <w:t>Ondřejníkem</w:t>
      </w:r>
      <w:proofErr w:type="spellEnd"/>
      <w:r w:rsidR="00400546" w:rsidRPr="009812F8">
        <w:rPr>
          <w:rFonts w:asciiTheme="majorHAnsi" w:hAnsiTheme="majorHAnsi" w:cstheme="majorHAnsi"/>
          <w:szCs w:val="24"/>
        </w:rPr>
        <w:t xml:space="preserve"> a </w:t>
      </w:r>
      <w:proofErr w:type="spellStart"/>
      <w:r w:rsidR="00400546" w:rsidRPr="009812F8">
        <w:rPr>
          <w:rFonts w:asciiTheme="majorHAnsi" w:hAnsiTheme="majorHAnsi" w:cstheme="majorHAnsi"/>
          <w:szCs w:val="24"/>
        </w:rPr>
        <w:t>Tiché</w:t>
      </w:r>
      <w:proofErr w:type="spellEnd"/>
      <w:r w:rsidR="00400546" w:rsidRPr="009812F8">
        <w:rPr>
          <w:rFonts w:asciiTheme="majorHAnsi" w:hAnsiTheme="majorHAnsi" w:cstheme="majorHAnsi"/>
          <w:szCs w:val="24"/>
        </w:rPr>
        <w:t>).</w:t>
      </w:r>
    </w:p>
    <w:p w14:paraId="14B0B118" w14:textId="77777777" w:rsidR="00AF37B1" w:rsidRPr="009812F8" w:rsidRDefault="00D675B2" w:rsidP="00BB6B05">
      <w:pPr>
        <w:jc w:val="both"/>
        <w:rPr>
          <w:rFonts w:asciiTheme="majorHAnsi" w:hAnsiTheme="majorHAnsi" w:cstheme="majorHAnsi"/>
          <w:szCs w:val="24"/>
        </w:rPr>
      </w:pPr>
      <w:proofErr w:type="spellStart"/>
      <w:r w:rsidRPr="009812F8">
        <w:rPr>
          <w:rFonts w:asciiTheme="majorHAnsi" w:hAnsiTheme="majorHAnsi" w:cstheme="majorHAnsi"/>
          <w:szCs w:val="24"/>
        </w:rPr>
        <w:t>Takováto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místa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mohou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sloužit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např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. pro </w:t>
      </w:r>
      <w:proofErr w:type="spellStart"/>
      <w:r w:rsidRPr="009812F8">
        <w:rPr>
          <w:rFonts w:asciiTheme="majorHAnsi" w:hAnsiTheme="majorHAnsi" w:cstheme="majorHAnsi"/>
          <w:szCs w:val="24"/>
        </w:rPr>
        <w:t>lesní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mravence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, </w:t>
      </w:r>
      <w:proofErr w:type="spellStart"/>
      <w:r w:rsidRPr="009812F8">
        <w:rPr>
          <w:rFonts w:asciiTheme="majorHAnsi" w:hAnsiTheme="majorHAnsi" w:cstheme="majorHAnsi"/>
          <w:szCs w:val="24"/>
        </w:rPr>
        <w:t>kteří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jsou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v </w:t>
      </w:r>
      <w:proofErr w:type="spellStart"/>
      <w:r w:rsidRPr="009812F8">
        <w:rPr>
          <w:rFonts w:asciiTheme="majorHAnsi" w:hAnsiTheme="majorHAnsi" w:cstheme="majorHAnsi"/>
          <w:szCs w:val="24"/>
        </w:rPr>
        <w:t>Beskydech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dlouhodobě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na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ústupu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. </w:t>
      </w:r>
      <w:proofErr w:type="spellStart"/>
      <w:r w:rsidRPr="009812F8">
        <w:rPr>
          <w:rFonts w:asciiTheme="majorHAnsi" w:hAnsiTheme="majorHAnsi" w:cstheme="majorHAnsi"/>
          <w:szCs w:val="24"/>
        </w:rPr>
        <w:t>Lokálně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se </w:t>
      </w:r>
      <w:proofErr w:type="spellStart"/>
      <w:r w:rsidRPr="009812F8">
        <w:rPr>
          <w:rFonts w:asciiTheme="majorHAnsi" w:hAnsiTheme="majorHAnsi" w:cstheme="majorHAnsi"/>
          <w:szCs w:val="24"/>
        </w:rPr>
        <w:t>zde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vyskytuje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mravenec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lesní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(</w:t>
      </w:r>
      <w:r w:rsidRPr="009812F8">
        <w:rPr>
          <w:rFonts w:asciiTheme="majorHAnsi" w:hAnsiTheme="majorHAnsi" w:cstheme="majorHAnsi"/>
          <w:i/>
          <w:iCs/>
          <w:szCs w:val="24"/>
        </w:rPr>
        <w:t xml:space="preserve">Formica </w:t>
      </w:r>
      <w:proofErr w:type="spellStart"/>
      <w:r w:rsidRPr="009812F8">
        <w:rPr>
          <w:rFonts w:asciiTheme="majorHAnsi" w:hAnsiTheme="majorHAnsi" w:cstheme="majorHAnsi"/>
          <w:i/>
          <w:iCs/>
          <w:szCs w:val="24"/>
        </w:rPr>
        <w:t>rufa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), </w:t>
      </w:r>
      <w:proofErr w:type="spellStart"/>
      <w:r w:rsidRPr="009812F8">
        <w:rPr>
          <w:rFonts w:asciiTheme="majorHAnsi" w:hAnsiTheme="majorHAnsi" w:cstheme="majorHAnsi"/>
          <w:szCs w:val="24"/>
        </w:rPr>
        <w:t>který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by </w:t>
      </w:r>
      <w:proofErr w:type="spellStart"/>
      <w:r w:rsidRPr="009812F8">
        <w:rPr>
          <w:rFonts w:asciiTheme="majorHAnsi" w:hAnsiTheme="majorHAnsi" w:cstheme="majorHAnsi"/>
          <w:szCs w:val="24"/>
        </w:rPr>
        <w:t>podobnou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lokalitu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přirozeně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osídlil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. </w:t>
      </w:r>
      <w:proofErr w:type="spellStart"/>
      <w:r w:rsidRPr="009812F8">
        <w:rPr>
          <w:rFonts w:asciiTheme="majorHAnsi" w:hAnsiTheme="majorHAnsi" w:cstheme="majorHAnsi"/>
          <w:szCs w:val="24"/>
        </w:rPr>
        <w:t>Významné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jsou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i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pro </w:t>
      </w:r>
      <w:proofErr w:type="spellStart"/>
      <w:r w:rsidRPr="009812F8">
        <w:rPr>
          <w:rFonts w:asciiTheme="majorHAnsi" w:hAnsiTheme="majorHAnsi" w:cstheme="majorHAnsi"/>
          <w:szCs w:val="24"/>
        </w:rPr>
        <w:t>hmyz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obecně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, </w:t>
      </w:r>
      <w:proofErr w:type="spellStart"/>
      <w:r w:rsidRPr="009812F8">
        <w:rPr>
          <w:rFonts w:asciiTheme="majorHAnsi" w:hAnsiTheme="majorHAnsi" w:cstheme="majorHAnsi"/>
          <w:szCs w:val="24"/>
        </w:rPr>
        <w:t>na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prosvětlené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lesy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se </w:t>
      </w:r>
      <w:proofErr w:type="spellStart"/>
      <w:r w:rsidRPr="009812F8">
        <w:rPr>
          <w:rFonts w:asciiTheme="majorHAnsi" w:hAnsiTheme="majorHAnsi" w:cstheme="majorHAnsi"/>
          <w:szCs w:val="24"/>
        </w:rPr>
        <w:t>váže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početné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společenstvo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nočních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motýlů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(</w:t>
      </w:r>
      <w:r w:rsidRPr="009812F8">
        <w:rPr>
          <w:rFonts w:asciiTheme="majorHAnsi" w:hAnsiTheme="majorHAnsi" w:cstheme="majorHAnsi"/>
          <w:i/>
          <w:iCs/>
          <w:szCs w:val="24"/>
        </w:rPr>
        <w:t>Lepidoptera</w:t>
      </w:r>
      <w:r w:rsidRPr="009812F8">
        <w:rPr>
          <w:rFonts w:asciiTheme="majorHAnsi" w:hAnsiTheme="majorHAnsi" w:cstheme="majorHAnsi"/>
          <w:szCs w:val="24"/>
        </w:rPr>
        <w:t xml:space="preserve">), </w:t>
      </w:r>
      <w:proofErr w:type="spellStart"/>
      <w:r w:rsidRPr="009812F8">
        <w:rPr>
          <w:rFonts w:asciiTheme="majorHAnsi" w:hAnsiTheme="majorHAnsi" w:cstheme="majorHAnsi"/>
          <w:szCs w:val="24"/>
        </w:rPr>
        <w:t>jejichž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housenky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pak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slouží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jako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potrava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pro </w:t>
      </w:r>
      <w:proofErr w:type="spellStart"/>
      <w:r w:rsidRPr="009812F8">
        <w:rPr>
          <w:rFonts w:asciiTheme="majorHAnsi" w:hAnsiTheme="majorHAnsi" w:cstheme="majorHAnsi"/>
          <w:szCs w:val="24"/>
        </w:rPr>
        <w:t>hmyzožravé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ptáky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. </w:t>
      </w:r>
    </w:p>
    <w:p w14:paraId="1D481279" w14:textId="77777777" w:rsidR="00AF37B1" w:rsidRPr="009812F8" w:rsidRDefault="00D675B2" w:rsidP="00BB6B05">
      <w:pPr>
        <w:jc w:val="both"/>
        <w:rPr>
          <w:rFonts w:asciiTheme="majorHAnsi" w:hAnsiTheme="majorHAnsi" w:cstheme="majorHAnsi"/>
          <w:szCs w:val="24"/>
        </w:rPr>
      </w:pPr>
      <w:proofErr w:type="spellStart"/>
      <w:r w:rsidRPr="009812F8">
        <w:rPr>
          <w:rFonts w:asciiTheme="majorHAnsi" w:hAnsiTheme="majorHAnsi" w:cstheme="majorHAnsi"/>
          <w:szCs w:val="24"/>
        </w:rPr>
        <w:t>Jedním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z </w:t>
      </w:r>
      <w:proofErr w:type="spellStart"/>
      <w:r w:rsidRPr="009812F8">
        <w:rPr>
          <w:rFonts w:asciiTheme="majorHAnsi" w:hAnsiTheme="majorHAnsi" w:cstheme="majorHAnsi"/>
          <w:szCs w:val="24"/>
        </w:rPr>
        <w:t>nedostatkových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biotopů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je </w:t>
      </w:r>
      <w:proofErr w:type="spellStart"/>
      <w:r w:rsidRPr="009812F8">
        <w:rPr>
          <w:rFonts w:asciiTheme="majorHAnsi" w:hAnsiTheme="majorHAnsi" w:cstheme="majorHAnsi"/>
          <w:szCs w:val="24"/>
        </w:rPr>
        <w:t>řídký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a </w:t>
      </w:r>
      <w:proofErr w:type="spellStart"/>
      <w:r w:rsidRPr="009812F8">
        <w:rPr>
          <w:rFonts w:asciiTheme="majorHAnsi" w:hAnsiTheme="majorHAnsi" w:cstheme="majorHAnsi"/>
          <w:szCs w:val="24"/>
        </w:rPr>
        <w:t>prosvětlený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les, </w:t>
      </w:r>
      <w:proofErr w:type="spellStart"/>
      <w:r w:rsidRPr="009812F8">
        <w:rPr>
          <w:rFonts w:asciiTheme="majorHAnsi" w:hAnsiTheme="majorHAnsi" w:cstheme="majorHAnsi"/>
          <w:szCs w:val="24"/>
        </w:rPr>
        <w:t>který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se </w:t>
      </w:r>
      <w:proofErr w:type="spellStart"/>
      <w:r w:rsidRPr="009812F8">
        <w:rPr>
          <w:rFonts w:asciiTheme="majorHAnsi" w:hAnsiTheme="majorHAnsi" w:cstheme="majorHAnsi"/>
          <w:szCs w:val="24"/>
        </w:rPr>
        <w:t>dnes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prakticky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v </w:t>
      </w:r>
      <w:proofErr w:type="spellStart"/>
      <w:r w:rsidRPr="009812F8">
        <w:rPr>
          <w:rFonts w:asciiTheme="majorHAnsi" w:hAnsiTheme="majorHAnsi" w:cstheme="majorHAnsi"/>
          <w:szCs w:val="24"/>
        </w:rPr>
        <w:t>krajině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nevyskytuje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. </w:t>
      </w:r>
      <w:proofErr w:type="spellStart"/>
      <w:r w:rsidRPr="009812F8">
        <w:rPr>
          <w:rFonts w:asciiTheme="majorHAnsi" w:hAnsiTheme="majorHAnsi" w:cstheme="majorHAnsi"/>
          <w:szCs w:val="24"/>
        </w:rPr>
        <w:t>Lesnické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využití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vyžaduje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hustou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výsadbu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a </w:t>
      </w:r>
      <w:proofErr w:type="spellStart"/>
      <w:r w:rsidRPr="009812F8">
        <w:rPr>
          <w:rFonts w:asciiTheme="majorHAnsi" w:hAnsiTheme="majorHAnsi" w:cstheme="majorHAnsi"/>
          <w:szCs w:val="24"/>
        </w:rPr>
        <w:t>neudržované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plochy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zarůstají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, </w:t>
      </w:r>
      <w:proofErr w:type="spellStart"/>
      <w:r w:rsidRPr="009812F8">
        <w:rPr>
          <w:rFonts w:asciiTheme="majorHAnsi" w:hAnsiTheme="majorHAnsi" w:cstheme="majorHAnsi"/>
          <w:szCs w:val="24"/>
        </w:rPr>
        <w:t>díky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absenci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velkých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herbivorů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, </w:t>
      </w:r>
      <w:proofErr w:type="spellStart"/>
      <w:r w:rsidRPr="009812F8">
        <w:rPr>
          <w:rFonts w:asciiTheme="majorHAnsi" w:hAnsiTheme="majorHAnsi" w:cstheme="majorHAnsi"/>
          <w:szCs w:val="24"/>
        </w:rPr>
        <w:t>nebo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absenci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lidských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zásahů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. </w:t>
      </w:r>
      <w:proofErr w:type="spellStart"/>
      <w:r w:rsidRPr="009812F8">
        <w:rPr>
          <w:rFonts w:asciiTheme="majorHAnsi" w:hAnsiTheme="majorHAnsi" w:cstheme="majorHAnsi"/>
          <w:szCs w:val="24"/>
        </w:rPr>
        <w:t>Přitom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tento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les, </w:t>
      </w:r>
      <w:proofErr w:type="spellStart"/>
      <w:r w:rsidRPr="009812F8">
        <w:rPr>
          <w:rFonts w:asciiTheme="majorHAnsi" w:hAnsiTheme="majorHAnsi" w:cstheme="majorHAnsi"/>
          <w:szCs w:val="24"/>
        </w:rPr>
        <w:t>který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bude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na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mírném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svahu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orientován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jižním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směrem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, </w:t>
      </w:r>
      <w:proofErr w:type="spellStart"/>
      <w:r w:rsidRPr="009812F8">
        <w:rPr>
          <w:rFonts w:asciiTheme="majorHAnsi" w:hAnsiTheme="majorHAnsi" w:cstheme="majorHAnsi"/>
          <w:szCs w:val="24"/>
        </w:rPr>
        <w:t>představuje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místo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, </w:t>
      </w:r>
      <w:proofErr w:type="spellStart"/>
      <w:r w:rsidRPr="009812F8">
        <w:rPr>
          <w:rFonts w:asciiTheme="majorHAnsi" w:hAnsiTheme="majorHAnsi" w:cstheme="majorHAnsi"/>
          <w:szCs w:val="24"/>
        </w:rPr>
        <w:t>které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může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výrazně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posloužit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celé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řadě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vzácných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druhů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hmyzu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a </w:t>
      </w:r>
      <w:proofErr w:type="spellStart"/>
      <w:r w:rsidRPr="009812F8">
        <w:rPr>
          <w:rFonts w:asciiTheme="majorHAnsi" w:hAnsiTheme="majorHAnsi" w:cstheme="majorHAnsi"/>
          <w:szCs w:val="24"/>
        </w:rPr>
        <w:t>rostlin</w:t>
      </w:r>
      <w:proofErr w:type="spellEnd"/>
      <w:r w:rsidRPr="009812F8">
        <w:rPr>
          <w:rFonts w:asciiTheme="majorHAnsi" w:hAnsiTheme="majorHAnsi" w:cstheme="majorHAnsi"/>
          <w:szCs w:val="24"/>
        </w:rPr>
        <w:t>.</w:t>
      </w:r>
    </w:p>
    <w:p w14:paraId="70F97B9A" w14:textId="77777777" w:rsidR="00AF37B1" w:rsidRPr="009812F8" w:rsidRDefault="00D675B2" w:rsidP="00BB6B05">
      <w:pPr>
        <w:jc w:val="both"/>
        <w:rPr>
          <w:rFonts w:asciiTheme="majorHAnsi" w:hAnsiTheme="majorHAnsi" w:cstheme="majorHAnsi"/>
          <w:szCs w:val="24"/>
        </w:rPr>
      </w:pPr>
      <w:proofErr w:type="spellStart"/>
      <w:r w:rsidRPr="009812F8">
        <w:rPr>
          <w:rFonts w:asciiTheme="majorHAnsi" w:hAnsiTheme="majorHAnsi" w:cstheme="majorHAnsi"/>
          <w:szCs w:val="24"/>
        </w:rPr>
        <w:t>Například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lesním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mravencům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(r. </w:t>
      </w:r>
      <w:r w:rsidRPr="009812F8">
        <w:rPr>
          <w:rFonts w:asciiTheme="majorHAnsi" w:hAnsiTheme="majorHAnsi" w:cstheme="majorHAnsi"/>
          <w:i/>
          <w:iCs/>
          <w:szCs w:val="24"/>
        </w:rPr>
        <w:t>Formica</w:t>
      </w:r>
      <w:r w:rsidRPr="009812F8">
        <w:rPr>
          <w:rFonts w:asciiTheme="majorHAnsi" w:hAnsiTheme="majorHAnsi" w:cstheme="majorHAnsi"/>
          <w:szCs w:val="24"/>
        </w:rPr>
        <w:t xml:space="preserve">). Zde </w:t>
      </w:r>
      <w:proofErr w:type="spellStart"/>
      <w:r w:rsidRPr="009812F8">
        <w:rPr>
          <w:rFonts w:asciiTheme="majorHAnsi" w:hAnsiTheme="majorHAnsi" w:cstheme="majorHAnsi"/>
          <w:szCs w:val="24"/>
        </w:rPr>
        <w:t>navážeme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na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studie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a </w:t>
      </w:r>
      <w:proofErr w:type="spellStart"/>
      <w:r w:rsidRPr="009812F8">
        <w:rPr>
          <w:rFonts w:asciiTheme="majorHAnsi" w:hAnsiTheme="majorHAnsi" w:cstheme="majorHAnsi"/>
          <w:szCs w:val="24"/>
        </w:rPr>
        <w:t>ochranářské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práce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, </w:t>
      </w:r>
      <w:proofErr w:type="spellStart"/>
      <w:r w:rsidRPr="009812F8">
        <w:rPr>
          <w:rFonts w:asciiTheme="majorHAnsi" w:hAnsiTheme="majorHAnsi" w:cstheme="majorHAnsi"/>
          <w:szCs w:val="24"/>
        </w:rPr>
        <w:t>které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v </w:t>
      </w:r>
      <w:proofErr w:type="spellStart"/>
      <w:r w:rsidRPr="009812F8">
        <w:rPr>
          <w:rFonts w:asciiTheme="majorHAnsi" w:hAnsiTheme="majorHAnsi" w:cstheme="majorHAnsi"/>
          <w:szCs w:val="24"/>
        </w:rPr>
        <w:t>regionu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v </w:t>
      </w:r>
      <w:proofErr w:type="spellStart"/>
      <w:r w:rsidRPr="009812F8">
        <w:rPr>
          <w:rFonts w:asciiTheme="majorHAnsi" w:hAnsiTheme="majorHAnsi" w:cstheme="majorHAnsi"/>
          <w:szCs w:val="24"/>
        </w:rPr>
        <w:t>minulosti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realizovala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kunčická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pobočka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ČSOP ZO 68/01.</w:t>
      </w:r>
    </w:p>
    <w:p w14:paraId="2E07C65F" w14:textId="77777777" w:rsidR="00AF37B1" w:rsidRPr="009812F8" w:rsidRDefault="00AF37B1" w:rsidP="00BB6B05">
      <w:pPr>
        <w:jc w:val="both"/>
        <w:rPr>
          <w:rFonts w:asciiTheme="majorHAnsi" w:hAnsiTheme="majorHAnsi" w:cstheme="majorHAnsi"/>
          <w:szCs w:val="24"/>
        </w:rPr>
      </w:pPr>
    </w:p>
    <w:p w14:paraId="7B51F510" w14:textId="77777777" w:rsidR="00AF37B1" w:rsidRPr="009812F8" w:rsidRDefault="00D675B2" w:rsidP="00BB6B05">
      <w:pPr>
        <w:jc w:val="both"/>
        <w:rPr>
          <w:rFonts w:asciiTheme="majorHAnsi" w:hAnsiTheme="majorHAnsi" w:cstheme="majorHAnsi"/>
          <w:b/>
          <w:bCs/>
          <w:szCs w:val="24"/>
        </w:rPr>
      </w:pPr>
      <w:proofErr w:type="spellStart"/>
      <w:r w:rsidRPr="009812F8">
        <w:rPr>
          <w:rFonts w:asciiTheme="majorHAnsi" w:hAnsiTheme="majorHAnsi" w:cstheme="majorHAnsi"/>
          <w:b/>
          <w:bCs/>
          <w:szCs w:val="24"/>
        </w:rPr>
        <w:t>Broukoviště</w:t>
      </w:r>
      <w:proofErr w:type="spellEnd"/>
      <w:r w:rsidRPr="009812F8">
        <w:rPr>
          <w:rFonts w:asciiTheme="majorHAnsi" w:hAnsiTheme="majorHAnsi" w:cstheme="majorHAnsi"/>
          <w:b/>
          <w:bCs/>
          <w:szCs w:val="24"/>
        </w:rPr>
        <w:t xml:space="preserve"> (</w:t>
      </w:r>
      <w:proofErr w:type="spellStart"/>
      <w:r w:rsidRPr="009812F8">
        <w:rPr>
          <w:rFonts w:asciiTheme="majorHAnsi" w:hAnsiTheme="majorHAnsi" w:cstheme="majorHAnsi"/>
          <w:b/>
          <w:bCs/>
          <w:szCs w:val="24"/>
        </w:rPr>
        <w:t>loggery</w:t>
      </w:r>
      <w:proofErr w:type="spellEnd"/>
      <w:r w:rsidRPr="009812F8">
        <w:rPr>
          <w:rFonts w:asciiTheme="majorHAnsi" w:hAnsiTheme="majorHAnsi" w:cstheme="majorHAnsi"/>
          <w:b/>
          <w:bCs/>
          <w:szCs w:val="24"/>
        </w:rPr>
        <w:t>)</w:t>
      </w:r>
    </w:p>
    <w:p w14:paraId="12335CC1" w14:textId="77777777" w:rsidR="00AF37B1" w:rsidRPr="009812F8" w:rsidRDefault="00D675B2" w:rsidP="00BB6B05">
      <w:pPr>
        <w:jc w:val="both"/>
        <w:rPr>
          <w:rFonts w:asciiTheme="majorHAnsi" w:hAnsiTheme="majorHAnsi" w:cstheme="majorHAnsi"/>
          <w:szCs w:val="24"/>
        </w:rPr>
      </w:pPr>
      <w:proofErr w:type="spellStart"/>
      <w:r w:rsidRPr="009812F8">
        <w:rPr>
          <w:rFonts w:asciiTheme="majorHAnsi" w:hAnsiTheme="majorHAnsi" w:cstheme="majorHAnsi"/>
          <w:szCs w:val="24"/>
        </w:rPr>
        <w:t>Jedná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se o </w:t>
      </w:r>
      <w:proofErr w:type="spellStart"/>
      <w:r w:rsidRPr="009812F8">
        <w:rPr>
          <w:rFonts w:asciiTheme="majorHAnsi" w:hAnsiTheme="majorHAnsi" w:cstheme="majorHAnsi"/>
          <w:szCs w:val="24"/>
        </w:rPr>
        <w:t>novou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, ale v ČR </w:t>
      </w:r>
      <w:proofErr w:type="spellStart"/>
      <w:r w:rsidRPr="009812F8">
        <w:rPr>
          <w:rFonts w:asciiTheme="majorHAnsi" w:hAnsiTheme="majorHAnsi" w:cstheme="majorHAnsi"/>
          <w:szCs w:val="24"/>
        </w:rPr>
        <w:t>zatím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opomíjenou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formu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ochrany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hmyzu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. </w:t>
      </w:r>
      <w:proofErr w:type="spellStart"/>
      <w:r w:rsidRPr="009812F8">
        <w:rPr>
          <w:rFonts w:asciiTheme="majorHAnsi" w:hAnsiTheme="majorHAnsi" w:cstheme="majorHAnsi"/>
          <w:szCs w:val="24"/>
        </w:rPr>
        <w:t>Jedná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se o </w:t>
      </w:r>
      <w:proofErr w:type="spellStart"/>
      <w:r w:rsidRPr="009812F8">
        <w:rPr>
          <w:rFonts w:asciiTheme="majorHAnsi" w:hAnsiTheme="majorHAnsi" w:cstheme="majorHAnsi"/>
          <w:szCs w:val="24"/>
        </w:rPr>
        <w:t>shromaždiště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starých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kmenů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(</w:t>
      </w:r>
      <w:proofErr w:type="spellStart"/>
      <w:r w:rsidRPr="009812F8">
        <w:rPr>
          <w:rFonts w:asciiTheme="majorHAnsi" w:hAnsiTheme="majorHAnsi" w:cstheme="majorHAnsi"/>
          <w:szCs w:val="24"/>
        </w:rPr>
        <w:t>již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s </w:t>
      </w:r>
      <w:proofErr w:type="spellStart"/>
      <w:r w:rsidRPr="009812F8">
        <w:rPr>
          <w:rFonts w:asciiTheme="majorHAnsi" w:hAnsiTheme="majorHAnsi" w:cstheme="majorHAnsi"/>
          <w:szCs w:val="24"/>
        </w:rPr>
        <w:t>larvami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hmyzu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) a </w:t>
      </w:r>
      <w:proofErr w:type="spellStart"/>
      <w:r w:rsidRPr="009812F8">
        <w:rPr>
          <w:rFonts w:asciiTheme="majorHAnsi" w:hAnsiTheme="majorHAnsi" w:cstheme="majorHAnsi"/>
          <w:szCs w:val="24"/>
        </w:rPr>
        <w:t>zároveň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nového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dřeva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v </w:t>
      </w:r>
      <w:proofErr w:type="spellStart"/>
      <w:r w:rsidRPr="009812F8">
        <w:rPr>
          <w:rFonts w:asciiTheme="majorHAnsi" w:hAnsiTheme="majorHAnsi" w:cstheme="majorHAnsi"/>
          <w:szCs w:val="24"/>
        </w:rPr>
        <w:t>kulatině</w:t>
      </w:r>
      <w:proofErr w:type="spellEnd"/>
      <w:r w:rsidRPr="009812F8">
        <w:rPr>
          <w:rFonts w:asciiTheme="majorHAnsi" w:hAnsiTheme="majorHAnsi" w:cstheme="majorHAnsi"/>
          <w:szCs w:val="24"/>
        </w:rPr>
        <w:t>.</w:t>
      </w:r>
    </w:p>
    <w:p w14:paraId="577A07FE" w14:textId="77777777" w:rsidR="00AF37B1" w:rsidRPr="009812F8" w:rsidRDefault="00D675B2" w:rsidP="00BB6B05">
      <w:pPr>
        <w:jc w:val="both"/>
        <w:rPr>
          <w:rFonts w:asciiTheme="majorHAnsi" w:hAnsiTheme="majorHAnsi" w:cstheme="majorHAnsi"/>
          <w:szCs w:val="24"/>
        </w:rPr>
      </w:pPr>
      <w:r w:rsidRPr="009812F8">
        <w:rPr>
          <w:rFonts w:asciiTheme="majorHAnsi" w:hAnsiTheme="majorHAnsi" w:cstheme="majorHAnsi"/>
          <w:szCs w:val="24"/>
        </w:rPr>
        <w:t xml:space="preserve">Na </w:t>
      </w:r>
      <w:proofErr w:type="spellStart"/>
      <w:r w:rsidRPr="009812F8">
        <w:rPr>
          <w:rFonts w:asciiTheme="majorHAnsi" w:hAnsiTheme="majorHAnsi" w:cstheme="majorHAnsi"/>
          <w:szCs w:val="24"/>
        </w:rPr>
        <w:t>broukoviště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se </w:t>
      </w:r>
      <w:proofErr w:type="spellStart"/>
      <w:r w:rsidRPr="009812F8">
        <w:rPr>
          <w:rFonts w:asciiTheme="majorHAnsi" w:hAnsiTheme="majorHAnsi" w:cstheme="majorHAnsi"/>
          <w:szCs w:val="24"/>
        </w:rPr>
        <w:t>také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umísťují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velké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dřevěné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makety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xylofágního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hmyzu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, </w:t>
      </w:r>
      <w:proofErr w:type="spellStart"/>
      <w:r w:rsidRPr="009812F8">
        <w:rPr>
          <w:rFonts w:asciiTheme="majorHAnsi" w:hAnsiTheme="majorHAnsi" w:cstheme="majorHAnsi"/>
          <w:szCs w:val="24"/>
        </w:rPr>
        <w:t>což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následně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pomáhá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s </w:t>
      </w:r>
      <w:proofErr w:type="spellStart"/>
      <w:r w:rsidRPr="009812F8">
        <w:rPr>
          <w:rFonts w:asciiTheme="majorHAnsi" w:hAnsiTheme="majorHAnsi" w:cstheme="majorHAnsi"/>
          <w:szCs w:val="24"/>
        </w:rPr>
        <w:t>vysvětlením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potřebnosti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broukovišt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širší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veřejnosti</w:t>
      </w:r>
      <w:proofErr w:type="spellEnd"/>
      <w:r w:rsidRPr="009812F8">
        <w:rPr>
          <w:rFonts w:asciiTheme="majorHAnsi" w:hAnsiTheme="majorHAnsi" w:cstheme="majorHAnsi"/>
          <w:szCs w:val="24"/>
        </w:rPr>
        <w:t>.</w:t>
      </w:r>
    </w:p>
    <w:p w14:paraId="7F9177BB" w14:textId="77777777" w:rsidR="00AF37B1" w:rsidRPr="009812F8" w:rsidRDefault="00D675B2" w:rsidP="00BB6B05">
      <w:pPr>
        <w:jc w:val="both"/>
        <w:rPr>
          <w:rFonts w:asciiTheme="majorHAnsi" w:hAnsiTheme="majorHAnsi" w:cstheme="majorHAnsi"/>
          <w:szCs w:val="24"/>
        </w:rPr>
      </w:pPr>
      <w:r w:rsidRPr="009812F8">
        <w:rPr>
          <w:rFonts w:asciiTheme="majorHAnsi" w:hAnsiTheme="majorHAnsi" w:cstheme="majorHAnsi"/>
          <w:szCs w:val="24"/>
        </w:rPr>
        <w:t xml:space="preserve">Mimo </w:t>
      </w:r>
      <w:proofErr w:type="spellStart"/>
      <w:r w:rsidRPr="009812F8">
        <w:rPr>
          <w:rFonts w:asciiTheme="majorHAnsi" w:hAnsiTheme="majorHAnsi" w:cstheme="majorHAnsi"/>
          <w:szCs w:val="24"/>
        </w:rPr>
        <w:t>jedno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centrální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broukoviště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by se </w:t>
      </w:r>
      <w:proofErr w:type="spellStart"/>
      <w:r w:rsidRPr="009812F8">
        <w:rPr>
          <w:rFonts w:asciiTheme="majorHAnsi" w:hAnsiTheme="majorHAnsi" w:cstheme="majorHAnsi"/>
          <w:szCs w:val="24"/>
        </w:rPr>
        <w:t>na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vhodných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místech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umístily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padlé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kmeny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stromů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(</w:t>
      </w:r>
      <w:proofErr w:type="spellStart"/>
      <w:r w:rsidRPr="009812F8">
        <w:rPr>
          <w:rFonts w:asciiTheme="majorHAnsi" w:hAnsiTheme="majorHAnsi" w:cstheme="majorHAnsi"/>
          <w:szCs w:val="24"/>
        </w:rPr>
        <w:t>nebo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ponechaly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stávající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), aby se </w:t>
      </w:r>
      <w:proofErr w:type="spellStart"/>
      <w:r w:rsidRPr="009812F8">
        <w:rPr>
          <w:rFonts w:asciiTheme="majorHAnsi" w:hAnsiTheme="majorHAnsi" w:cstheme="majorHAnsi"/>
          <w:szCs w:val="24"/>
        </w:rPr>
        <w:t>podpořil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růst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saprofytických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hub </w:t>
      </w:r>
      <w:proofErr w:type="spellStart"/>
      <w:r w:rsidRPr="009812F8">
        <w:rPr>
          <w:rFonts w:asciiTheme="majorHAnsi" w:hAnsiTheme="majorHAnsi" w:cstheme="majorHAnsi"/>
          <w:szCs w:val="24"/>
        </w:rPr>
        <w:t>i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xylofágního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hmyzu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, </w:t>
      </w:r>
      <w:proofErr w:type="spellStart"/>
      <w:r w:rsidRPr="009812F8">
        <w:rPr>
          <w:rFonts w:asciiTheme="majorHAnsi" w:hAnsiTheme="majorHAnsi" w:cstheme="majorHAnsi"/>
          <w:szCs w:val="24"/>
        </w:rPr>
        <w:t>i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mimo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centrální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broukoviště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. </w:t>
      </w:r>
      <w:proofErr w:type="spellStart"/>
      <w:r w:rsidRPr="009812F8">
        <w:rPr>
          <w:rFonts w:asciiTheme="majorHAnsi" w:hAnsiTheme="majorHAnsi" w:cstheme="majorHAnsi"/>
          <w:szCs w:val="24"/>
        </w:rPr>
        <w:t>Část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zde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rostoucích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a </w:t>
      </w:r>
      <w:proofErr w:type="spellStart"/>
      <w:r w:rsidRPr="009812F8">
        <w:rPr>
          <w:rFonts w:asciiTheme="majorHAnsi" w:hAnsiTheme="majorHAnsi" w:cstheme="majorHAnsi"/>
          <w:szCs w:val="24"/>
        </w:rPr>
        <w:t>odumírajících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stromů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je </w:t>
      </w:r>
      <w:proofErr w:type="spellStart"/>
      <w:r w:rsidRPr="009812F8">
        <w:rPr>
          <w:rFonts w:asciiTheme="majorHAnsi" w:hAnsiTheme="majorHAnsi" w:cstheme="majorHAnsi"/>
          <w:szCs w:val="24"/>
        </w:rPr>
        <w:t>možno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ořezat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na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torzo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a </w:t>
      </w:r>
      <w:proofErr w:type="spellStart"/>
      <w:r w:rsidRPr="009812F8">
        <w:rPr>
          <w:rFonts w:asciiTheme="majorHAnsi" w:hAnsiTheme="majorHAnsi" w:cstheme="majorHAnsi"/>
          <w:szCs w:val="24"/>
        </w:rPr>
        <w:t>demonstrovat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význam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tohoto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zásahu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(</w:t>
      </w:r>
      <w:proofErr w:type="spellStart"/>
      <w:r w:rsidRPr="009812F8">
        <w:rPr>
          <w:rFonts w:asciiTheme="majorHAnsi" w:hAnsiTheme="majorHAnsi" w:cstheme="majorHAnsi"/>
          <w:szCs w:val="24"/>
        </w:rPr>
        <w:t>čili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ne </w:t>
      </w:r>
      <w:proofErr w:type="spellStart"/>
      <w:r w:rsidRPr="009812F8">
        <w:rPr>
          <w:rFonts w:asciiTheme="majorHAnsi" w:hAnsiTheme="majorHAnsi" w:cstheme="majorHAnsi"/>
          <w:szCs w:val="24"/>
        </w:rPr>
        <w:t>odstranění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na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pařez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) pro </w:t>
      </w:r>
      <w:proofErr w:type="spellStart"/>
      <w:r w:rsidRPr="009812F8">
        <w:rPr>
          <w:rFonts w:asciiTheme="majorHAnsi" w:hAnsiTheme="majorHAnsi" w:cstheme="majorHAnsi"/>
          <w:szCs w:val="24"/>
        </w:rPr>
        <w:t>ochranu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přírody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– </w:t>
      </w:r>
      <w:proofErr w:type="spellStart"/>
      <w:r w:rsidRPr="009812F8">
        <w:rPr>
          <w:rFonts w:asciiTheme="majorHAnsi" w:hAnsiTheme="majorHAnsi" w:cstheme="majorHAnsi"/>
          <w:szCs w:val="24"/>
        </w:rPr>
        <w:t>bude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patrné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zmlazení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a </w:t>
      </w:r>
      <w:proofErr w:type="spellStart"/>
      <w:r w:rsidRPr="009812F8">
        <w:rPr>
          <w:rFonts w:asciiTheme="majorHAnsi" w:hAnsiTheme="majorHAnsi" w:cstheme="majorHAnsi"/>
          <w:szCs w:val="24"/>
        </w:rPr>
        <w:t>znovuoživení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starého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strumu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– </w:t>
      </w:r>
      <w:proofErr w:type="spellStart"/>
      <w:r w:rsidRPr="009812F8">
        <w:rPr>
          <w:rFonts w:asciiTheme="majorHAnsi" w:hAnsiTheme="majorHAnsi" w:cstheme="majorHAnsi"/>
          <w:szCs w:val="24"/>
        </w:rPr>
        <w:t>podpora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proměny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estetického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vnímání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biotopů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se </w:t>
      </w:r>
      <w:proofErr w:type="spellStart"/>
      <w:r w:rsidRPr="009812F8">
        <w:rPr>
          <w:rFonts w:asciiTheme="majorHAnsi" w:hAnsiTheme="majorHAnsi" w:cstheme="majorHAnsi"/>
          <w:szCs w:val="24"/>
        </w:rPr>
        <w:t>starými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stromy</w:t>
      </w:r>
      <w:proofErr w:type="spellEnd"/>
      <w:r w:rsidRPr="009812F8">
        <w:rPr>
          <w:rFonts w:asciiTheme="majorHAnsi" w:hAnsiTheme="majorHAnsi" w:cstheme="majorHAnsi"/>
          <w:szCs w:val="24"/>
        </w:rPr>
        <w:t>.</w:t>
      </w:r>
    </w:p>
    <w:p w14:paraId="67C363E4" w14:textId="77777777" w:rsidR="00AF37B1" w:rsidRPr="009812F8" w:rsidRDefault="00AF37B1" w:rsidP="00BB6B05">
      <w:pPr>
        <w:jc w:val="both"/>
        <w:rPr>
          <w:rFonts w:asciiTheme="majorHAnsi" w:hAnsiTheme="majorHAnsi" w:cstheme="majorHAnsi"/>
          <w:szCs w:val="24"/>
        </w:rPr>
      </w:pPr>
    </w:p>
    <w:p w14:paraId="4DDC0422" w14:textId="77777777" w:rsidR="00AF37B1" w:rsidRPr="009812F8" w:rsidRDefault="00D675B2" w:rsidP="00B33A2B">
      <w:pPr>
        <w:jc w:val="both"/>
        <w:rPr>
          <w:rFonts w:asciiTheme="majorHAnsi" w:hAnsiTheme="majorHAnsi" w:cstheme="majorHAnsi"/>
          <w:b/>
          <w:bCs/>
          <w:szCs w:val="24"/>
        </w:rPr>
      </w:pPr>
      <w:proofErr w:type="spellStart"/>
      <w:r w:rsidRPr="009812F8">
        <w:rPr>
          <w:rFonts w:asciiTheme="majorHAnsi" w:hAnsiTheme="majorHAnsi" w:cstheme="majorHAnsi"/>
          <w:b/>
          <w:bCs/>
          <w:szCs w:val="24"/>
        </w:rPr>
        <w:t>Útočiště</w:t>
      </w:r>
      <w:proofErr w:type="spellEnd"/>
      <w:r w:rsidRPr="009812F8">
        <w:rPr>
          <w:rFonts w:asciiTheme="majorHAnsi" w:hAnsiTheme="majorHAnsi" w:cstheme="majorHAnsi"/>
          <w:b/>
          <w:bCs/>
          <w:szCs w:val="24"/>
        </w:rPr>
        <w:t xml:space="preserve"> pro </w:t>
      </w:r>
      <w:proofErr w:type="spellStart"/>
      <w:r w:rsidRPr="009812F8">
        <w:rPr>
          <w:rFonts w:asciiTheme="majorHAnsi" w:hAnsiTheme="majorHAnsi" w:cstheme="majorHAnsi"/>
          <w:b/>
          <w:bCs/>
          <w:szCs w:val="24"/>
        </w:rPr>
        <w:t>plazy</w:t>
      </w:r>
      <w:proofErr w:type="spellEnd"/>
    </w:p>
    <w:p w14:paraId="0C97722F" w14:textId="77777777" w:rsidR="00AF37B1" w:rsidRPr="009812F8" w:rsidRDefault="00D675B2" w:rsidP="00B33A2B">
      <w:pPr>
        <w:jc w:val="both"/>
        <w:rPr>
          <w:rFonts w:asciiTheme="majorHAnsi" w:hAnsiTheme="majorHAnsi" w:cstheme="majorHAnsi"/>
          <w:szCs w:val="24"/>
        </w:rPr>
      </w:pPr>
      <w:r w:rsidRPr="009812F8">
        <w:rPr>
          <w:rFonts w:asciiTheme="majorHAnsi" w:hAnsiTheme="majorHAnsi" w:cstheme="majorHAnsi"/>
          <w:szCs w:val="24"/>
        </w:rPr>
        <w:t xml:space="preserve">Na </w:t>
      </w:r>
      <w:proofErr w:type="spellStart"/>
      <w:r w:rsidRPr="009812F8">
        <w:rPr>
          <w:rFonts w:asciiTheme="majorHAnsi" w:hAnsiTheme="majorHAnsi" w:cstheme="majorHAnsi"/>
          <w:szCs w:val="24"/>
        </w:rPr>
        <w:t>více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místech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by v </w:t>
      </w:r>
      <w:proofErr w:type="spellStart"/>
      <w:r w:rsidRPr="009812F8">
        <w:rPr>
          <w:rFonts w:asciiTheme="majorHAnsi" w:hAnsiTheme="majorHAnsi" w:cstheme="majorHAnsi"/>
          <w:szCs w:val="24"/>
        </w:rPr>
        <w:t>ploše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byly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umístěny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zídky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, </w:t>
      </w:r>
      <w:proofErr w:type="spellStart"/>
      <w:r w:rsidRPr="009812F8">
        <w:rPr>
          <w:rFonts w:asciiTheme="majorHAnsi" w:hAnsiTheme="majorHAnsi" w:cstheme="majorHAnsi"/>
          <w:szCs w:val="24"/>
        </w:rPr>
        <w:t>hromady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loženého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kamení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a </w:t>
      </w:r>
      <w:proofErr w:type="spellStart"/>
      <w:r w:rsidRPr="009812F8">
        <w:rPr>
          <w:rFonts w:asciiTheme="majorHAnsi" w:hAnsiTheme="majorHAnsi" w:cstheme="majorHAnsi"/>
          <w:szCs w:val="24"/>
        </w:rPr>
        <w:t>kruhové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kamenné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„</w:t>
      </w:r>
      <w:proofErr w:type="spellStart"/>
      <w:r w:rsidRPr="009812F8">
        <w:rPr>
          <w:rFonts w:asciiTheme="majorHAnsi" w:hAnsiTheme="majorHAnsi" w:cstheme="majorHAnsi"/>
          <w:szCs w:val="24"/>
        </w:rPr>
        <w:t>věže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“. Ty by </w:t>
      </w:r>
      <w:proofErr w:type="spellStart"/>
      <w:r w:rsidRPr="009812F8">
        <w:rPr>
          <w:rFonts w:asciiTheme="majorHAnsi" w:hAnsiTheme="majorHAnsi" w:cstheme="majorHAnsi"/>
          <w:szCs w:val="24"/>
        </w:rPr>
        <w:t>vždy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byly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orientovány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jižním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, </w:t>
      </w:r>
      <w:proofErr w:type="spellStart"/>
      <w:r w:rsidRPr="009812F8">
        <w:rPr>
          <w:rFonts w:asciiTheme="majorHAnsi" w:hAnsiTheme="majorHAnsi" w:cstheme="majorHAnsi"/>
          <w:szCs w:val="24"/>
        </w:rPr>
        <w:t>nebo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jihovýchodním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směrem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, </w:t>
      </w:r>
      <w:proofErr w:type="spellStart"/>
      <w:r w:rsidRPr="009812F8">
        <w:rPr>
          <w:rFonts w:asciiTheme="majorHAnsi" w:hAnsiTheme="majorHAnsi" w:cstheme="majorHAnsi"/>
          <w:szCs w:val="24"/>
        </w:rPr>
        <w:t>kvůli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slunečnímu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záření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. Na </w:t>
      </w:r>
      <w:proofErr w:type="spellStart"/>
      <w:r w:rsidRPr="009812F8">
        <w:rPr>
          <w:rFonts w:asciiTheme="majorHAnsi" w:hAnsiTheme="majorHAnsi" w:cstheme="majorHAnsi"/>
          <w:szCs w:val="24"/>
        </w:rPr>
        <w:t>odlehlejších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místech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, by </w:t>
      </w:r>
      <w:proofErr w:type="spellStart"/>
      <w:r w:rsidRPr="009812F8">
        <w:rPr>
          <w:rFonts w:asciiTheme="majorHAnsi" w:hAnsiTheme="majorHAnsi" w:cstheme="majorHAnsi"/>
          <w:szCs w:val="24"/>
        </w:rPr>
        <w:t>tyto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kamenné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útočiště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byly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doplněny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sypkou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plochou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pro </w:t>
      </w:r>
      <w:proofErr w:type="spellStart"/>
      <w:r w:rsidRPr="009812F8">
        <w:rPr>
          <w:rFonts w:asciiTheme="majorHAnsi" w:hAnsiTheme="majorHAnsi" w:cstheme="majorHAnsi"/>
          <w:szCs w:val="24"/>
        </w:rPr>
        <w:t>kladení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vajec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plazů</w:t>
      </w:r>
      <w:proofErr w:type="spellEnd"/>
      <w:r w:rsidRPr="009812F8">
        <w:rPr>
          <w:rFonts w:asciiTheme="majorHAnsi" w:hAnsiTheme="majorHAnsi" w:cstheme="majorHAnsi"/>
          <w:szCs w:val="24"/>
        </w:rPr>
        <w:t>.</w:t>
      </w:r>
    </w:p>
    <w:p w14:paraId="6DE9C975" w14:textId="53DAB7E9" w:rsidR="00DE74A9" w:rsidRPr="009812F8" w:rsidRDefault="00DE74A9">
      <w:pPr>
        <w:rPr>
          <w:rFonts w:asciiTheme="majorHAnsi" w:hAnsiTheme="majorHAnsi" w:cstheme="majorHAnsi"/>
          <w:b/>
          <w:bCs/>
          <w:szCs w:val="24"/>
        </w:rPr>
      </w:pPr>
    </w:p>
    <w:p w14:paraId="1EB724DB" w14:textId="7973E374" w:rsidR="00AF37B1" w:rsidRPr="009812F8" w:rsidRDefault="00D675B2" w:rsidP="00D323AD">
      <w:pPr>
        <w:jc w:val="both"/>
        <w:rPr>
          <w:rFonts w:asciiTheme="majorHAnsi" w:hAnsiTheme="majorHAnsi" w:cstheme="majorHAnsi"/>
          <w:b/>
          <w:bCs/>
          <w:szCs w:val="24"/>
        </w:rPr>
      </w:pPr>
      <w:proofErr w:type="spellStart"/>
      <w:r w:rsidRPr="009812F8">
        <w:rPr>
          <w:rFonts w:asciiTheme="majorHAnsi" w:hAnsiTheme="majorHAnsi" w:cstheme="majorHAnsi"/>
          <w:b/>
          <w:bCs/>
          <w:szCs w:val="24"/>
        </w:rPr>
        <w:lastRenderedPageBreak/>
        <w:t>Kompostové</w:t>
      </w:r>
      <w:proofErr w:type="spellEnd"/>
      <w:r w:rsidRPr="009812F8">
        <w:rPr>
          <w:rFonts w:asciiTheme="majorHAnsi" w:hAnsiTheme="majorHAnsi" w:cstheme="majorHAnsi"/>
          <w:b/>
          <w:bCs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b/>
          <w:bCs/>
          <w:szCs w:val="24"/>
        </w:rPr>
        <w:t>hromady</w:t>
      </w:r>
      <w:proofErr w:type="spellEnd"/>
    </w:p>
    <w:p w14:paraId="730DA2FF" w14:textId="7D6E43CC" w:rsidR="00AF37B1" w:rsidRPr="009812F8" w:rsidRDefault="00D675B2" w:rsidP="00D323AD">
      <w:pPr>
        <w:jc w:val="both"/>
        <w:rPr>
          <w:rFonts w:asciiTheme="majorHAnsi" w:hAnsiTheme="majorHAnsi" w:cstheme="majorHAnsi"/>
          <w:szCs w:val="24"/>
        </w:rPr>
      </w:pPr>
      <w:r w:rsidRPr="009812F8">
        <w:rPr>
          <w:rFonts w:asciiTheme="majorHAnsi" w:hAnsiTheme="majorHAnsi" w:cstheme="majorHAnsi"/>
          <w:szCs w:val="24"/>
        </w:rPr>
        <w:t xml:space="preserve">Tyto </w:t>
      </w:r>
      <w:proofErr w:type="spellStart"/>
      <w:r w:rsidRPr="009812F8">
        <w:rPr>
          <w:rFonts w:asciiTheme="majorHAnsi" w:hAnsiTheme="majorHAnsi" w:cstheme="majorHAnsi"/>
          <w:szCs w:val="24"/>
        </w:rPr>
        <w:t>plochy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slouží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k </w:t>
      </w:r>
      <w:proofErr w:type="spellStart"/>
      <w:r w:rsidRPr="009812F8">
        <w:rPr>
          <w:rFonts w:asciiTheme="majorHAnsi" w:hAnsiTheme="majorHAnsi" w:cstheme="majorHAnsi"/>
          <w:szCs w:val="24"/>
        </w:rPr>
        <w:t>zazimování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hmyzu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, </w:t>
      </w:r>
      <w:proofErr w:type="spellStart"/>
      <w:r w:rsidRPr="009812F8">
        <w:rPr>
          <w:rFonts w:asciiTheme="majorHAnsi" w:hAnsiTheme="majorHAnsi" w:cstheme="majorHAnsi"/>
          <w:szCs w:val="24"/>
        </w:rPr>
        <w:t>plazům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i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savcům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(</w:t>
      </w:r>
      <w:proofErr w:type="spellStart"/>
      <w:r w:rsidRPr="009812F8">
        <w:rPr>
          <w:rFonts w:asciiTheme="majorHAnsi" w:hAnsiTheme="majorHAnsi" w:cstheme="majorHAnsi"/>
          <w:szCs w:val="24"/>
        </w:rPr>
        <w:t>ježkům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). </w:t>
      </w:r>
      <w:proofErr w:type="spellStart"/>
      <w:r w:rsidRPr="009812F8">
        <w:rPr>
          <w:rFonts w:asciiTheme="majorHAnsi" w:hAnsiTheme="majorHAnsi" w:cstheme="majorHAnsi"/>
          <w:szCs w:val="24"/>
        </w:rPr>
        <w:t>Jedna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z </w:t>
      </w:r>
      <w:proofErr w:type="spellStart"/>
      <w:r w:rsidRPr="009812F8">
        <w:rPr>
          <w:rFonts w:asciiTheme="majorHAnsi" w:hAnsiTheme="majorHAnsi" w:cstheme="majorHAnsi"/>
          <w:szCs w:val="24"/>
        </w:rPr>
        <w:t>kompostových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hromad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by </w:t>
      </w:r>
      <w:proofErr w:type="spellStart"/>
      <w:r w:rsidRPr="009812F8">
        <w:rPr>
          <w:rFonts w:asciiTheme="majorHAnsi" w:hAnsiTheme="majorHAnsi" w:cstheme="majorHAnsi"/>
          <w:szCs w:val="24"/>
        </w:rPr>
        <w:t>byla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z </w:t>
      </w:r>
      <w:proofErr w:type="spellStart"/>
      <w:r w:rsidRPr="009812F8">
        <w:rPr>
          <w:rFonts w:asciiTheme="majorHAnsi" w:hAnsiTheme="majorHAnsi" w:cstheme="majorHAnsi"/>
          <w:szCs w:val="24"/>
        </w:rPr>
        <w:t>prokládaných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větví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, </w:t>
      </w:r>
      <w:proofErr w:type="spellStart"/>
      <w:r w:rsidRPr="009812F8">
        <w:rPr>
          <w:rFonts w:asciiTheme="majorHAnsi" w:hAnsiTheme="majorHAnsi" w:cstheme="majorHAnsi"/>
          <w:szCs w:val="24"/>
        </w:rPr>
        <w:t>na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pomezí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lesa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(</w:t>
      </w:r>
      <w:proofErr w:type="spellStart"/>
      <w:r w:rsidRPr="009812F8">
        <w:rPr>
          <w:rFonts w:asciiTheme="majorHAnsi" w:hAnsiTheme="majorHAnsi" w:cstheme="majorHAnsi"/>
          <w:szCs w:val="24"/>
        </w:rPr>
        <w:t>může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být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poblíž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broukoviště</w:t>
      </w:r>
      <w:proofErr w:type="spellEnd"/>
      <w:r w:rsidRPr="009812F8">
        <w:rPr>
          <w:rFonts w:asciiTheme="majorHAnsi" w:hAnsiTheme="majorHAnsi" w:cstheme="majorHAnsi"/>
          <w:szCs w:val="24"/>
        </w:rPr>
        <w:t>)</w:t>
      </w:r>
      <w:r w:rsidR="00400546" w:rsidRPr="009812F8">
        <w:rPr>
          <w:rFonts w:asciiTheme="majorHAnsi" w:hAnsiTheme="majorHAnsi" w:cstheme="majorHAnsi"/>
          <w:szCs w:val="24"/>
        </w:rPr>
        <w:t xml:space="preserve"> I </w:t>
      </w:r>
      <w:proofErr w:type="spellStart"/>
      <w:r w:rsidR="00400546" w:rsidRPr="009812F8">
        <w:rPr>
          <w:rFonts w:asciiTheme="majorHAnsi" w:hAnsiTheme="majorHAnsi" w:cstheme="majorHAnsi"/>
          <w:szCs w:val="24"/>
        </w:rPr>
        <w:t>uvnitř</w:t>
      </w:r>
      <w:proofErr w:type="spellEnd"/>
      <w:r w:rsidR="00400546"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="00400546" w:rsidRPr="009812F8">
        <w:rPr>
          <w:rFonts w:asciiTheme="majorHAnsi" w:hAnsiTheme="majorHAnsi" w:cstheme="majorHAnsi"/>
          <w:szCs w:val="24"/>
        </w:rPr>
        <w:t>lesního</w:t>
      </w:r>
      <w:proofErr w:type="spellEnd"/>
      <w:r w:rsidR="00400546"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="00400546" w:rsidRPr="009812F8">
        <w:rPr>
          <w:rFonts w:asciiTheme="majorHAnsi" w:hAnsiTheme="majorHAnsi" w:cstheme="majorHAnsi"/>
          <w:szCs w:val="24"/>
        </w:rPr>
        <w:t>porostu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. </w:t>
      </w:r>
      <w:proofErr w:type="spellStart"/>
      <w:r w:rsidRPr="009812F8">
        <w:rPr>
          <w:rFonts w:asciiTheme="majorHAnsi" w:hAnsiTheme="majorHAnsi" w:cstheme="majorHAnsi"/>
          <w:szCs w:val="24"/>
        </w:rPr>
        <w:t>Větší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větve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zadržují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tvar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a </w:t>
      </w:r>
      <w:proofErr w:type="spellStart"/>
      <w:r w:rsidRPr="009812F8">
        <w:rPr>
          <w:rFonts w:asciiTheme="majorHAnsi" w:hAnsiTheme="majorHAnsi" w:cstheme="majorHAnsi"/>
          <w:szCs w:val="24"/>
        </w:rPr>
        <w:t>prostor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mezi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nimi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by </w:t>
      </w:r>
      <w:proofErr w:type="spellStart"/>
      <w:r w:rsidRPr="009812F8">
        <w:rPr>
          <w:rFonts w:asciiTheme="majorHAnsi" w:hAnsiTheme="majorHAnsi" w:cstheme="majorHAnsi"/>
          <w:szCs w:val="24"/>
        </w:rPr>
        <w:t>byl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vyplněn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štěpkou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, </w:t>
      </w:r>
      <w:proofErr w:type="spellStart"/>
      <w:r w:rsidRPr="009812F8">
        <w:rPr>
          <w:rFonts w:asciiTheme="majorHAnsi" w:hAnsiTheme="majorHAnsi" w:cstheme="majorHAnsi"/>
          <w:szCs w:val="24"/>
        </w:rPr>
        <w:t>listím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a </w:t>
      </w:r>
      <w:proofErr w:type="spellStart"/>
      <w:r w:rsidRPr="009812F8">
        <w:rPr>
          <w:rFonts w:asciiTheme="majorHAnsi" w:hAnsiTheme="majorHAnsi" w:cstheme="majorHAnsi"/>
          <w:szCs w:val="24"/>
        </w:rPr>
        <w:t>trávou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. </w:t>
      </w:r>
    </w:p>
    <w:p w14:paraId="6D330EBD" w14:textId="77777777" w:rsidR="00AF37B1" w:rsidRPr="009812F8" w:rsidRDefault="00CC2A10" w:rsidP="00D323AD">
      <w:pPr>
        <w:jc w:val="both"/>
        <w:rPr>
          <w:rFonts w:asciiTheme="majorHAnsi" w:hAnsiTheme="majorHAnsi" w:cstheme="majorHAnsi"/>
          <w:szCs w:val="24"/>
        </w:rPr>
      </w:pPr>
      <w:proofErr w:type="spellStart"/>
      <w:r w:rsidRPr="009812F8">
        <w:rPr>
          <w:rFonts w:asciiTheme="majorHAnsi" w:hAnsiTheme="majorHAnsi" w:cstheme="majorHAnsi"/>
          <w:szCs w:val="24"/>
        </w:rPr>
        <w:t>Další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kompostové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hromady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by </w:t>
      </w:r>
      <w:proofErr w:type="spellStart"/>
      <w:r w:rsidRPr="009812F8">
        <w:rPr>
          <w:rFonts w:asciiTheme="majorHAnsi" w:hAnsiTheme="majorHAnsi" w:cstheme="majorHAnsi"/>
          <w:szCs w:val="24"/>
        </w:rPr>
        <w:t>měla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by </w:t>
      </w:r>
      <w:proofErr w:type="spellStart"/>
      <w:r w:rsidRPr="009812F8">
        <w:rPr>
          <w:rFonts w:asciiTheme="majorHAnsi" w:hAnsiTheme="majorHAnsi" w:cstheme="majorHAnsi"/>
          <w:szCs w:val="24"/>
        </w:rPr>
        <w:t>plnit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praktickou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funkci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(</w:t>
      </w:r>
      <w:proofErr w:type="spellStart"/>
      <w:r w:rsidRPr="009812F8">
        <w:rPr>
          <w:rFonts w:asciiTheme="majorHAnsi" w:hAnsiTheme="majorHAnsi" w:cstheme="majorHAnsi"/>
          <w:szCs w:val="24"/>
        </w:rPr>
        <w:t>uskladnění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štěpky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, a </w:t>
      </w:r>
      <w:proofErr w:type="spellStart"/>
      <w:r w:rsidRPr="009812F8">
        <w:rPr>
          <w:rFonts w:asciiTheme="majorHAnsi" w:hAnsiTheme="majorHAnsi" w:cstheme="majorHAnsi"/>
          <w:szCs w:val="24"/>
        </w:rPr>
        <w:t>především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posečené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trávy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). Toto </w:t>
      </w:r>
      <w:proofErr w:type="spellStart"/>
      <w:r w:rsidRPr="009812F8">
        <w:rPr>
          <w:rFonts w:asciiTheme="majorHAnsi" w:hAnsiTheme="majorHAnsi" w:cstheme="majorHAnsi"/>
          <w:szCs w:val="24"/>
        </w:rPr>
        <w:t>kompostové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úložiště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by </w:t>
      </w:r>
      <w:proofErr w:type="spellStart"/>
      <w:r w:rsidRPr="009812F8">
        <w:rPr>
          <w:rFonts w:asciiTheme="majorHAnsi" w:hAnsiTheme="majorHAnsi" w:cstheme="majorHAnsi"/>
          <w:szCs w:val="24"/>
        </w:rPr>
        <w:t>bylo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větší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(</w:t>
      </w:r>
      <w:proofErr w:type="spellStart"/>
      <w:r w:rsidRPr="009812F8">
        <w:rPr>
          <w:rFonts w:asciiTheme="majorHAnsi" w:hAnsiTheme="majorHAnsi" w:cstheme="majorHAnsi"/>
          <w:szCs w:val="24"/>
        </w:rPr>
        <w:t>cca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3*5 m), aby se v </w:t>
      </w:r>
      <w:proofErr w:type="spellStart"/>
      <w:r w:rsidRPr="009812F8">
        <w:rPr>
          <w:rFonts w:asciiTheme="majorHAnsi" w:hAnsiTheme="majorHAnsi" w:cstheme="majorHAnsi"/>
          <w:szCs w:val="24"/>
        </w:rPr>
        <w:t>ní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dalo </w:t>
      </w:r>
      <w:proofErr w:type="spellStart"/>
      <w:r w:rsidRPr="009812F8">
        <w:rPr>
          <w:rFonts w:asciiTheme="majorHAnsi" w:hAnsiTheme="majorHAnsi" w:cstheme="majorHAnsi"/>
          <w:szCs w:val="24"/>
        </w:rPr>
        <w:t>snadno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manipulovat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a </w:t>
      </w:r>
      <w:proofErr w:type="spellStart"/>
      <w:r w:rsidRPr="009812F8">
        <w:rPr>
          <w:rFonts w:asciiTheme="majorHAnsi" w:hAnsiTheme="majorHAnsi" w:cstheme="majorHAnsi"/>
          <w:szCs w:val="24"/>
        </w:rPr>
        <w:t>uskladňovat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posečenou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trávu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.  </w:t>
      </w:r>
    </w:p>
    <w:p w14:paraId="5AC95D79" w14:textId="77777777" w:rsidR="00AF37B1" w:rsidRPr="009812F8" w:rsidRDefault="00AF37B1" w:rsidP="00D323AD">
      <w:pPr>
        <w:jc w:val="both"/>
        <w:rPr>
          <w:rFonts w:asciiTheme="majorHAnsi" w:hAnsiTheme="majorHAnsi" w:cstheme="majorHAnsi"/>
          <w:szCs w:val="24"/>
        </w:rPr>
      </w:pPr>
    </w:p>
    <w:p w14:paraId="7A13CBB0" w14:textId="686F4BD6" w:rsidR="00AF37B1" w:rsidRPr="009812F8" w:rsidRDefault="00D675B2" w:rsidP="00BB6B05">
      <w:pPr>
        <w:jc w:val="both"/>
        <w:rPr>
          <w:rFonts w:asciiTheme="majorHAnsi" w:hAnsiTheme="majorHAnsi" w:cstheme="majorHAnsi"/>
          <w:b/>
          <w:bCs/>
          <w:szCs w:val="24"/>
        </w:rPr>
      </w:pPr>
      <w:proofErr w:type="spellStart"/>
      <w:r w:rsidRPr="009812F8">
        <w:rPr>
          <w:rFonts w:asciiTheme="majorHAnsi" w:hAnsiTheme="majorHAnsi" w:cstheme="majorHAnsi"/>
          <w:b/>
          <w:bCs/>
          <w:szCs w:val="24"/>
        </w:rPr>
        <w:t>Květnatá</w:t>
      </w:r>
      <w:proofErr w:type="spellEnd"/>
      <w:r w:rsidRPr="009812F8">
        <w:rPr>
          <w:rFonts w:asciiTheme="majorHAnsi" w:hAnsiTheme="majorHAnsi" w:cstheme="majorHAnsi"/>
          <w:b/>
          <w:bCs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b/>
          <w:bCs/>
          <w:szCs w:val="24"/>
        </w:rPr>
        <w:t>louka</w:t>
      </w:r>
      <w:proofErr w:type="spellEnd"/>
    </w:p>
    <w:p w14:paraId="647A0BE2" w14:textId="77777777" w:rsidR="00AF37B1" w:rsidRPr="009812F8" w:rsidRDefault="00D675B2" w:rsidP="00BB6B05">
      <w:pPr>
        <w:jc w:val="both"/>
        <w:rPr>
          <w:rFonts w:asciiTheme="majorHAnsi" w:hAnsiTheme="majorHAnsi" w:cstheme="majorHAnsi"/>
          <w:szCs w:val="24"/>
        </w:rPr>
      </w:pPr>
      <w:r w:rsidRPr="009812F8">
        <w:rPr>
          <w:rFonts w:asciiTheme="majorHAnsi" w:hAnsiTheme="majorHAnsi" w:cstheme="majorHAnsi"/>
          <w:szCs w:val="24"/>
        </w:rPr>
        <w:t xml:space="preserve">Na </w:t>
      </w:r>
      <w:proofErr w:type="spellStart"/>
      <w:r w:rsidRPr="009812F8">
        <w:rPr>
          <w:rFonts w:asciiTheme="majorHAnsi" w:hAnsiTheme="majorHAnsi" w:cstheme="majorHAnsi"/>
          <w:szCs w:val="24"/>
        </w:rPr>
        <w:t>vhodné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části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bezlesí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by </w:t>
      </w:r>
      <w:proofErr w:type="spellStart"/>
      <w:r w:rsidRPr="009812F8">
        <w:rPr>
          <w:rFonts w:asciiTheme="majorHAnsi" w:hAnsiTheme="majorHAnsi" w:cstheme="majorHAnsi"/>
          <w:szCs w:val="24"/>
        </w:rPr>
        <w:t>byla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obnovena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typická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beskydská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květnatá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louka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, </w:t>
      </w:r>
      <w:proofErr w:type="spellStart"/>
      <w:r w:rsidRPr="009812F8">
        <w:rPr>
          <w:rFonts w:asciiTheme="majorHAnsi" w:hAnsiTheme="majorHAnsi" w:cstheme="majorHAnsi"/>
          <w:szCs w:val="24"/>
        </w:rPr>
        <w:t>která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byla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naprosto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běžným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typem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lučního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porostu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před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zcelováním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pozemků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, </w:t>
      </w:r>
      <w:proofErr w:type="spellStart"/>
      <w:r w:rsidRPr="009812F8">
        <w:rPr>
          <w:rFonts w:asciiTheme="majorHAnsi" w:hAnsiTheme="majorHAnsi" w:cstheme="majorHAnsi"/>
          <w:szCs w:val="24"/>
        </w:rPr>
        <w:t>hnojením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a </w:t>
      </w:r>
      <w:proofErr w:type="spellStart"/>
      <w:r w:rsidRPr="009812F8">
        <w:rPr>
          <w:rFonts w:asciiTheme="majorHAnsi" w:hAnsiTheme="majorHAnsi" w:cstheme="majorHAnsi"/>
          <w:szCs w:val="24"/>
        </w:rPr>
        <w:t>dosevy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produkčních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lučních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směsí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– </w:t>
      </w:r>
      <w:proofErr w:type="spellStart"/>
      <w:r w:rsidRPr="009812F8">
        <w:rPr>
          <w:rFonts w:asciiTheme="majorHAnsi" w:hAnsiTheme="majorHAnsi" w:cstheme="majorHAnsi"/>
          <w:szCs w:val="24"/>
        </w:rPr>
        <w:t>vše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realizováno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ve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zrychlujícím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tempu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po </w:t>
      </w:r>
      <w:proofErr w:type="spellStart"/>
      <w:r w:rsidRPr="009812F8">
        <w:rPr>
          <w:rFonts w:asciiTheme="majorHAnsi" w:hAnsiTheme="majorHAnsi" w:cstheme="majorHAnsi"/>
          <w:szCs w:val="24"/>
        </w:rPr>
        <w:t>roce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cca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1970 </w:t>
      </w:r>
      <w:proofErr w:type="spellStart"/>
      <w:r w:rsidRPr="009812F8">
        <w:rPr>
          <w:rFonts w:asciiTheme="majorHAnsi" w:hAnsiTheme="majorHAnsi" w:cstheme="majorHAnsi"/>
          <w:szCs w:val="24"/>
        </w:rPr>
        <w:t>až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do </w:t>
      </w:r>
      <w:proofErr w:type="spellStart"/>
      <w:r w:rsidRPr="009812F8">
        <w:rPr>
          <w:rFonts w:asciiTheme="majorHAnsi" w:hAnsiTheme="majorHAnsi" w:cstheme="majorHAnsi"/>
          <w:szCs w:val="24"/>
        </w:rPr>
        <w:t>současné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doby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. </w:t>
      </w:r>
      <w:proofErr w:type="spellStart"/>
      <w:r w:rsidRPr="009812F8">
        <w:rPr>
          <w:rFonts w:asciiTheme="majorHAnsi" w:hAnsiTheme="majorHAnsi" w:cstheme="majorHAnsi"/>
          <w:szCs w:val="24"/>
        </w:rPr>
        <w:t>Výsevy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by </w:t>
      </w:r>
      <w:proofErr w:type="spellStart"/>
      <w:r w:rsidRPr="009812F8">
        <w:rPr>
          <w:rFonts w:asciiTheme="majorHAnsi" w:hAnsiTheme="majorHAnsi" w:cstheme="majorHAnsi"/>
          <w:szCs w:val="24"/>
        </w:rPr>
        <w:t>byly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praktikovány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odborníky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doporučenou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semennou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směsí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, za </w:t>
      </w:r>
      <w:proofErr w:type="spellStart"/>
      <w:r w:rsidRPr="009812F8">
        <w:rPr>
          <w:rFonts w:asciiTheme="majorHAnsi" w:hAnsiTheme="majorHAnsi" w:cstheme="majorHAnsi"/>
          <w:szCs w:val="24"/>
        </w:rPr>
        <w:t>předchozí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povrchové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úpravy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louky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(</w:t>
      </w:r>
      <w:proofErr w:type="spellStart"/>
      <w:r w:rsidRPr="009812F8">
        <w:rPr>
          <w:rFonts w:asciiTheme="majorHAnsi" w:hAnsiTheme="majorHAnsi" w:cstheme="majorHAnsi"/>
          <w:szCs w:val="24"/>
        </w:rPr>
        <w:t>částečně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stržený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drn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, </w:t>
      </w:r>
      <w:proofErr w:type="spellStart"/>
      <w:r w:rsidRPr="009812F8">
        <w:rPr>
          <w:rFonts w:asciiTheme="majorHAnsi" w:hAnsiTheme="majorHAnsi" w:cstheme="majorHAnsi"/>
          <w:szCs w:val="24"/>
        </w:rPr>
        <w:t>bránování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, </w:t>
      </w:r>
      <w:proofErr w:type="spellStart"/>
      <w:r w:rsidRPr="009812F8">
        <w:rPr>
          <w:rFonts w:asciiTheme="majorHAnsi" w:hAnsiTheme="majorHAnsi" w:cstheme="majorHAnsi"/>
          <w:szCs w:val="24"/>
        </w:rPr>
        <w:t>vytvoření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drobných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depresí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a </w:t>
      </w:r>
      <w:proofErr w:type="spellStart"/>
      <w:r w:rsidRPr="009812F8">
        <w:rPr>
          <w:rFonts w:asciiTheme="majorHAnsi" w:hAnsiTheme="majorHAnsi" w:cstheme="majorHAnsi"/>
          <w:szCs w:val="24"/>
        </w:rPr>
        <w:t>elevací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v </w:t>
      </w:r>
      <w:proofErr w:type="spellStart"/>
      <w:r w:rsidRPr="009812F8">
        <w:rPr>
          <w:rFonts w:asciiTheme="majorHAnsi" w:hAnsiTheme="majorHAnsi" w:cstheme="majorHAnsi"/>
          <w:szCs w:val="24"/>
        </w:rPr>
        <w:t>terénu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). </w:t>
      </w:r>
      <w:proofErr w:type="spellStart"/>
      <w:r w:rsidRPr="009812F8">
        <w:rPr>
          <w:rFonts w:asciiTheme="majorHAnsi" w:hAnsiTheme="majorHAnsi" w:cstheme="majorHAnsi"/>
          <w:szCs w:val="24"/>
        </w:rPr>
        <w:t>Cílem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je </w:t>
      </w:r>
      <w:proofErr w:type="spellStart"/>
      <w:r w:rsidRPr="009812F8">
        <w:rPr>
          <w:rFonts w:asciiTheme="majorHAnsi" w:hAnsiTheme="majorHAnsi" w:cstheme="majorHAnsi"/>
          <w:szCs w:val="24"/>
        </w:rPr>
        <w:t>mít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na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omezeném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prostoru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co </w:t>
      </w:r>
      <w:proofErr w:type="spellStart"/>
      <w:r w:rsidRPr="009812F8">
        <w:rPr>
          <w:rFonts w:asciiTheme="majorHAnsi" w:hAnsiTheme="majorHAnsi" w:cstheme="majorHAnsi"/>
          <w:szCs w:val="24"/>
        </w:rPr>
        <w:t>nejpestřejší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nabídku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lučních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biotopů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co se </w:t>
      </w:r>
      <w:proofErr w:type="spellStart"/>
      <w:r w:rsidRPr="009812F8">
        <w:rPr>
          <w:rFonts w:asciiTheme="majorHAnsi" w:hAnsiTheme="majorHAnsi" w:cstheme="majorHAnsi"/>
          <w:szCs w:val="24"/>
        </w:rPr>
        <w:t>druhového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složení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bylina </w:t>
      </w:r>
      <w:proofErr w:type="spellStart"/>
      <w:r w:rsidRPr="009812F8">
        <w:rPr>
          <w:rFonts w:asciiTheme="majorHAnsi" w:hAnsiTheme="majorHAnsi" w:cstheme="majorHAnsi"/>
          <w:szCs w:val="24"/>
        </w:rPr>
        <w:t>travin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a </w:t>
      </w:r>
      <w:proofErr w:type="spellStart"/>
      <w:r w:rsidRPr="009812F8">
        <w:rPr>
          <w:rFonts w:asciiTheme="majorHAnsi" w:hAnsiTheme="majorHAnsi" w:cstheme="majorHAnsi"/>
          <w:szCs w:val="24"/>
        </w:rPr>
        <w:t>struktury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porostu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týče</w:t>
      </w:r>
      <w:proofErr w:type="spellEnd"/>
      <w:r w:rsidRPr="009812F8">
        <w:rPr>
          <w:rFonts w:asciiTheme="majorHAnsi" w:hAnsiTheme="majorHAnsi" w:cstheme="majorHAnsi"/>
          <w:szCs w:val="24"/>
        </w:rPr>
        <w:t>.</w:t>
      </w:r>
    </w:p>
    <w:p w14:paraId="3926BB23" w14:textId="77777777" w:rsidR="00AF37B1" w:rsidRPr="009812F8" w:rsidRDefault="00D675B2" w:rsidP="00BB6B05">
      <w:pPr>
        <w:jc w:val="both"/>
        <w:rPr>
          <w:rFonts w:asciiTheme="majorHAnsi" w:hAnsiTheme="majorHAnsi" w:cstheme="majorHAnsi"/>
          <w:szCs w:val="24"/>
        </w:rPr>
      </w:pPr>
      <w:proofErr w:type="spellStart"/>
      <w:r w:rsidRPr="009812F8">
        <w:rPr>
          <w:rFonts w:asciiTheme="majorHAnsi" w:hAnsiTheme="majorHAnsi" w:cstheme="majorHAnsi"/>
          <w:szCs w:val="24"/>
        </w:rPr>
        <w:t>Květnaté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louky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jsou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nezbytným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biotopem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pro </w:t>
      </w:r>
      <w:proofErr w:type="spellStart"/>
      <w:r w:rsidRPr="009812F8">
        <w:rPr>
          <w:rFonts w:asciiTheme="majorHAnsi" w:hAnsiTheme="majorHAnsi" w:cstheme="majorHAnsi"/>
          <w:szCs w:val="24"/>
        </w:rPr>
        <w:t>řadu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hmyzích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společenství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, </w:t>
      </w:r>
      <w:proofErr w:type="spellStart"/>
      <w:r w:rsidRPr="009812F8">
        <w:rPr>
          <w:rFonts w:asciiTheme="majorHAnsi" w:hAnsiTheme="majorHAnsi" w:cstheme="majorHAnsi"/>
          <w:szCs w:val="24"/>
        </w:rPr>
        <w:t>především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však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pro </w:t>
      </w:r>
      <w:proofErr w:type="spellStart"/>
      <w:r w:rsidRPr="009812F8">
        <w:rPr>
          <w:rFonts w:asciiTheme="majorHAnsi" w:hAnsiTheme="majorHAnsi" w:cstheme="majorHAnsi"/>
          <w:szCs w:val="24"/>
        </w:rPr>
        <w:t>motýly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(</w:t>
      </w:r>
      <w:r w:rsidRPr="009812F8">
        <w:rPr>
          <w:rFonts w:asciiTheme="majorHAnsi" w:hAnsiTheme="majorHAnsi" w:cstheme="majorHAnsi"/>
          <w:i/>
          <w:iCs/>
          <w:szCs w:val="24"/>
        </w:rPr>
        <w:t>Lepidoptera</w:t>
      </w:r>
      <w:r w:rsidRPr="009812F8">
        <w:rPr>
          <w:rFonts w:asciiTheme="majorHAnsi" w:hAnsiTheme="majorHAnsi" w:cstheme="majorHAnsi"/>
          <w:szCs w:val="24"/>
        </w:rPr>
        <w:t>).</w:t>
      </w:r>
    </w:p>
    <w:p w14:paraId="1DE605FC" w14:textId="77777777" w:rsidR="00AF37B1" w:rsidRPr="009812F8" w:rsidRDefault="00AF37B1" w:rsidP="00BB6B05">
      <w:pPr>
        <w:jc w:val="both"/>
        <w:rPr>
          <w:rFonts w:asciiTheme="majorHAnsi" w:hAnsiTheme="majorHAnsi" w:cstheme="majorHAnsi"/>
          <w:szCs w:val="24"/>
        </w:rPr>
      </w:pPr>
    </w:p>
    <w:p w14:paraId="1C8046FA" w14:textId="77777777" w:rsidR="00AF37B1" w:rsidRPr="009812F8" w:rsidRDefault="00D675B2" w:rsidP="00BB6B05">
      <w:pPr>
        <w:jc w:val="both"/>
        <w:rPr>
          <w:rFonts w:asciiTheme="majorHAnsi" w:hAnsiTheme="majorHAnsi" w:cstheme="majorHAnsi"/>
          <w:b/>
          <w:bCs/>
          <w:szCs w:val="24"/>
        </w:rPr>
      </w:pPr>
      <w:proofErr w:type="spellStart"/>
      <w:r w:rsidRPr="009812F8">
        <w:rPr>
          <w:rFonts w:asciiTheme="majorHAnsi" w:hAnsiTheme="majorHAnsi" w:cstheme="majorHAnsi"/>
          <w:b/>
          <w:bCs/>
          <w:szCs w:val="24"/>
        </w:rPr>
        <w:t>Tradiční</w:t>
      </w:r>
      <w:proofErr w:type="spellEnd"/>
      <w:r w:rsidRPr="009812F8">
        <w:rPr>
          <w:rFonts w:asciiTheme="majorHAnsi" w:hAnsiTheme="majorHAnsi" w:cstheme="majorHAnsi"/>
          <w:b/>
          <w:bCs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b/>
          <w:bCs/>
          <w:szCs w:val="24"/>
        </w:rPr>
        <w:t>údržba</w:t>
      </w:r>
      <w:proofErr w:type="spellEnd"/>
      <w:r w:rsidRPr="009812F8">
        <w:rPr>
          <w:rFonts w:asciiTheme="majorHAnsi" w:hAnsiTheme="majorHAnsi" w:cstheme="majorHAnsi"/>
          <w:b/>
          <w:bCs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b/>
          <w:bCs/>
          <w:szCs w:val="24"/>
        </w:rPr>
        <w:t>korun</w:t>
      </w:r>
      <w:proofErr w:type="spellEnd"/>
      <w:r w:rsidRPr="009812F8">
        <w:rPr>
          <w:rFonts w:asciiTheme="majorHAnsi" w:hAnsiTheme="majorHAnsi" w:cstheme="majorHAnsi"/>
          <w:b/>
          <w:bCs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b/>
          <w:bCs/>
          <w:szCs w:val="24"/>
        </w:rPr>
        <w:t>stromů</w:t>
      </w:r>
      <w:proofErr w:type="spellEnd"/>
    </w:p>
    <w:p w14:paraId="002FA1AB" w14:textId="73E2ABE0" w:rsidR="00AF37B1" w:rsidRPr="009812F8" w:rsidRDefault="00D675B2" w:rsidP="00BB6B05">
      <w:pPr>
        <w:jc w:val="both"/>
        <w:rPr>
          <w:rFonts w:asciiTheme="majorHAnsi" w:hAnsiTheme="majorHAnsi" w:cstheme="majorHAnsi"/>
          <w:szCs w:val="24"/>
          <w:lang w:val="pl-PL"/>
        </w:rPr>
      </w:pPr>
      <w:proofErr w:type="spellStart"/>
      <w:r w:rsidRPr="009812F8">
        <w:rPr>
          <w:rFonts w:asciiTheme="majorHAnsi" w:hAnsiTheme="majorHAnsi" w:cstheme="majorHAnsi"/>
          <w:szCs w:val="24"/>
        </w:rPr>
        <w:t>Důležitou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součástí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úpravy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stromů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v 19. </w:t>
      </w:r>
      <w:proofErr w:type="spellStart"/>
      <w:r w:rsidRPr="009812F8">
        <w:rPr>
          <w:rFonts w:asciiTheme="majorHAnsi" w:hAnsiTheme="majorHAnsi" w:cstheme="majorHAnsi"/>
          <w:szCs w:val="24"/>
        </w:rPr>
        <w:t>století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bylo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tzv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. </w:t>
      </w:r>
      <w:proofErr w:type="spellStart"/>
      <w:r w:rsidRPr="009812F8">
        <w:rPr>
          <w:rFonts w:asciiTheme="majorHAnsi" w:hAnsiTheme="majorHAnsi" w:cstheme="majorHAnsi"/>
          <w:szCs w:val="24"/>
        </w:rPr>
        <w:t>tvarování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na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babku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. </w:t>
      </w:r>
      <w:proofErr w:type="spellStart"/>
      <w:r w:rsidRPr="009812F8">
        <w:rPr>
          <w:rFonts w:asciiTheme="majorHAnsi" w:hAnsiTheme="majorHAnsi" w:cstheme="majorHAnsi"/>
          <w:szCs w:val="24"/>
        </w:rPr>
        <w:t>Další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tradiční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úprava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koruny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byla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po </w:t>
      </w:r>
      <w:proofErr w:type="spellStart"/>
      <w:r w:rsidRPr="009812F8">
        <w:rPr>
          <w:rFonts w:asciiTheme="majorHAnsi" w:hAnsiTheme="majorHAnsi" w:cstheme="majorHAnsi"/>
          <w:szCs w:val="24"/>
        </w:rPr>
        <w:t>tzv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. </w:t>
      </w:r>
      <w:proofErr w:type="spellStart"/>
      <w:r w:rsidRPr="009812F8">
        <w:rPr>
          <w:rFonts w:asciiTheme="majorHAnsi" w:hAnsiTheme="majorHAnsi" w:cstheme="majorHAnsi"/>
          <w:szCs w:val="24"/>
        </w:rPr>
        <w:t>letnění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. </w:t>
      </w:r>
      <w:proofErr w:type="spellStart"/>
      <w:r w:rsidRPr="009812F8">
        <w:rPr>
          <w:rFonts w:asciiTheme="majorHAnsi" w:hAnsiTheme="majorHAnsi" w:cstheme="majorHAnsi"/>
          <w:szCs w:val="24"/>
        </w:rPr>
        <w:t>Takto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tvarované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stromy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mohou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na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první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pohled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působit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nepřiměřeně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, ale </w:t>
      </w:r>
      <w:proofErr w:type="spellStart"/>
      <w:r w:rsidRPr="009812F8">
        <w:rPr>
          <w:rFonts w:asciiTheme="majorHAnsi" w:hAnsiTheme="majorHAnsi" w:cstheme="majorHAnsi"/>
          <w:szCs w:val="24"/>
        </w:rPr>
        <w:t>mají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svůj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výrazný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význam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historický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a </w:t>
      </w:r>
      <w:proofErr w:type="spellStart"/>
      <w:r w:rsidRPr="009812F8">
        <w:rPr>
          <w:rFonts w:asciiTheme="majorHAnsi" w:hAnsiTheme="majorHAnsi" w:cstheme="majorHAnsi"/>
          <w:szCs w:val="24"/>
        </w:rPr>
        <w:t>ekologický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. </w:t>
      </w:r>
      <w:proofErr w:type="spellStart"/>
      <w:r w:rsidRPr="009812F8">
        <w:rPr>
          <w:rFonts w:asciiTheme="majorHAnsi" w:hAnsiTheme="majorHAnsi" w:cstheme="majorHAnsi"/>
          <w:szCs w:val="24"/>
        </w:rPr>
        <w:t>Dříve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byla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valašská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krajina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typická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právě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takto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„</w:t>
      </w:r>
      <w:proofErr w:type="spellStart"/>
      <w:r w:rsidRPr="009812F8">
        <w:rPr>
          <w:rFonts w:asciiTheme="majorHAnsi" w:hAnsiTheme="majorHAnsi" w:cstheme="majorHAnsi"/>
          <w:szCs w:val="24"/>
        </w:rPr>
        <w:t>deformovanými</w:t>
      </w:r>
      <w:proofErr w:type="spellEnd"/>
      <w:r w:rsidRPr="009812F8">
        <w:rPr>
          <w:rFonts w:asciiTheme="majorHAnsi" w:hAnsiTheme="majorHAnsi" w:cstheme="majorHAnsi"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szCs w:val="24"/>
        </w:rPr>
        <w:t>stromy</w:t>
      </w:r>
      <w:proofErr w:type="spellEnd"/>
      <w:r w:rsidRPr="009812F8">
        <w:rPr>
          <w:rFonts w:asciiTheme="majorHAnsi" w:hAnsiTheme="majorHAnsi" w:cstheme="majorHAnsi"/>
          <w:szCs w:val="24"/>
        </w:rPr>
        <w:t>“.</w:t>
      </w:r>
    </w:p>
    <w:p w14:paraId="3E59BD1E" w14:textId="77777777" w:rsidR="00AF37B1" w:rsidRPr="009812F8" w:rsidRDefault="00AF37B1" w:rsidP="00BB6B05">
      <w:pPr>
        <w:jc w:val="both"/>
        <w:rPr>
          <w:rFonts w:asciiTheme="majorHAnsi" w:hAnsiTheme="majorHAnsi" w:cstheme="majorHAnsi"/>
          <w:szCs w:val="24"/>
          <w:lang w:val="pl-PL"/>
        </w:rPr>
      </w:pPr>
    </w:p>
    <w:p w14:paraId="13B8F0E2" w14:textId="77777777" w:rsidR="00AF37B1" w:rsidRPr="009812F8" w:rsidRDefault="00D675B2" w:rsidP="00BB6B05">
      <w:pPr>
        <w:jc w:val="both"/>
        <w:rPr>
          <w:rFonts w:asciiTheme="majorHAnsi" w:hAnsiTheme="majorHAnsi" w:cstheme="majorHAnsi"/>
          <w:b/>
          <w:bCs/>
          <w:szCs w:val="24"/>
          <w:lang w:val="pl-PL"/>
        </w:rPr>
      </w:pPr>
      <w:r w:rsidRPr="009812F8">
        <w:rPr>
          <w:rFonts w:asciiTheme="majorHAnsi" w:hAnsiTheme="majorHAnsi" w:cstheme="majorHAnsi"/>
          <w:b/>
          <w:bCs/>
          <w:szCs w:val="24"/>
          <w:lang w:val="pl-PL"/>
        </w:rPr>
        <w:t>Moderní arboretum</w:t>
      </w:r>
    </w:p>
    <w:p w14:paraId="38FDCCD1" w14:textId="77777777" w:rsidR="00AF37B1" w:rsidRPr="009812F8" w:rsidRDefault="00D675B2" w:rsidP="00BB6B05">
      <w:pPr>
        <w:jc w:val="both"/>
        <w:rPr>
          <w:rFonts w:asciiTheme="majorHAnsi" w:hAnsiTheme="majorHAnsi" w:cstheme="majorHAnsi"/>
          <w:szCs w:val="24"/>
          <w:lang w:val="pl-PL"/>
        </w:rPr>
      </w:pPr>
      <w:r w:rsidRPr="009812F8">
        <w:rPr>
          <w:rFonts w:asciiTheme="majorHAnsi" w:hAnsiTheme="majorHAnsi" w:cstheme="majorHAnsi"/>
          <w:szCs w:val="24"/>
          <w:lang w:val="pl-PL"/>
        </w:rPr>
        <w:t xml:space="preserve">Menší část lesní plochy by byla vyčleněna pro obnovu arboreta, aby se zachoval původní záměr prvních majitelů. A to s důrazem na jehličnany r. </w:t>
      </w:r>
      <w:r w:rsidRPr="009812F8">
        <w:rPr>
          <w:rFonts w:asciiTheme="majorHAnsi" w:hAnsiTheme="majorHAnsi" w:cstheme="majorHAnsi"/>
          <w:i/>
          <w:iCs/>
          <w:szCs w:val="24"/>
          <w:lang w:val="pl-PL"/>
        </w:rPr>
        <w:t>Picea</w:t>
      </w:r>
      <w:r w:rsidRPr="009812F8">
        <w:rPr>
          <w:rFonts w:asciiTheme="majorHAnsi" w:hAnsiTheme="majorHAnsi" w:cstheme="majorHAnsi"/>
          <w:szCs w:val="24"/>
          <w:lang w:val="pl-PL"/>
        </w:rPr>
        <w:t xml:space="preserve"> (smrky), </w:t>
      </w:r>
      <w:r w:rsidRPr="009812F8">
        <w:rPr>
          <w:rFonts w:asciiTheme="majorHAnsi" w:hAnsiTheme="majorHAnsi" w:cstheme="majorHAnsi"/>
          <w:i/>
          <w:iCs/>
          <w:szCs w:val="24"/>
          <w:lang w:val="pl-PL"/>
        </w:rPr>
        <w:t>Larix</w:t>
      </w:r>
      <w:r w:rsidRPr="009812F8">
        <w:rPr>
          <w:rFonts w:asciiTheme="majorHAnsi" w:hAnsiTheme="majorHAnsi" w:cstheme="majorHAnsi"/>
          <w:szCs w:val="24"/>
          <w:lang w:val="pl-PL"/>
        </w:rPr>
        <w:t xml:space="preserve"> (modříny), tis (Taxus) a další.</w:t>
      </w:r>
    </w:p>
    <w:p w14:paraId="7BA74909" w14:textId="77777777" w:rsidR="00AF37B1" w:rsidRPr="009812F8" w:rsidRDefault="00AF37B1" w:rsidP="00BB6B05">
      <w:pPr>
        <w:jc w:val="both"/>
        <w:rPr>
          <w:rFonts w:asciiTheme="majorHAnsi" w:hAnsiTheme="majorHAnsi" w:cstheme="majorHAnsi"/>
          <w:szCs w:val="24"/>
          <w:lang w:val="pl-PL"/>
        </w:rPr>
      </w:pPr>
    </w:p>
    <w:p w14:paraId="5BA9D9AD" w14:textId="77777777" w:rsidR="00CC2A10" w:rsidRPr="009812F8" w:rsidRDefault="00CC2A10" w:rsidP="00CC2A10">
      <w:pPr>
        <w:jc w:val="both"/>
        <w:rPr>
          <w:rFonts w:asciiTheme="majorHAnsi" w:hAnsiTheme="majorHAnsi" w:cstheme="majorHAnsi"/>
          <w:b/>
          <w:bCs/>
          <w:szCs w:val="24"/>
          <w:lang w:val="pl-PL"/>
        </w:rPr>
      </w:pPr>
      <w:r w:rsidRPr="009812F8">
        <w:rPr>
          <w:rFonts w:asciiTheme="majorHAnsi" w:hAnsiTheme="majorHAnsi" w:cstheme="majorHAnsi"/>
          <w:b/>
          <w:bCs/>
          <w:szCs w:val="24"/>
          <w:lang w:val="pl-PL"/>
        </w:rPr>
        <w:t>Hnízdiště pro ptáky</w:t>
      </w:r>
    </w:p>
    <w:p w14:paraId="1E10A1FC" w14:textId="0F8F267A" w:rsidR="00CC2A10" w:rsidRPr="009812F8" w:rsidRDefault="00CC2A10" w:rsidP="00BB6B05">
      <w:pPr>
        <w:jc w:val="both"/>
        <w:rPr>
          <w:rFonts w:asciiTheme="majorHAnsi" w:hAnsiTheme="majorHAnsi" w:cstheme="majorHAnsi"/>
          <w:szCs w:val="24"/>
          <w:lang w:val="pl-PL"/>
        </w:rPr>
      </w:pPr>
      <w:r w:rsidRPr="009812F8">
        <w:rPr>
          <w:rFonts w:asciiTheme="majorHAnsi" w:hAnsiTheme="majorHAnsi" w:cstheme="majorHAnsi"/>
          <w:szCs w:val="24"/>
          <w:lang w:val="pl-PL"/>
        </w:rPr>
        <w:t xml:space="preserve">Významným přínosem plánovaných biotopů bude i podpora hnízdění ptactva, včetně ohrožených a specializovaných druhů. V prostoru Křenkovy zahrady se předpokládá výskyt druhů vázaných na mokřady (např. rákosníků), travnaté plochy (strnad </w:t>
      </w:r>
      <w:r w:rsidR="006A12B9" w:rsidRPr="009812F8">
        <w:rPr>
          <w:rFonts w:asciiTheme="majorHAnsi" w:hAnsiTheme="majorHAnsi" w:cstheme="majorHAnsi"/>
          <w:szCs w:val="24"/>
          <w:lang w:val="pl-PL"/>
        </w:rPr>
        <w:t>obecn</w:t>
      </w:r>
      <w:r w:rsidR="000A7EFB" w:rsidRPr="009812F8">
        <w:rPr>
          <w:rFonts w:asciiTheme="majorHAnsi" w:hAnsiTheme="majorHAnsi" w:cstheme="majorHAnsi"/>
          <w:szCs w:val="24"/>
          <w:lang w:val="pl-PL"/>
        </w:rPr>
        <w:t>ý</w:t>
      </w:r>
      <w:r w:rsidR="006A12B9" w:rsidRPr="009812F8">
        <w:rPr>
          <w:rFonts w:asciiTheme="majorHAnsi" w:hAnsiTheme="majorHAnsi" w:cstheme="majorHAnsi"/>
          <w:szCs w:val="24"/>
          <w:lang w:val="pl-PL"/>
        </w:rPr>
        <w:t>, vzácněji snad i strnad luční</w:t>
      </w:r>
      <w:r w:rsidRPr="009812F8">
        <w:rPr>
          <w:rFonts w:asciiTheme="majorHAnsi" w:hAnsiTheme="majorHAnsi" w:cstheme="majorHAnsi"/>
          <w:szCs w:val="24"/>
          <w:lang w:val="pl-PL"/>
        </w:rPr>
        <w:t xml:space="preserve">, ťuhýk obecný) a světlé lesy (pěnice, brhlík). </w:t>
      </w:r>
    </w:p>
    <w:p w14:paraId="7AE294DC" w14:textId="311D98C7" w:rsidR="006A12B9" w:rsidRPr="009812F8" w:rsidRDefault="00CC2A10" w:rsidP="000A7EFB">
      <w:pPr>
        <w:jc w:val="both"/>
        <w:rPr>
          <w:rFonts w:asciiTheme="majorHAnsi" w:hAnsiTheme="majorHAnsi" w:cstheme="majorHAnsi"/>
          <w:szCs w:val="24"/>
          <w:lang w:val="pl-PL"/>
        </w:rPr>
      </w:pPr>
      <w:r w:rsidRPr="009812F8">
        <w:rPr>
          <w:rFonts w:asciiTheme="majorHAnsi" w:hAnsiTheme="majorHAnsi" w:cstheme="majorHAnsi"/>
          <w:szCs w:val="24"/>
          <w:lang w:val="pl-PL"/>
        </w:rPr>
        <w:t>V rámci projektu bude zajištěna instalace budek pro drobné dutinové ptáky i pro větší druhy, včetně sov.</w:t>
      </w:r>
      <w:r w:rsidR="00DE74A9" w:rsidRPr="009812F8">
        <w:rPr>
          <w:rFonts w:asciiTheme="majorHAnsi" w:hAnsiTheme="majorHAnsi" w:cstheme="majorHAnsi"/>
          <w:szCs w:val="24"/>
          <w:lang w:val="pl-PL"/>
        </w:rPr>
        <w:t xml:space="preserve"> </w:t>
      </w:r>
      <w:r w:rsidR="006A12B9" w:rsidRPr="009812F8">
        <w:rPr>
          <w:rFonts w:asciiTheme="majorHAnsi" w:hAnsiTheme="majorHAnsi" w:cstheme="majorHAnsi"/>
          <w:szCs w:val="24"/>
          <w:lang w:val="pl-PL"/>
        </w:rPr>
        <w:t xml:space="preserve">Konkrétně by se jednalo o hnízdní možnosti pro puštíka obecného (Strix aluco), a kalouse ušatého </w:t>
      </w:r>
      <w:r w:rsidR="000A7EFB" w:rsidRPr="009812F8">
        <w:rPr>
          <w:rFonts w:asciiTheme="majorHAnsi" w:hAnsiTheme="majorHAnsi" w:cstheme="majorHAnsi"/>
          <w:szCs w:val="24"/>
          <w:lang w:val="pl-PL"/>
        </w:rPr>
        <w:t xml:space="preserve">(Asio otus), který vyhledává spíše otevřenou krajinu zdejšího razu. Nedaleký Bystrý potok a plánované vodní prvky, také mohou přilákat konipase bílého či ptaka roku 2025 konipase horského. Hnízdní příležitosti (nejen) pro oba druhy, vyhledávající spíše otevřené polobudky budou také instalovány. </w:t>
      </w:r>
      <w:r w:rsidRPr="009812F8">
        <w:rPr>
          <w:rFonts w:asciiTheme="majorHAnsi" w:hAnsiTheme="majorHAnsi" w:cstheme="majorHAnsi"/>
          <w:szCs w:val="24"/>
          <w:lang w:val="pl-PL"/>
        </w:rPr>
        <w:t>Monitoring výskytu a hnízdění bude probíhat ve spolupráci s ornitology a odbornými institucemi.</w:t>
      </w:r>
    </w:p>
    <w:p w14:paraId="4634A529" w14:textId="77777777" w:rsidR="00AF37B1" w:rsidRPr="009812F8" w:rsidRDefault="00D675B2" w:rsidP="00B127C8">
      <w:pPr>
        <w:rPr>
          <w:rFonts w:asciiTheme="majorHAnsi" w:hAnsiTheme="majorHAnsi" w:cstheme="majorHAnsi"/>
          <w:b/>
          <w:bCs/>
          <w:szCs w:val="24"/>
        </w:rPr>
      </w:pPr>
      <w:r w:rsidRPr="009812F8">
        <w:rPr>
          <w:rFonts w:asciiTheme="majorHAnsi" w:hAnsiTheme="majorHAnsi" w:cstheme="majorHAnsi"/>
          <w:b/>
          <w:bCs/>
          <w:szCs w:val="24"/>
        </w:rPr>
        <w:lastRenderedPageBreak/>
        <w:t>OVOCNÝ SAD</w:t>
      </w:r>
    </w:p>
    <w:p w14:paraId="6CB0EAC9" w14:textId="10BD4303" w:rsidR="00AF37B1" w:rsidRPr="009812F8" w:rsidRDefault="00D675B2" w:rsidP="00BB6B05">
      <w:pPr>
        <w:jc w:val="both"/>
        <w:rPr>
          <w:rFonts w:asciiTheme="majorHAnsi" w:hAnsiTheme="majorHAnsi" w:cstheme="majorHAnsi"/>
          <w:b/>
          <w:bCs/>
          <w:szCs w:val="24"/>
          <w:u w:val="single"/>
        </w:rPr>
      </w:pPr>
      <w:proofErr w:type="spellStart"/>
      <w:r w:rsidRPr="009812F8">
        <w:rPr>
          <w:rFonts w:asciiTheme="majorHAnsi" w:hAnsiTheme="majorHAnsi" w:cstheme="majorHAnsi"/>
          <w:b/>
          <w:bCs/>
          <w:szCs w:val="24"/>
          <w:u w:val="single"/>
        </w:rPr>
        <w:t>Ovocný</w:t>
      </w:r>
      <w:proofErr w:type="spellEnd"/>
      <w:r w:rsidRPr="009812F8">
        <w:rPr>
          <w:rFonts w:asciiTheme="majorHAnsi" w:hAnsiTheme="majorHAnsi" w:cstheme="majorHAnsi"/>
          <w:b/>
          <w:bCs/>
          <w:szCs w:val="24"/>
          <w:u w:val="single"/>
        </w:rPr>
        <w:t xml:space="preserve"> sad</w:t>
      </w:r>
    </w:p>
    <w:p w14:paraId="5A2C1981" w14:textId="77777777" w:rsidR="00AF37B1" w:rsidRPr="009812F8" w:rsidRDefault="00D675B2" w:rsidP="00BB6B05">
      <w:pPr>
        <w:jc w:val="both"/>
        <w:rPr>
          <w:rFonts w:asciiTheme="majorHAnsi" w:hAnsiTheme="majorHAnsi" w:cstheme="majorHAnsi"/>
          <w:szCs w:val="24"/>
          <w:lang w:val="pl-PL"/>
        </w:rPr>
      </w:pPr>
      <w:r w:rsidRPr="009812F8">
        <w:rPr>
          <w:rFonts w:asciiTheme="majorHAnsi" w:hAnsiTheme="majorHAnsi" w:cstheme="majorHAnsi"/>
          <w:szCs w:val="24"/>
          <w:lang w:val="pl-PL"/>
        </w:rPr>
        <w:t xml:space="preserve">Část louky by byla osázena ovocnými stromy. Stromy by byly vysazeny v podobě vysokokmenu a třičtvrtě kmenu (na jabloňových a hrušňových semenáčích) a převážná část ovocných stromů by byla vysazena semenáčky z původních krajových odrůd.  </w:t>
      </w:r>
    </w:p>
    <w:p w14:paraId="68DB46B3" w14:textId="77777777" w:rsidR="00AF37B1" w:rsidRPr="009812F8" w:rsidRDefault="00AF37B1" w:rsidP="00BB6B05">
      <w:pPr>
        <w:jc w:val="both"/>
        <w:rPr>
          <w:rFonts w:asciiTheme="majorHAnsi" w:hAnsiTheme="majorHAnsi" w:cstheme="majorHAnsi"/>
          <w:szCs w:val="24"/>
          <w:lang w:val="pl-PL"/>
        </w:rPr>
      </w:pPr>
    </w:p>
    <w:p w14:paraId="3F341CE4" w14:textId="37CAEB26" w:rsidR="00AF37B1" w:rsidRPr="009812F8" w:rsidRDefault="00D675B2">
      <w:pPr>
        <w:rPr>
          <w:rFonts w:asciiTheme="majorHAnsi" w:hAnsiTheme="majorHAnsi" w:cstheme="majorHAnsi"/>
          <w:lang w:val="pl-PL"/>
        </w:rPr>
      </w:pPr>
      <w:r w:rsidRPr="009812F8">
        <w:rPr>
          <w:rFonts w:asciiTheme="majorHAnsi" w:hAnsiTheme="majorHAnsi" w:cstheme="majorHAnsi"/>
          <w:lang w:val="pl-PL"/>
        </w:rPr>
        <w:t xml:space="preserve">Součástí projektu bude </w:t>
      </w:r>
      <w:r w:rsidR="00400546" w:rsidRPr="009812F8">
        <w:rPr>
          <w:rFonts w:asciiTheme="majorHAnsi" w:hAnsiTheme="majorHAnsi" w:cstheme="majorHAnsi"/>
          <w:lang w:val="pl-PL"/>
        </w:rPr>
        <w:t xml:space="preserve">nejen spolupráce všech dotčených obcí, ale </w:t>
      </w:r>
      <w:r w:rsidRPr="009812F8">
        <w:rPr>
          <w:rFonts w:asciiTheme="majorHAnsi" w:hAnsiTheme="majorHAnsi" w:cstheme="majorHAnsi"/>
          <w:lang w:val="pl-PL"/>
        </w:rPr>
        <w:t>i možnost zapojení místních škol, spolků a dobrovolníků do údržby jednotlivých částí areálu (např. péče o sad, monitoring živočichů, údržba stezek a budek). Tímto způsobem bude lokalita nejen vzdělávacím prostorem, ale i přirozeným centrem komunitního dění.</w:t>
      </w:r>
    </w:p>
    <w:p w14:paraId="4D4524D4" w14:textId="77777777" w:rsidR="00AF37B1" w:rsidRPr="009812F8" w:rsidRDefault="00D675B2">
      <w:pPr>
        <w:rPr>
          <w:rFonts w:asciiTheme="majorHAnsi" w:hAnsiTheme="majorHAnsi" w:cstheme="majorHAnsi"/>
          <w:lang w:val="pl-PL"/>
        </w:rPr>
      </w:pPr>
      <w:r w:rsidRPr="009812F8">
        <w:rPr>
          <w:rFonts w:asciiTheme="majorHAnsi" w:hAnsiTheme="majorHAnsi" w:cstheme="majorHAnsi"/>
          <w:lang w:val="pl-PL"/>
        </w:rPr>
        <w:t>Naučná stezka bude doplněna o QR kódy s přístupem k rozšířeným informacím – zvukové záznamy ptáků, fotografie biotopů v různých ročních obdobích nebo interaktivní mapy. To umožní návštěvníkům zapojit se aktivněji a prohloubit si zážitek.</w:t>
      </w:r>
    </w:p>
    <w:p w14:paraId="70A2B639" w14:textId="77777777" w:rsidR="00AF37B1" w:rsidRPr="009812F8" w:rsidRDefault="00D675B2">
      <w:pPr>
        <w:rPr>
          <w:rFonts w:asciiTheme="majorHAnsi" w:hAnsiTheme="majorHAnsi" w:cstheme="majorHAnsi"/>
          <w:lang w:val="pl-PL"/>
        </w:rPr>
      </w:pPr>
      <w:r w:rsidRPr="009812F8">
        <w:rPr>
          <w:rFonts w:asciiTheme="majorHAnsi" w:hAnsiTheme="majorHAnsi" w:cstheme="majorHAnsi"/>
          <w:lang w:val="pl-PL"/>
        </w:rPr>
        <w:t>Navržené zásahy (výsadba stromů, budování tůní, květnaté louky) mají pozitivní dopad na zadržování vody v krajině, snižování teplotních výkyvů a zlepšení mikroklimatu lokality. Projekt tak přispívá k adaptaci na změnu klimatu a zvyšuje ekologickou odolnost regionu.</w:t>
      </w:r>
    </w:p>
    <w:p w14:paraId="2D35A76A" w14:textId="12DBB20F" w:rsidR="00AF37B1" w:rsidRPr="009812F8" w:rsidRDefault="00D675B2">
      <w:pPr>
        <w:rPr>
          <w:rFonts w:asciiTheme="majorHAnsi" w:hAnsiTheme="majorHAnsi" w:cstheme="majorHAnsi"/>
          <w:lang w:val="pl-PL"/>
        </w:rPr>
      </w:pPr>
      <w:r w:rsidRPr="009812F8">
        <w:rPr>
          <w:rFonts w:asciiTheme="majorHAnsi" w:hAnsiTheme="majorHAnsi" w:cstheme="majorHAnsi"/>
          <w:lang w:val="pl-PL"/>
        </w:rPr>
        <w:t>Prostřednictvím spolupráce s odborníky bude projekt</w:t>
      </w:r>
      <w:r w:rsidR="00400546" w:rsidRPr="009812F8">
        <w:rPr>
          <w:rFonts w:asciiTheme="majorHAnsi" w:hAnsiTheme="majorHAnsi" w:cstheme="majorHAnsi"/>
          <w:lang w:val="pl-PL"/>
        </w:rPr>
        <w:t xml:space="preserve"> dotčenými obcemi</w:t>
      </w:r>
      <w:r w:rsidRPr="009812F8">
        <w:rPr>
          <w:rFonts w:asciiTheme="majorHAnsi" w:hAnsiTheme="majorHAnsi" w:cstheme="majorHAnsi"/>
          <w:lang w:val="pl-PL"/>
        </w:rPr>
        <w:t xml:space="preserve"> průběžně vyhodnocován a upravován dle výsledků terénních pozorování. Výstupy budou zpřístupněny obci a partnerům, aby bylo možné sledovat vývoj biodiverzity a úspěšnost jednotlivých zásahů.</w:t>
      </w:r>
    </w:p>
    <w:p w14:paraId="7E6446F9" w14:textId="77777777" w:rsidR="00AF37B1" w:rsidRPr="009812F8" w:rsidRDefault="00D675B2">
      <w:pPr>
        <w:rPr>
          <w:rFonts w:asciiTheme="majorHAnsi" w:hAnsiTheme="majorHAnsi" w:cstheme="majorHAnsi"/>
          <w:lang w:val="pl-PL"/>
        </w:rPr>
      </w:pPr>
      <w:r w:rsidRPr="009812F8">
        <w:rPr>
          <w:rFonts w:asciiTheme="majorHAnsi" w:hAnsiTheme="majorHAnsi" w:cstheme="majorHAnsi"/>
          <w:lang w:val="pl-PL"/>
        </w:rPr>
        <w:t>Křenkova zahrada se tak stane nejen útočištěm pro přírodu, ale také přístupným prostorem pro vzdělávání, odpočinek a meziobecní spolupráci, s důrazem na trvale udržitelný rozvoj kulturní krajiny Beskyd.</w:t>
      </w:r>
    </w:p>
    <w:p w14:paraId="6803CADF" w14:textId="77777777" w:rsidR="00AF37B1" w:rsidRPr="009812F8" w:rsidRDefault="00AF37B1" w:rsidP="00BB6B05">
      <w:pPr>
        <w:rPr>
          <w:rFonts w:asciiTheme="majorHAnsi" w:hAnsiTheme="majorHAnsi" w:cstheme="majorHAnsi"/>
          <w:lang w:val="pl-PL"/>
        </w:rPr>
      </w:pPr>
    </w:p>
    <w:p w14:paraId="74D0E996" w14:textId="45BBAF89" w:rsidR="006301DB" w:rsidRPr="009812F8" w:rsidRDefault="006301DB" w:rsidP="00B127C8">
      <w:pPr>
        <w:rPr>
          <w:rFonts w:asciiTheme="majorHAnsi" w:hAnsiTheme="majorHAnsi" w:cstheme="majorHAnsi"/>
          <w:b/>
          <w:bCs/>
          <w:lang w:val="pl-PL"/>
        </w:rPr>
      </w:pPr>
      <w:r w:rsidRPr="009812F8">
        <w:rPr>
          <w:rFonts w:asciiTheme="majorHAnsi" w:hAnsiTheme="majorHAnsi" w:cstheme="majorHAnsi"/>
          <w:b/>
          <w:bCs/>
          <w:lang w:val="pl-PL"/>
        </w:rPr>
        <w:t>PŘÍPRAVA PROJEKTU A ODBORNÁ SPOLUPRÁCE</w:t>
      </w:r>
    </w:p>
    <w:p w14:paraId="59CA0834" w14:textId="11BEA894" w:rsidR="006301DB" w:rsidRPr="009812F8" w:rsidRDefault="006301DB" w:rsidP="006301DB">
      <w:pPr>
        <w:jc w:val="both"/>
        <w:rPr>
          <w:rFonts w:asciiTheme="majorHAnsi" w:hAnsiTheme="majorHAnsi" w:cstheme="majorHAnsi"/>
          <w:b/>
          <w:bCs/>
          <w:szCs w:val="24"/>
        </w:rPr>
      </w:pPr>
      <w:r w:rsidRPr="009812F8">
        <w:rPr>
          <w:rFonts w:asciiTheme="majorHAnsi" w:hAnsiTheme="majorHAnsi" w:cstheme="majorHAnsi"/>
          <w:b/>
          <w:bCs/>
          <w:szCs w:val="24"/>
        </w:rPr>
        <w:t xml:space="preserve">Projekt a </w:t>
      </w:r>
      <w:proofErr w:type="spellStart"/>
      <w:r w:rsidRPr="009812F8">
        <w:rPr>
          <w:rFonts w:asciiTheme="majorHAnsi" w:hAnsiTheme="majorHAnsi" w:cstheme="majorHAnsi"/>
          <w:b/>
          <w:bCs/>
          <w:szCs w:val="24"/>
        </w:rPr>
        <w:t>jednotlivé</w:t>
      </w:r>
      <w:proofErr w:type="spellEnd"/>
      <w:r w:rsidRPr="009812F8">
        <w:rPr>
          <w:rFonts w:asciiTheme="majorHAnsi" w:hAnsiTheme="majorHAnsi" w:cstheme="majorHAnsi"/>
          <w:b/>
          <w:bCs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b/>
          <w:bCs/>
          <w:szCs w:val="24"/>
        </w:rPr>
        <w:t>plochy</w:t>
      </w:r>
      <w:proofErr w:type="spellEnd"/>
      <w:r w:rsidRPr="009812F8">
        <w:rPr>
          <w:rFonts w:asciiTheme="majorHAnsi" w:hAnsiTheme="majorHAnsi" w:cstheme="majorHAnsi"/>
          <w:b/>
          <w:bCs/>
          <w:szCs w:val="24"/>
        </w:rPr>
        <w:t xml:space="preserve"> by </w:t>
      </w:r>
      <w:proofErr w:type="spellStart"/>
      <w:r w:rsidRPr="009812F8">
        <w:rPr>
          <w:rFonts w:asciiTheme="majorHAnsi" w:hAnsiTheme="majorHAnsi" w:cstheme="majorHAnsi"/>
          <w:b/>
          <w:bCs/>
          <w:szCs w:val="24"/>
        </w:rPr>
        <w:t>byly</w:t>
      </w:r>
      <w:proofErr w:type="spellEnd"/>
      <w:r w:rsidRPr="009812F8">
        <w:rPr>
          <w:rFonts w:asciiTheme="majorHAnsi" w:hAnsiTheme="majorHAnsi" w:cstheme="majorHAnsi"/>
          <w:b/>
          <w:bCs/>
          <w:szCs w:val="24"/>
        </w:rPr>
        <w:t xml:space="preserve"> </w:t>
      </w:r>
      <w:proofErr w:type="spellStart"/>
      <w:r w:rsidRPr="009812F8">
        <w:rPr>
          <w:rFonts w:asciiTheme="majorHAnsi" w:hAnsiTheme="majorHAnsi" w:cstheme="majorHAnsi"/>
          <w:b/>
          <w:bCs/>
          <w:szCs w:val="24"/>
        </w:rPr>
        <w:t>připravovány</w:t>
      </w:r>
      <w:proofErr w:type="spellEnd"/>
      <w:r w:rsidRPr="009812F8">
        <w:rPr>
          <w:rFonts w:asciiTheme="majorHAnsi" w:hAnsiTheme="majorHAnsi" w:cstheme="majorHAnsi"/>
          <w:b/>
          <w:bCs/>
          <w:szCs w:val="24"/>
        </w:rPr>
        <w:t xml:space="preserve"> a </w:t>
      </w:r>
      <w:proofErr w:type="spellStart"/>
      <w:r w:rsidRPr="009812F8">
        <w:rPr>
          <w:rFonts w:asciiTheme="majorHAnsi" w:hAnsiTheme="majorHAnsi" w:cstheme="majorHAnsi"/>
          <w:b/>
          <w:bCs/>
          <w:szCs w:val="24"/>
        </w:rPr>
        <w:t>konzultovány</w:t>
      </w:r>
      <w:proofErr w:type="spellEnd"/>
      <w:r w:rsidRPr="009812F8">
        <w:rPr>
          <w:rFonts w:asciiTheme="majorHAnsi" w:hAnsiTheme="majorHAnsi" w:cstheme="majorHAnsi"/>
          <w:b/>
          <w:bCs/>
          <w:szCs w:val="24"/>
        </w:rPr>
        <w:t xml:space="preserve"> s </w:t>
      </w:r>
      <w:proofErr w:type="spellStart"/>
      <w:r w:rsidRPr="009812F8">
        <w:rPr>
          <w:rFonts w:asciiTheme="majorHAnsi" w:hAnsiTheme="majorHAnsi" w:cstheme="majorHAnsi"/>
          <w:b/>
          <w:bCs/>
          <w:szCs w:val="24"/>
        </w:rPr>
        <w:t>odborníky</w:t>
      </w:r>
      <w:proofErr w:type="spellEnd"/>
      <w:r w:rsidRPr="009812F8">
        <w:rPr>
          <w:rFonts w:asciiTheme="majorHAnsi" w:hAnsiTheme="majorHAnsi" w:cstheme="majorHAnsi"/>
          <w:b/>
          <w:bCs/>
          <w:szCs w:val="24"/>
        </w:rPr>
        <w:t>:</w:t>
      </w:r>
    </w:p>
    <w:p w14:paraId="36A98E01" w14:textId="1C193BAE" w:rsidR="006301DB" w:rsidRPr="009812F8" w:rsidRDefault="006301DB" w:rsidP="006301DB">
      <w:pPr>
        <w:numPr>
          <w:ilvl w:val="0"/>
          <w:numId w:val="5"/>
        </w:numPr>
        <w:jc w:val="both"/>
        <w:rPr>
          <w:rFonts w:asciiTheme="majorHAnsi" w:hAnsiTheme="majorHAnsi" w:cstheme="majorHAnsi"/>
        </w:rPr>
      </w:pPr>
      <w:proofErr w:type="spellStart"/>
      <w:r w:rsidRPr="009812F8">
        <w:rPr>
          <w:rFonts w:asciiTheme="majorHAnsi" w:hAnsiTheme="majorHAnsi" w:cstheme="majorHAnsi"/>
        </w:rPr>
        <w:t>Tvarování</w:t>
      </w:r>
      <w:proofErr w:type="spellEnd"/>
      <w:r w:rsidRPr="009812F8">
        <w:rPr>
          <w:rFonts w:asciiTheme="majorHAnsi" w:hAnsiTheme="majorHAnsi" w:cstheme="majorHAnsi"/>
        </w:rPr>
        <w:t xml:space="preserve"> </w:t>
      </w:r>
      <w:proofErr w:type="spellStart"/>
      <w:r w:rsidRPr="009812F8">
        <w:rPr>
          <w:rFonts w:asciiTheme="majorHAnsi" w:hAnsiTheme="majorHAnsi" w:cstheme="majorHAnsi"/>
        </w:rPr>
        <w:t>stromů</w:t>
      </w:r>
      <w:proofErr w:type="spellEnd"/>
      <w:r w:rsidRPr="009812F8">
        <w:rPr>
          <w:rFonts w:asciiTheme="majorHAnsi" w:hAnsiTheme="majorHAnsi" w:cstheme="majorHAnsi"/>
        </w:rPr>
        <w:t xml:space="preserve">, </w:t>
      </w:r>
      <w:proofErr w:type="spellStart"/>
      <w:r w:rsidRPr="009812F8">
        <w:rPr>
          <w:rFonts w:asciiTheme="majorHAnsi" w:hAnsiTheme="majorHAnsi" w:cstheme="majorHAnsi"/>
        </w:rPr>
        <w:t>úprava</w:t>
      </w:r>
      <w:proofErr w:type="spellEnd"/>
      <w:r w:rsidRPr="009812F8">
        <w:rPr>
          <w:rFonts w:asciiTheme="majorHAnsi" w:hAnsiTheme="majorHAnsi" w:cstheme="majorHAnsi"/>
        </w:rPr>
        <w:t xml:space="preserve"> </w:t>
      </w:r>
      <w:proofErr w:type="spellStart"/>
      <w:r w:rsidRPr="009812F8">
        <w:rPr>
          <w:rFonts w:asciiTheme="majorHAnsi" w:hAnsiTheme="majorHAnsi" w:cstheme="majorHAnsi"/>
        </w:rPr>
        <w:t>lesa</w:t>
      </w:r>
      <w:proofErr w:type="spellEnd"/>
      <w:r w:rsidRPr="009812F8">
        <w:rPr>
          <w:rFonts w:asciiTheme="majorHAnsi" w:hAnsiTheme="majorHAnsi" w:cstheme="majorHAnsi"/>
        </w:rPr>
        <w:t xml:space="preserve"> a </w:t>
      </w:r>
      <w:proofErr w:type="spellStart"/>
      <w:r w:rsidRPr="009812F8">
        <w:rPr>
          <w:rFonts w:asciiTheme="majorHAnsi" w:hAnsiTheme="majorHAnsi" w:cstheme="majorHAnsi"/>
        </w:rPr>
        <w:t>broukoviště</w:t>
      </w:r>
      <w:proofErr w:type="spellEnd"/>
      <w:r w:rsidRPr="009812F8">
        <w:rPr>
          <w:rFonts w:asciiTheme="majorHAnsi" w:hAnsiTheme="majorHAnsi" w:cstheme="majorHAnsi"/>
        </w:rPr>
        <w:t>: Mgr. Lukáš Čížek, Ph.D.</w:t>
      </w:r>
    </w:p>
    <w:p w14:paraId="21B99169" w14:textId="77777777" w:rsidR="006301DB" w:rsidRPr="009812F8" w:rsidRDefault="006301DB" w:rsidP="006301DB">
      <w:pPr>
        <w:numPr>
          <w:ilvl w:val="0"/>
          <w:numId w:val="5"/>
        </w:numPr>
        <w:jc w:val="both"/>
        <w:rPr>
          <w:rFonts w:asciiTheme="majorHAnsi" w:hAnsiTheme="majorHAnsi" w:cstheme="majorHAnsi"/>
        </w:rPr>
      </w:pPr>
      <w:r w:rsidRPr="009812F8">
        <w:rPr>
          <w:rFonts w:asciiTheme="majorHAnsi" w:hAnsiTheme="majorHAnsi" w:cstheme="majorHAnsi"/>
        </w:rPr>
        <w:t xml:space="preserve">Monitoring </w:t>
      </w:r>
      <w:proofErr w:type="spellStart"/>
      <w:r w:rsidRPr="009812F8">
        <w:rPr>
          <w:rFonts w:asciiTheme="majorHAnsi" w:hAnsiTheme="majorHAnsi" w:cstheme="majorHAnsi"/>
        </w:rPr>
        <w:t>vodních</w:t>
      </w:r>
      <w:proofErr w:type="spellEnd"/>
      <w:r w:rsidRPr="009812F8">
        <w:rPr>
          <w:rFonts w:asciiTheme="majorHAnsi" w:hAnsiTheme="majorHAnsi" w:cstheme="majorHAnsi"/>
        </w:rPr>
        <w:t xml:space="preserve"> </w:t>
      </w:r>
      <w:proofErr w:type="spellStart"/>
      <w:r w:rsidRPr="009812F8">
        <w:rPr>
          <w:rFonts w:asciiTheme="majorHAnsi" w:hAnsiTheme="majorHAnsi" w:cstheme="majorHAnsi"/>
        </w:rPr>
        <w:t>ploch</w:t>
      </w:r>
      <w:proofErr w:type="spellEnd"/>
      <w:r w:rsidRPr="009812F8">
        <w:rPr>
          <w:rFonts w:asciiTheme="majorHAnsi" w:hAnsiTheme="majorHAnsi" w:cstheme="majorHAnsi"/>
        </w:rPr>
        <w:t xml:space="preserve">: </w:t>
      </w:r>
      <w:proofErr w:type="spellStart"/>
      <w:r w:rsidRPr="009812F8">
        <w:rPr>
          <w:rFonts w:asciiTheme="majorHAnsi" w:hAnsiTheme="majorHAnsi" w:cstheme="majorHAnsi"/>
        </w:rPr>
        <w:t>RNDr</w:t>
      </w:r>
      <w:proofErr w:type="spellEnd"/>
      <w:r w:rsidRPr="009812F8">
        <w:rPr>
          <w:rFonts w:asciiTheme="majorHAnsi" w:hAnsiTheme="majorHAnsi" w:cstheme="majorHAnsi"/>
        </w:rPr>
        <w:t>. Ing. Vojtěch Kolář, Ph.D.</w:t>
      </w:r>
    </w:p>
    <w:p w14:paraId="670C22D6" w14:textId="77777777" w:rsidR="006301DB" w:rsidRPr="009812F8" w:rsidRDefault="006301DB" w:rsidP="006301DB">
      <w:pPr>
        <w:numPr>
          <w:ilvl w:val="0"/>
          <w:numId w:val="5"/>
        </w:numPr>
        <w:jc w:val="both"/>
        <w:rPr>
          <w:rFonts w:asciiTheme="majorHAnsi" w:hAnsiTheme="majorHAnsi" w:cstheme="majorHAnsi"/>
          <w:b/>
          <w:bCs/>
        </w:rPr>
      </w:pPr>
      <w:r w:rsidRPr="009812F8">
        <w:rPr>
          <w:rFonts w:asciiTheme="majorHAnsi" w:hAnsiTheme="majorHAnsi" w:cstheme="majorHAnsi"/>
          <w:lang w:val="pl-PL"/>
        </w:rPr>
        <w:t xml:space="preserve">Entomologie motýlů a květnatých luk: RNDr. Zdeněk Faltýnek Fric, Ph.D., Doc. </w:t>
      </w:r>
      <w:r w:rsidRPr="009812F8">
        <w:rPr>
          <w:rFonts w:asciiTheme="majorHAnsi" w:hAnsiTheme="majorHAnsi" w:cstheme="majorHAnsi"/>
        </w:rPr>
        <w:t>Mgr. Martin Konvička, Ph.D.</w:t>
      </w:r>
    </w:p>
    <w:p w14:paraId="57A166B3" w14:textId="77777777" w:rsidR="006301DB" w:rsidRPr="009812F8" w:rsidRDefault="006301DB" w:rsidP="006301DB">
      <w:pPr>
        <w:numPr>
          <w:ilvl w:val="0"/>
          <w:numId w:val="5"/>
        </w:numPr>
        <w:jc w:val="both"/>
        <w:rPr>
          <w:rFonts w:asciiTheme="majorHAnsi" w:hAnsiTheme="majorHAnsi" w:cstheme="majorHAnsi"/>
        </w:rPr>
      </w:pPr>
      <w:proofErr w:type="spellStart"/>
      <w:r w:rsidRPr="009812F8">
        <w:rPr>
          <w:rFonts w:asciiTheme="majorHAnsi" w:hAnsiTheme="majorHAnsi" w:cstheme="majorHAnsi"/>
        </w:rPr>
        <w:t>Tvorba</w:t>
      </w:r>
      <w:proofErr w:type="spellEnd"/>
      <w:r w:rsidRPr="009812F8">
        <w:rPr>
          <w:rFonts w:asciiTheme="majorHAnsi" w:hAnsiTheme="majorHAnsi" w:cstheme="majorHAnsi"/>
        </w:rPr>
        <w:t xml:space="preserve"> </w:t>
      </w:r>
      <w:proofErr w:type="spellStart"/>
      <w:r w:rsidRPr="009812F8">
        <w:rPr>
          <w:rFonts w:asciiTheme="majorHAnsi" w:hAnsiTheme="majorHAnsi" w:cstheme="majorHAnsi"/>
        </w:rPr>
        <w:t>květnatých</w:t>
      </w:r>
      <w:proofErr w:type="spellEnd"/>
      <w:r w:rsidRPr="009812F8">
        <w:rPr>
          <w:rFonts w:asciiTheme="majorHAnsi" w:hAnsiTheme="majorHAnsi" w:cstheme="majorHAnsi"/>
        </w:rPr>
        <w:t xml:space="preserve"> </w:t>
      </w:r>
      <w:proofErr w:type="spellStart"/>
      <w:r w:rsidRPr="009812F8">
        <w:rPr>
          <w:rFonts w:asciiTheme="majorHAnsi" w:hAnsiTheme="majorHAnsi" w:cstheme="majorHAnsi"/>
        </w:rPr>
        <w:t>luk</w:t>
      </w:r>
      <w:proofErr w:type="spellEnd"/>
      <w:r w:rsidRPr="009812F8">
        <w:rPr>
          <w:rFonts w:asciiTheme="majorHAnsi" w:hAnsiTheme="majorHAnsi" w:cstheme="majorHAnsi"/>
        </w:rPr>
        <w:t xml:space="preserve"> s </w:t>
      </w:r>
      <w:proofErr w:type="spellStart"/>
      <w:r w:rsidRPr="009812F8">
        <w:rPr>
          <w:rFonts w:asciiTheme="majorHAnsi" w:hAnsiTheme="majorHAnsi" w:cstheme="majorHAnsi"/>
        </w:rPr>
        <w:t>návazností</w:t>
      </w:r>
      <w:proofErr w:type="spellEnd"/>
      <w:r w:rsidRPr="009812F8">
        <w:rPr>
          <w:rFonts w:asciiTheme="majorHAnsi" w:hAnsiTheme="majorHAnsi" w:cstheme="majorHAnsi"/>
        </w:rPr>
        <w:t xml:space="preserve"> </w:t>
      </w:r>
      <w:proofErr w:type="spellStart"/>
      <w:r w:rsidRPr="009812F8">
        <w:rPr>
          <w:rFonts w:asciiTheme="majorHAnsi" w:hAnsiTheme="majorHAnsi" w:cstheme="majorHAnsi"/>
        </w:rPr>
        <w:t>na</w:t>
      </w:r>
      <w:proofErr w:type="spellEnd"/>
      <w:r w:rsidRPr="009812F8">
        <w:rPr>
          <w:rFonts w:asciiTheme="majorHAnsi" w:hAnsiTheme="majorHAnsi" w:cstheme="majorHAnsi"/>
        </w:rPr>
        <w:t xml:space="preserve"> </w:t>
      </w:r>
      <w:proofErr w:type="spellStart"/>
      <w:r w:rsidRPr="009812F8">
        <w:rPr>
          <w:rFonts w:asciiTheme="majorHAnsi" w:hAnsiTheme="majorHAnsi" w:cstheme="majorHAnsi"/>
        </w:rPr>
        <w:t>hmyzí</w:t>
      </w:r>
      <w:proofErr w:type="spellEnd"/>
      <w:r w:rsidRPr="009812F8">
        <w:rPr>
          <w:rFonts w:asciiTheme="majorHAnsi" w:hAnsiTheme="majorHAnsi" w:cstheme="majorHAnsi"/>
        </w:rPr>
        <w:t xml:space="preserve"> </w:t>
      </w:r>
      <w:proofErr w:type="spellStart"/>
      <w:r w:rsidRPr="009812F8">
        <w:rPr>
          <w:rFonts w:asciiTheme="majorHAnsi" w:hAnsiTheme="majorHAnsi" w:cstheme="majorHAnsi"/>
        </w:rPr>
        <w:t>společenství</w:t>
      </w:r>
      <w:proofErr w:type="spellEnd"/>
      <w:r w:rsidRPr="009812F8">
        <w:rPr>
          <w:rFonts w:asciiTheme="majorHAnsi" w:hAnsiTheme="majorHAnsi" w:cstheme="majorHAnsi"/>
        </w:rPr>
        <w:t xml:space="preserve">: </w:t>
      </w:r>
      <w:proofErr w:type="spellStart"/>
      <w:r w:rsidRPr="009812F8">
        <w:rPr>
          <w:rFonts w:asciiTheme="majorHAnsi" w:hAnsiTheme="majorHAnsi" w:cstheme="majorHAnsi"/>
        </w:rPr>
        <w:t>RNDr</w:t>
      </w:r>
      <w:proofErr w:type="spellEnd"/>
      <w:r w:rsidRPr="009812F8">
        <w:rPr>
          <w:rFonts w:asciiTheme="majorHAnsi" w:hAnsiTheme="majorHAnsi" w:cstheme="majorHAnsi"/>
        </w:rPr>
        <w:t>. Lukáš Spitzer Ph.D.</w:t>
      </w:r>
    </w:p>
    <w:p w14:paraId="65EDBDA3" w14:textId="77777777" w:rsidR="006301DB" w:rsidRPr="009812F8" w:rsidRDefault="006301DB" w:rsidP="006301DB">
      <w:pPr>
        <w:numPr>
          <w:ilvl w:val="0"/>
          <w:numId w:val="5"/>
        </w:numPr>
        <w:jc w:val="both"/>
        <w:rPr>
          <w:rFonts w:asciiTheme="majorHAnsi" w:hAnsiTheme="majorHAnsi" w:cstheme="majorHAnsi"/>
        </w:rPr>
      </w:pPr>
      <w:proofErr w:type="spellStart"/>
      <w:r w:rsidRPr="009812F8">
        <w:rPr>
          <w:rFonts w:asciiTheme="majorHAnsi" w:hAnsiTheme="majorHAnsi" w:cstheme="majorHAnsi"/>
        </w:rPr>
        <w:t>Ovocný</w:t>
      </w:r>
      <w:proofErr w:type="spellEnd"/>
      <w:r w:rsidRPr="009812F8">
        <w:rPr>
          <w:rFonts w:asciiTheme="majorHAnsi" w:hAnsiTheme="majorHAnsi" w:cstheme="majorHAnsi"/>
        </w:rPr>
        <w:t xml:space="preserve"> sad: </w:t>
      </w:r>
      <w:proofErr w:type="spellStart"/>
      <w:r w:rsidRPr="009812F8">
        <w:rPr>
          <w:rFonts w:asciiTheme="majorHAnsi" w:hAnsiTheme="majorHAnsi" w:cstheme="majorHAnsi"/>
        </w:rPr>
        <w:t>konzultace</w:t>
      </w:r>
      <w:proofErr w:type="spellEnd"/>
      <w:r w:rsidRPr="009812F8">
        <w:rPr>
          <w:rFonts w:asciiTheme="majorHAnsi" w:hAnsiTheme="majorHAnsi" w:cstheme="majorHAnsi"/>
        </w:rPr>
        <w:t xml:space="preserve"> a </w:t>
      </w:r>
      <w:proofErr w:type="spellStart"/>
      <w:r w:rsidRPr="009812F8">
        <w:rPr>
          <w:rFonts w:asciiTheme="majorHAnsi" w:hAnsiTheme="majorHAnsi" w:cstheme="majorHAnsi"/>
        </w:rPr>
        <w:t>realizace</w:t>
      </w:r>
      <w:proofErr w:type="spellEnd"/>
      <w:r w:rsidRPr="009812F8">
        <w:rPr>
          <w:rFonts w:asciiTheme="majorHAnsi" w:hAnsiTheme="majorHAnsi" w:cstheme="majorHAnsi"/>
        </w:rPr>
        <w:t>: Leoš Huml, </w:t>
      </w:r>
      <w:hyperlink w:history="1">
        <w:r w:rsidRPr="009812F8">
          <w:rPr>
            <w:rFonts w:asciiTheme="majorHAnsi" w:hAnsiTheme="majorHAnsi" w:cstheme="majorHAnsi"/>
          </w:rPr>
          <w:t>Ing. Ondřej Dovala (</w:t>
        </w:r>
        <w:proofErr w:type="spellStart"/>
      </w:hyperlink>
      <w:r w:rsidRPr="009812F8">
        <w:rPr>
          <w:rFonts w:asciiTheme="majorHAnsi" w:hAnsiTheme="majorHAnsi" w:cstheme="majorHAnsi"/>
        </w:rPr>
        <w:t>Řez</w:t>
      </w:r>
      <w:proofErr w:type="spellEnd"/>
      <w:r w:rsidRPr="009812F8">
        <w:rPr>
          <w:rFonts w:asciiTheme="majorHAnsi" w:hAnsiTheme="majorHAnsi" w:cstheme="majorHAnsi"/>
        </w:rPr>
        <w:t xml:space="preserve"> a </w:t>
      </w:r>
      <w:proofErr w:type="spellStart"/>
      <w:r w:rsidRPr="009812F8">
        <w:rPr>
          <w:rFonts w:asciiTheme="majorHAnsi" w:hAnsiTheme="majorHAnsi" w:cstheme="majorHAnsi"/>
        </w:rPr>
        <w:t>péče</w:t>
      </w:r>
      <w:proofErr w:type="spellEnd"/>
      <w:r w:rsidRPr="009812F8">
        <w:rPr>
          <w:rFonts w:asciiTheme="majorHAnsi" w:hAnsiTheme="majorHAnsi" w:cstheme="majorHAnsi"/>
        </w:rPr>
        <w:t xml:space="preserve"> o </w:t>
      </w:r>
      <w:proofErr w:type="spellStart"/>
      <w:r w:rsidRPr="009812F8">
        <w:rPr>
          <w:rFonts w:asciiTheme="majorHAnsi" w:hAnsiTheme="majorHAnsi" w:cstheme="majorHAnsi"/>
        </w:rPr>
        <w:t>ovocné</w:t>
      </w:r>
      <w:proofErr w:type="spellEnd"/>
      <w:r w:rsidRPr="009812F8">
        <w:rPr>
          <w:rFonts w:asciiTheme="majorHAnsi" w:hAnsiTheme="majorHAnsi" w:cstheme="majorHAnsi"/>
        </w:rPr>
        <w:t xml:space="preserve"> </w:t>
      </w:r>
      <w:proofErr w:type="spellStart"/>
      <w:r w:rsidRPr="009812F8">
        <w:rPr>
          <w:rFonts w:asciiTheme="majorHAnsi" w:hAnsiTheme="majorHAnsi" w:cstheme="majorHAnsi"/>
        </w:rPr>
        <w:t>stromy</w:t>
      </w:r>
      <w:proofErr w:type="spellEnd"/>
      <w:r w:rsidRPr="009812F8">
        <w:rPr>
          <w:rFonts w:asciiTheme="majorHAnsi" w:hAnsiTheme="majorHAnsi" w:cstheme="majorHAnsi"/>
        </w:rPr>
        <w:t>)</w:t>
      </w:r>
    </w:p>
    <w:p w14:paraId="6C910388" w14:textId="77777777" w:rsidR="006301DB" w:rsidRPr="009812F8" w:rsidRDefault="006301DB" w:rsidP="006301DB">
      <w:pPr>
        <w:numPr>
          <w:ilvl w:val="0"/>
          <w:numId w:val="5"/>
        </w:numPr>
        <w:jc w:val="both"/>
        <w:rPr>
          <w:rFonts w:asciiTheme="majorHAnsi" w:hAnsiTheme="majorHAnsi" w:cstheme="majorHAnsi"/>
          <w:szCs w:val="24"/>
        </w:rPr>
      </w:pPr>
      <w:proofErr w:type="spellStart"/>
      <w:r w:rsidRPr="009812F8">
        <w:rPr>
          <w:rFonts w:asciiTheme="majorHAnsi" w:hAnsiTheme="majorHAnsi" w:cstheme="majorHAnsi"/>
        </w:rPr>
        <w:t>Ornitologie</w:t>
      </w:r>
      <w:proofErr w:type="spellEnd"/>
      <w:r w:rsidRPr="009812F8">
        <w:rPr>
          <w:rFonts w:asciiTheme="majorHAnsi" w:hAnsiTheme="majorHAnsi" w:cstheme="majorHAnsi"/>
        </w:rPr>
        <w:t xml:space="preserve">, </w:t>
      </w:r>
      <w:proofErr w:type="spellStart"/>
      <w:r w:rsidRPr="009812F8">
        <w:rPr>
          <w:rFonts w:asciiTheme="majorHAnsi" w:hAnsiTheme="majorHAnsi" w:cstheme="majorHAnsi"/>
        </w:rPr>
        <w:t>astronomie</w:t>
      </w:r>
      <w:proofErr w:type="spellEnd"/>
      <w:r w:rsidRPr="009812F8">
        <w:rPr>
          <w:rFonts w:asciiTheme="majorHAnsi" w:hAnsiTheme="majorHAnsi" w:cstheme="majorHAnsi"/>
        </w:rPr>
        <w:t xml:space="preserve">: Jan Kondziolka </w:t>
      </w:r>
    </w:p>
    <w:p w14:paraId="3736EA45" w14:textId="77777777" w:rsidR="00A832FE" w:rsidRPr="009812F8" w:rsidRDefault="00A832FE">
      <w:pPr>
        <w:rPr>
          <w:rFonts w:asciiTheme="majorHAnsi" w:hAnsiTheme="majorHAnsi" w:cstheme="majorHAnsi"/>
          <w:b/>
          <w:bCs/>
          <w:lang w:val="pl-PL"/>
        </w:rPr>
      </w:pPr>
      <w:r w:rsidRPr="009812F8">
        <w:rPr>
          <w:rFonts w:asciiTheme="majorHAnsi" w:hAnsiTheme="majorHAnsi" w:cstheme="majorHAnsi"/>
          <w:b/>
          <w:bCs/>
          <w:lang w:val="pl-PL"/>
        </w:rPr>
        <w:br w:type="page"/>
      </w:r>
    </w:p>
    <w:p w14:paraId="748AB622" w14:textId="4005BD2B" w:rsidR="00AF37B1" w:rsidRPr="009812F8" w:rsidRDefault="00D675B2" w:rsidP="00B127C8">
      <w:pPr>
        <w:rPr>
          <w:rFonts w:asciiTheme="majorHAnsi" w:hAnsiTheme="majorHAnsi" w:cstheme="majorHAnsi"/>
          <w:b/>
          <w:bCs/>
          <w:lang w:val="pl-PL"/>
        </w:rPr>
      </w:pPr>
      <w:r w:rsidRPr="009812F8">
        <w:rPr>
          <w:rFonts w:asciiTheme="majorHAnsi" w:hAnsiTheme="majorHAnsi" w:cstheme="majorHAnsi"/>
          <w:b/>
          <w:bCs/>
          <w:lang w:val="pl-PL"/>
        </w:rPr>
        <w:lastRenderedPageBreak/>
        <w:t>REGIONÁLNÍ SPOLUPRÁCE</w:t>
      </w:r>
    </w:p>
    <w:p w14:paraId="087A307D" w14:textId="17B9BDA3" w:rsidR="00AF37B1" w:rsidRPr="009812F8" w:rsidRDefault="00400546" w:rsidP="00BB6B05">
      <w:pPr>
        <w:rPr>
          <w:rFonts w:asciiTheme="majorHAnsi" w:hAnsiTheme="majorHAnsi" w:cstheme="majorHAnsi"/>
          <w:lang w:val="pl-PL"/>
        </w:rPr>
      </w:pPr>
      <w:r w:rsidRPr="009812F8">
        <w:rPr>
          <w:rFonts w:asciiTheme="majorHAnsi" w:hAnsiTheme="majorHAnsi" w:cstheme="majorHAnsi"/>
          <w:lang w:val="pl-PL"/>
        </w:rPr>
        <w:t>P</w:t>
      </w:r>
      <w:r w:rsidR="00D675B2" w:rsidRPr="009812F8">
        <w:rPr>
          <w:rFonts w:asciiTheme="majorHAnsi" w:hAnsiTheme="majorHAnsi" w:cstheme="majorHAnsi"/>
          <w:lang w:val="pl-PL"/>
        </w:rPr>
        <w:t xml:space="preserve">rojekt </w:t>
      </w:r>
      <w:r w:rsidRPr="009812F8">
        <w:rPr>
          <w:rFonts w:asciiTheme="majorHAnsi" w:hAnsiTheme="majorHAnsi" w:cstheme="majorHAnsi"/>
          <w:lang w:val="pl-PL"/>
        </w:rPr>
        <w:t>je připravován</w:t>
      </w:r>
      <w:r w:rsidR="00D675B2" w:rsidRPr="009812F8">
        <w:rPr>
          <w:rFonts w:asciiTheme="majorHAnsi" w:hAnsiTheme="majorHAnsi" w:cstheme="majorHAnsi"/>
          <w:lang w:val="pl-PL"/>
        </w:rPr>
        <w:t xml:space="preserve"> a </w:t>
      </w:r>
      <w:r w:rsidRPr="009812F8">
        <w:rPr>
          <w:rFonts w:asciiTheme="majorHAnsi" w:hAnsiTheme="majorHAnsi" w:cstheme="majorHAnsi"/>
          <w:lang w:val="pl-PL"/>
        </w:rPr>
        <w:t xml:space="preserve">bude </w:t>
      </w:r>
      <w:r w:rsidR="00D675B2" w:rsidRPr="009812F8">
        <w:rPr>
          <w:rFonts w:asciiTheme="majorHAnsi" w:hAnsiTheme="majorHAnsi" w:cstheme="majorHAnsi"/>
          <w:lang w:val="pl-PL"/>
        </w:rPr>
        <w:t xml:space="preserve">realizován v úzké spolupráci </w:t>
      </w:r>
      <w:r w:rsidR="0060176C" w:rsidRPr="009812F8">
        <w:rPr>
          <w:rFonts w:asciiTheme="majorHAnsi" w:hAnsiTheme="majorHAnsi" w:cstheme="majorHAnsi"/>
          <w:lang w:val="pl-PL"/>
        </w:rPr>
        <w:t>obcí Kunčice pod Ondřejníkem,</w:t>
      </w:r>
      <w:r w:rsidR="00D675B2" w:rsidRPr="009812F8">
        <w:rPr>
          <w:rFonts w:asciiTheme="majorHAnsi" w:hAnsiTheme="majorHAnsi" w:cstheme="majorHAnsi"/>
          <w:lang w:val="pl-PL"/>
        </w:rPr>
        <w:t xml:space="preserve"> Tichá </w:t>
      </w:r>
      <w:r w:rsidR="0060176C" w:rsidRPr="009812F8">
        <w:rPr>
          <w:rFonts w:asciiTheme="majorHAnsi" w:hAnsiTheme="majorHAnsi" w:cstheme="majorHAnsi"/>
          <w:lang w:val="pl-PL"/>
        </w:rPr>
        <w:t xml:space="preserve">jako vlasníky pozemků </w:t>
      </w:r>
      <w:r w:rsidR="00D675B2" w:rsidRPr="009812F8">
        <w:rPr>
          <w:rFonts w:asciiTheme="majorHAnsi" w:hAnsiTheme="majorHAnsi" w:cstheme="majorHAnsi"/>
          <w:lang w:val="pl-PL"/>
        </w:rPr>
        <w:t xml:space="preserve">a </w:t>
      </w:r>
      <w:r w:rsidRPr="009812F8">
        <w:rPr>
          <w:rFonts w:asciiTheme="majorHAnsi" w:hAnsiTheme="majorHAnsi" w:cstheme="majorHAnsi"/>
          <w:lang w:val="pl-PL"/>
        </w:rPr>
        <w:t xml:space="preserve">bude plnohodnotně konzultován také s minoritním vlastníkem </w:t>
      </w:r>
      <w:r w:rsidR="00D675B2" w:rsidRPr="009812F8">
        <w:rPr>
          <w:rFonts w:asciiTheme="majorHAnsi" w:hAnsiTheme="majorHAnsi" w:cstheme="majorHAnsi"/>
          <w:lang w:val="pl-PL"/>
        </w:rPr>
        <w:t>městem Frenštát pod Radhoštěm.</w:t>
      </w:r>
    </w:p>
    <w:p w14:paraId="52A2E1E2" w14:textId="2A89EA8D" w:rsidR="00AF37B1" w:rsidRPr="009812F8" w:rsidRDefault="00D675B2" w:rsidP="00BB6B05">
      <w:pPr>
        <w:rPr>
          <w:rFonts w:asciiTheme="majorHAnsi" w:hAnsiTheme="majorHAnsi" w:cstheme="majorHAnsi"/>
          <w:lang w:val="pl-PL"/>
        </w:rPr>
      </w:pPr>
      <w:r w:rsidRPr="009812F8">
        <w:rPr>
          <w:rFonts w:asciiTheme="majorHAnsi" w:hAnsiTheme="majorHAnsi" w:cstheme="majorHAnsi"/>
          <w:lang w:val="pl-PL"/>
        </w:rPr>
        <w:t>Cílem bude spolupráce všech tří obcí</w:t>
      </w:r>
      <w:r w:rsidR="0060176C" w:rsidRPr="009812F8">
        <w:rPr>
          <w:rFonts w:asciiTheme="majorHAnsi" w:hAnsiTheme="majorHAnsi" w:cstheme="majorHAnsi"/>
          <w:lang w:val="pl-PL"/>
        </w:rPr>
        <w:t xml:space="preserve"> </w:t>
      </w:r>
      <w:r w:rsidRPr="009812F8">
        <w:rPr>
          <w:rFonts w:asciiTheme="majorHAnsi" w:hAnsiTheme="majorHAnsi" w:cstheme="majorHAnsi"/>
          <w:lang w:val="pl-PL"/>
        </w:rPr>
        <w:t>tak, aby tato plocha sloužila ku prospěchu všem občanům i turistům</w:t>
      </w:r>
      <w:r w:rsidR="0060176C" w:rsidRPr="009812F8">
        <w:rPr>
          <w:rFonts w:asciiTheme="majorHAnsi" w:hAnsiTheme="majorHAnsi" w:cstheme="majorHAnsi"/>
          <w:lang w:val="pl-PL"/>
        </w:rPr>
        <w:t xml:space="preserve"> nejen z tohoto regionu.</w:t>
      </w:r>
    </w:p>
    <w:p w14:paraId="4DC076F7" w14:textId="77777777" w:rsidR="00AF37B1" w:rsidRPr="009812F8" w:rsidRDefault="00AF37B1" w:rsidP="00BB6B05">
      <w:pPr>
        <w:rPr>
          <w:rFonts w:asciiTheme="majorHAnsi" w:hAnsiTheme="majorHAnsi" w:cstheme="majorHAnsi"/>
          <w:lang w:val="pl-PL"/>
        </w:rPr>
      </w:pPr>
    </w:p>
    <w:p w14:paraId="53101C2B" w14:textId="77777777" w:rsidR="00D369CA" w:rsidRPr="009812F8" w:rsidRDefault="00D369CA" w:rsidP="00BB6B05">
      <w:pPr>
        <w:rPr>
          <w:rFonts w:asciiTheme="majorHAnsi" w:hAnsiTheme="majorHAnsi" w:cstheme="majorHAnsi"/>
          <w:lang w:val="pl-PL"/>
        </w:rPr>
      </w:pPr>
    </w:p>
    <w:p w14:paraId="4B10C2CF" w14:textId="77777777" w:rsidR="00D369CA" w:rsidRPr="009812F8" w:rsidRDefault="00D369CA" w:rsidP="00BB6B05">
      <w:pPr>
        <w:rPr>
          <w:rFonts w:asciiTheme="majorHAnsi" w:hAnsiTheme="majorHAnsi" w:cstheme="majorHAnsi"/>
          <w:lang w:val="pl-PL"/>
        </w:rPr>
      </w:pPr>
    </w:p>
    <w:p w14:paraId="0B46BD20" w14:textId="77777777" w:rsidR="00D369CA" w:rsidRPr="009812F8" w:rsidRDefault="00D369CA" w:rsidP="00BB6B05">
      <w:pPr>
        <w:rPr>
          <w:rFonts w:asciiTheme="majorHAnsi" w:hAnsiTheme="majorHAnsi" w:cstheme="majorHAnsi"/>
          <w:lang w:val="pl-PL"/>
        </w:rPr>
      </w:pPr>
    </w:p>
    <w:p w14:paraId="226D0732" w14:textId="77777777" w:rsidR="00D369CA" w:rsidRPr="009812F8" w:rsidRDefault="00D369CA" w:rsidP="00BB6B05">
      <w:pPr>
        <w:rPr>
          <w:rFonts w:asciiTheme="majorHAnsi" w:hAnsiTheme="majorHAnsi" w:cstheme="majorHAnsi"/>
          <w:lang w:val="pl-PL"/>
        </w:rPr>
      </w:pPr>
    </w:p>
    <w:p w14:paraId="3030499F" w14:textId="7ABAAC6B" w:rsidR="00D369CA" w:rsidRPr="009812F8" w:rsidRDefault="00D369CA" w:rsidP="00BB6B05">
      <w:pPr>
        <w:rPr>
          <w:rFonts w:asciiTheme="majorHAnsi" w:hAnsiTheme="majorHAnsi" w:cstheme="majorHAnsi"/>
          <w:lang w:val="pl-PL"/>
        </w:rPr>
      </w:pPr>
      <w:r w:rsidRPr="009812F8">
        <w:rPr>
          <w:rFonts w:asciiTheme="majorHAnsi" w:hAnsiTheme="majorHAnsi" w:cstheme="majorHAnsi"/>
          <w:lang w:val="pl-PL"/>
        </w:rPr>
        <w:t>.....................................................</w:t>
      </w:r>
      <w:r w:rsidRPr="009812F8">
        <w:rPr>
          <w:rFonts w:asciiTheme="majorHAnsi" w:hAnsiTheme="majorHAnsi" w:cstheme="majorHAnsi"/>
          <w:lang w:val="pl-PL"/>
        </w:rPr>
        <w:tab/>
      </w:r>
      <w:r w:rsidRPr="009812F8">
        <w:rPr>
          <w:rFonts w:asciiTheme="majorHAnsi" w:hAnsiTheme="majorHAnsi" w:cstheme="majorHAnsi"/>
          <w:lang w:val="pl-PL"/>
        </w:rPr>
        <w:tab/>
      </w:r>
      <w:r w:rsidRPr="009812F8">
        <w:rPr>
          <w:rFonts w:asciiTheme="majorHAnsi" w:hAnsiTheme="majorHAnsi" w:cstheme="majorHAnsi"/>
          <w:lang w:val="pl-PL"/>
        </w:rPr>
        <w:tab/>
      </w:r>
      <w:r w:rsidRPr="009812F8">
        <w:rPr>
          <w:rFonts w:asciiTheme="majorHAnsi" w:hAnsiTheme="majorHAnsi" w:cstheme="majorHAnsi"/>
          <w:lang w:val="pl-PL"/>
        </w:rPr>
        <w:tab/>
        <w:t>........................................................</w:t>
      </w:r>
    </w:p>
    <w:p w14:paraId="0E827626" w14:textId="1A20B5AE" w:rsidR="00AF37B1" w:rsidRPr="009812F8" w:rsidRDefault="00D675B2" w:rsidP="00BB6B05">
      <w:pPr>
        <w:rPr>
          <w:rFonts w:asciiTheme="majorHAnsi" w:hAnsiTheme="majorHAnsi" w:cstheme="majorHAnsi"/>
          <w:lang w:val="pl-PL"/>
        </w:rPr>
      </w:pPr>
      <w:r w:rsidRPr="009812F8">
        <w:rPr>
          <w:rFonts w:asciiTheme="majorHAnsi" w:hAnsiTheme="majorHAnsi" w:cstheme="majorHAnsi"/>
          <w:lang w:val="pl-PL"/>
        </w:rPr>
        <w:t>Dne</w:t>
      </w:r>
      <w:r w:rsidR="00C54894" w:rsidRPr="009812F8">
        <w:rPr>
          <w:rFonts w:asciiTheme="majorHAnsi" w:hAnsiTheme="majorHAnsi" w:cstheme="majorHAnsi"/>
          <w:lang w:val="pl-PL"/>
        </w:rPr>
        <w:t xml:space="preserve"> ...........</w:t>
      </w:r>
      <w:r w:rsidRPr="009812F8">
        <w:rPr>
          <w:rFonts w:asciiTheme="majorHAnsi" w:hAnsiTheme="majorHAnsi" w:cstheme="majorHAnsi"/>
          <w:lang w:val="pl-PL"/>
        </w:rPr>
        <w:t xml:space="preserve"> </w:t>
      </w:r>
      <w:r w:rsidR="0060176C" w:rsidRPr="009812F8">
        <w:rPr>
          <w:rFonts w:asciiTheme="majorHAnsi" w:hAnsiTheme="majorHAnsi" w:cstheme="majorHAnsi"/>
          <w:lang w:val="pl-PL"/>
        </w:rPr>
        <w:t>za</w:t>
      </w:r>
      <w:r w:rsidRPr="009812F8">
        <w:rPr>
          <w:rFonts w:asciiTheme="majorHAnsi" w:hAnsiTheme="majorHAnsi" w:cstheme="majorHAnsi"/>
          <w:lang w:val="pl-PL"/>
        </w:rPr>
        <w:t> </w:t>
      </w:r>
      <w:r w:rsidR="00C54894" w:rsidRPr="009812F8">
        <w:rPr>
          <w:rFonts w:asciiTheme="majorHAnsi" w:hAnsiTheme="majorHAnsi" w:cstheme="majorHAnsi"/>
          <w:lang w:val="pl-PL"/>
        </w:rPr>
        <w:t xml:space="preserve">Obec </w:t>
      </w:r>
      <w:r w:rsidRPr="009812F8">
        <w:rPr>
          <w:rFonts w:asciiTheme="majorHAnsi" w:hAnsiTheme="majorHAnsi" w:cstheme="majorHAnsi"/>
          <w:lang w:val="pl-PL"/>
        </w:rPr>
        <w:t>Kunčic</w:t>
      </w:r>
      <w:r w:rsidR="0060176C" w:rsidRPr="009812F8">
        <w:rPr>
          <w:rFonts w:asciiTheme="majorHAnsi" w:hAnsiTheme="majorHAnsi" w:cstheme="majorHAnsi"/>
          <w:lang w:val="pl-PL"/>
        </w:rPr>
        <w:t>e</w:t>
      </w:r>
      <w:r w:rsidRPr="009812F8">
        <w:rPr>
          <w:rFonts w:asciiTheme="majorHAnsi" w:hAnsiTheme="majorHAnsi" w:cstheme="majorHAnsi"/>
          <w:lang w:val="pl-PL"/>
        </w:rPr>
        <w:t xml:space="preserve"> pod Ondřejníkem</w:t>
      </w:r>
      <w:r w:rsidR="0060176C" w:rsidRPr="009812F8">
        <w:rPr>
          <w:rFonts w:asciiTheme="majorHAnsi" w:hAnsiTheme="majorHAnsi" w:cstheme="majorHAnsi"/>
          <w:lang w:val="pl-PL"/>
        </w:rPr>
        <w:tab/>
      </w:r>
      <w:r w:rsidR="0060176C" w:rsidRPr="009812F8">
        <w:rPr>
          <w:rFonts w:asciiTheme="majorHAnsi" w:hAnsiTheme="majorHAnsi" w:cstheme="majorHAnsi"/>
          <w:lang w:val="pl-PL"/>
        </w:rPr>
        <w:tab/>
      </w:r>
      <w:r w:rsidR="0060176C" w:rsidRPr="009812F8">
        <w:rPr>
          <w:rFonts w:asciiTheme="majorHAnsi" w:hAnsiTheme="majorHAnsi" w:cstheme="majorHAnsi"/>
          <w:lang w:val="pl-PL"/>
        </w:rPr>
        <w:tab/>
        <w:t xml:space="preserve">Dne </w:t>
      </w:r>
      <w:r w:rsidR="00C54894" w:rsidRPr="009812F8">
        <w:rPr>
          <w:rFonts w:asciiTheme="majorHAnsi" w:hAnsiTheme="majorHAnsi" w:cstheme="majorHAnsi"/>
          <w:lang w:val="pl-PL"/>
        </w:rPr>
        <w:t>................</w:t>
      </w:r>
      <w:r w:rsidR="0060176C" w:rsidRPr="009812F8">
        <w:rPr>
          <w:rFonts w:asciiTheme="majorHAnsi" w:hAnsiTheme="majorHAnsi" w:cstheme="majorHAnsi"/>
          <w:lang w:val="pl-PL"/>
        </w:rPr>
        <w:t xml:space="preserve"> </w:t>
      </w:r>
      <w:r w:rsidR="00C54894" w:rsidRPr="009812F8">
        <w:rPr>
          <w:rFonts w:asciiTheme="majorHAnsi" w:hAnsiTheme="majorHAnsi" w:cstheme="majorHAnsi"/>
          <w:lang w:val="pl-PL"/>
        </w:rPr>
        <w:t xml:space="preserve"> </w:t>
      </w:r>
      <w:r w:rsidR="0060176C" w:rsidRPr="009812F8">
        <w:rPr>
          <w:rFonts w:asciiTheme="majorHAnsi" w:hAnsiTheme="majorHAnsi" w:cstheme="majorHAnsi"/>
          <w:lang w:val="pl-PL"/>
        </w:rPr>
        <w:t xml:space="preserve">za </w:t>
      </w:r>
      <w:r w:rsidR="00C54894" w:rsidRPr="009812F8">
        <w:rPr>
          <w:rFonts w:asciiTheme="majorHAnsi" w:hAnsiTheme="majorHAnsi" w:cstheme="majorHAnsi"/>
          <w:lang w:val="pl-PL"/>
        </w:rPr>
        <w:t xml:space="preserve">Obec </w:t>
      </w:r>
      <w:r w:rsidR="0060176C" w:rsidRPr="009812F8">
        <w:rPr>
          <w:rFonts w:asciiTheme="majorHAnsi" w:hAnsiTheme="majorHAnsi" w:cstheme="majorHAnsi"/>
          <w:lang w:val="pl-PL"/>
        </w:rPr>
        <w:t>Tich</w:t>
      </w:r>
      <w:r w:rsidR="00C54894" w:rsidRPr="009812F8">
        <w:rPr>
          <w:rFonts w:asciiTheme="majorHAnsi" w:hAnsiTheme="majorHAnsi" w:cstheme="majorHAnsi"/>
          <w:lang w:val="pl-PL"/>
        </w:rPr>
        <w:t>á</w:t>
      </w:r>
    </w:p>
    <w:p w14:paraId="3DFB41C8" w14:textId="66756C45" w:rsidR="00AF37B1" w:rsidRPr="009812F8" w:rsidRDefault="00D369CA" w:rsidP="00BB6B05">
      <w:pPr>
        <w:rPr>
          <w:rFonts w:asciiTheme="majorHAnsi" w:hAnsiTheme="majorHAnsi" w:cstheme="majorHAnsi"/>
          <w:lang w:val="pl-PL"/>
        </w:rPr>
      </w:pPr>
      <w:r w:rsidRPr="009812F8">
        <w:rPr>
          <w:rFonts w:asciiTheme="majorHAnsi" w:hAnsiTheme="majorHAnsi" w:cstheme="majorHAnsi"/>
          <w:lang w:val="pl-PL"/>
        </w:rPr>
        <w:t>Ing. Jiří Mikala</w:t>
      </w:r>
      <w:r w:rsidR="003440EB" w:rsidRPr="009812F8">
        <w:rPr>
          <w:rFonts w:asciiTheme="majorHAnsi" w:hAnsiTheme="majorHAnsi" w:cstheme="majorHAnsi"/>
          <w:lang w:val="pl-PL"/>
        </w:rPr>
        <w:t>, starosta obce</w:t>
      </w:r>
      <w:r w:rsidR="0060176C" w:rsidRPr="009812F8">
        <w:rPr>
          <w:rFonts w:asciiTheme="majorHAnsi" w:hAnsiTheme="majorHAnsi" w:cstheme="majorHAnsi"/>
          <w:lang w:val="pl-PL"/>
        </w:rPr>
        <w:tab/>
      </w:r>
      <w:r w:rsidR="0060176C" w:rsidRPr="009812F8">
        <w:rPr>
          <w:rFonts w:asciiTheme="majorHAnsi" w:hAnsiTheme="majorHAnsi" w:cstheme="majorHAnsi"/>
          <w:lang w:val="pl-PL"/>
        </w:rPr>
        <w:tab/>
      </w:r>
      <w:r w:rsidR="0060176C" w:rsidRPr="009812F8">
        <w:rPr>
          <w:rFonts w:asciiTheme="majorHAnsi" w:hAnsiTheme="majorHAnsi" w:cstheme="majorHAnsi"/>
          <w:lang w:val="pl-PL"/>
        </w:rPr>
        <w:tab/>
      </w:r>
      <w:r w:rsidR="0060176C" w:rsidRPr="009812F8">
        <w:rPr>
          <w:rFonts w:asciiTheme="majorHAnsi" w:hAnsiTheme="majorHAnsi" w:cstheme="majorHAnsi"/>
          <w:lang w:val="pl-PL"/>
        </w:rPr>
        <w:tab/>
      </w:r>
      <w:r w:rsidRPr="009812F8">
        <w:rPr>
          <w:rFonts w:asciiTheme="majorHAnsi" w:hAnsiTheme="majorHAnsi" w:cstheme="majorHAnsi"/>
          <w:lang w:val="pl-PL"/>
        </w:rPr>
        <w:tab/>
      </w:r>
      <w:r w:rsidR="0060176C" w:rsidRPr="009812F8">
        <w:rPr>
          <w:rFonts w:asciiTheme="majorHAnsi" w:hAnsiTheme="majorHAnsi" w:cstheme="majorHAnsi"/>
          <w:lang w:val="pl-PL"/>
        </w:rPr>
        <w:t>Mgr. Michaela Štefková, starostka obce</w:t>
      </w:r>
    </w:p>
    <w:p w14:paraId="389F3763" w14:textId="77777777" w:rsidR="004F4A5E" w:rsidRPr="009812F8" w:rsidRDefault="004F4A5E" w:rsidP="00BB6B05">
      <w:pPr>
        <w:rPr>
          <w:rFonts w:asciiTheme="majorHAnsi" w:hAnsiTheme="majorHAnsi" w:cstheme="majorHAnsi"/>
          <w:lang w:val="pl-PL"/>
        </w:rPr>
      </w:pPr>
    </w:p>
    <w:p w14:paraId="18A0C038" w14:textId="77777777" w:rsidR="004F4A5E" w:rsidRPr="009812F8" w:rsidRDefault="004F4A5E" w:rsidP="00BB6B05">
      <w:pPr>
        <w:rPr>
          <w:rFonts w:asciiTheme="majorHAnsi" w:hAnsiTheme="majorHAnsi" w:cstheme="majorHAnsi"/>
          <w:lang w:val="pl-PL"/>
        </w:rPr>
      </w:pPr>
    </w:p>
    <w:p w14:paraId="119B75C4" w14:textId="77777777" w:rsidR="004F4A5E" w:rsidRPr="009812F8" w:rsidRDefault="004F4A5E" w:rsidP="004F4A5E">
      <w:pPr>
        <w:rPr>
          <w:rFonts w:asciiTheme="majorHAnsi" w:hAnsiTheme="majorHAnsi" w:cstheme="majorHAnsi"/>
          <w:lang w:val="pl-PL"/>
        </w:rPr>
      </w:pPr>
    </w:p>
    <w:p w14:paraId="1401A9A3" w14:textId="77777777" w:rsidR="004F4A5E" w:rsidRPr="009812F8" w:rsidRDefault="004F4A5E" w:rsidP="004F4A5E">
      <w:pPr>
        <w:rPr>
          <w:rFonts w:asciiTheme="majorHAnsi" w:hAnsiTheme="majorHAnsi" w:cstheme="majorHAnsi"/>
          <w:lang w:val="pl-PL"/>
        </w:rPr>
      </w:pPr>
    </w:p>
    <w:p w14:paraId="1ED585FE" w14:textId="6BB2F188" w:rsidR="004F4A5E" w:rsidRPr="009812F8" w:rsidRDefault="004F4A5E" w:rsidP="004F4A5E">
      <w:pPr>
        <w:rPr>
          <w:rFonts w:asciiTheme="majorHAnsi" w:hAnsiTheme="majorHAnsi" w:cstheme="majorHAnsi"/>
          <w:lang w:val="pl-PL"/>
        </w:rPr>
      </w:pPr>
      <w:r w:rsidRPr="009812F8">
        <w:rPr>
          <w:rFonts w:asciiTheme="majorHAnsi" w:hAnsiTheme="majorHAnsi" w:cstheme="majorHAnsi"/>
          <w:lang w:val="pl-PL"/>
        </w:rPr>
        <w:t>.....................................................</w:t>
      </w:r>
      <w:r w:rsidRPr="009812F8">
        <w:rPr>
          <w:rFonts w:asciiTheme="majorHAnsi" w:hAnsiTheme="majorHAnsi" w:cstheme="majorHAnsi"/>
          <w:lang w:val="pl-PL"/>
        </w:rPr>
        <w:tab/>
      </w:r>
    </w:p>
    <w:p w14:paraId="00822876" w14:textId="5D144614" w:rsidR="004F4A5E" w:rsidRPr="009812F8" w:rsidRDefault="004F4A5E" w:rsidP="004F4A5E">
      <w:pPr>
        <w:rPr>
          <w:rFonts w:asciiTheme="majorHAnsi" w:hAnsiTheme="majorHAnsi" w:cstheme="majorHAnsi"/>
          <w:lang w:val="pl-PL"/>
        </w:rPr>
      </w:pPr>
      <w:r w:rsidRPr="009812F8">
        <w:rPr>
          <w:rFonts w:asciiTheme="majorHAnsi" w:hAnsiTheme="majorHAnsi" w:cstheme="majorHAnsi"/>
          <w:lang w:val="pl-PL"/>
        </w:rPr>
        <w:t xml:space="preserve">Dne </w:t>
      </w:r>
      <w:r w:rsidR="00C54894" w:rsidRPr="009812F8">
        <w:rPr>
          <w:rFonts w:asciiTheme="majorHAnsi" w:hAnsiTheme="majorHAnsi" w:cstheme="majorHAnsi"/>
          <w:lang w:val="pl-PL"/>
        </w:rPr>
        <w:t>.................</w:t>
      </w:r>
      <w:r w:rsidRPr="009812F8">
        <w:rPr>
          <w:rFonts w:asciiTheme="majorHAnsi" w:hAnsiTheme="majorHAnsi" w:cstheme="majorHAnsi"/>
          <w:lang w:val="pl-PL"/>
        </w:rPr>
        <w:t xml:space="preserve"> za </w:t>
      </w:r>
      <w:r w:rsidR="00C54894" w:rsidRPr="009812F8">
        <w:rPr>
          <w:rFonts w:asciiTheme="majorHAnsi" w:hAnsiTheme="majorHAnsi" w:cstheme="majorHAnsi"/>
          <w:lang w:val="pl-PL"/>
        </w:rPr>
        <w:t>Město Frenštát pod R</w:t>
      </w:r>
      <w:r w:rsidRPr="009812F8">
        <w:rPr>
          <w:rFonts w:asciiTheme="majorHAnsi" w:hAnsiTheme="majorHAnsi" w:cstheme="majorHAnsi"/>
          <w:lang w:val="pl-PL"/>
        </w:rPr>
        <w:t>adhoštěm</w:t>
      </w:r>
    </w:p>
    <w:p w14:paraId="1C56D969" w14:textId="25F8ACF9" w:rsidR="004F4A5E" w:rsidRPr="009812F8" w:rsidRDefault="004F4A5E" w:rsidP="004F4A5E">
      <w:pPr>
        <w:rPr>
          <w:rFonts w:asciiTheme="majorHAnsi" w:hAnsiTheme="majorHAnsi" w:cstheme="majorHAnsi"/>
          <w:lang w:val="pl-PL"/>
        </w:rPr>
      </w:pPr>
      <w:r w:rsidRPr="009812F8">
        <w:rPr>
          <w:rFonts w:asciiTheme="majorHAnsi" w:hAnsiTheme="majorHAnsi" w:cstheme="majorHAnsi"/>
          <w:lang w:val="pl-PL"/>
        </w:rPr>
        <w:t>Ing. Jan Rejman, starosta města</w:t>
      </w:r>
    </w:p>
    <w:p w14:paraId="595E4C21" w14:textId="77777777" w:rsidR="004F4A5E" w:rsidRPr="009812F8" w:rsidRDefault="004F4A5E" w:rsidP="00BB6B05">
      <w:pPr>
        <w:rPr>
          <w:rFonts w:asciiTheme="majorHAnsi" w:hAnsiTheme="majorHAnsi" w:cstheme="majorHAnsi"/>
          <w:lang w:val="pl-PL"/>
        </w:rPr>
      </w:pPr>
    </w:p>
    <w:sectPr w:rsidR="004F4A5E" w:rsidRPr="009812F8" w:rsidSect="00A832FE">
      <w:pgSz w:w="11906" w:h="16838"/>
      <w:pgMar w:top="993" w:right="849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A712E0C0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330797F"/>
    <w:multiLevelType w:val="hybridMultilevel"/>
    <w:tmpl w:val="9728787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DDF4F0B"/>
    <w:multiLevelType w:val="hybridMultilevel"/>
    <w:tmpl w:val="4B3A625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C0804AF"/>
    <w:multiLevelType w:val="hybridMultilevel"/>
    <w:tmpl w:val="982EC1D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A3B76B3"/>
    <w:multiLevelType w:val="hybridMultilevel"/>
    <w:tmpl w:val="105E54F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51594193">
    <w:abstractNumId w:val="8"/>
  </w:num>
  <w:num w:numId="2" w16cid:durableId="1745908862">
    <w:abstractNumId w:val="6"/>
  </w:num>
  <w:num w:numId="3" w16cid:durableId="632908110">
    <w:abstractNumId w:val="5"/>
  </w:num>
  <w:num w:numId="4" w16cid:durableId="868303392">
    <w:abstractNumId w:val="4"/>
  </w:num>
  <w:num w:numId="5" w16cid:durableId="704020016">
    <w:abstractNumId w:val="7"/>
  </w:num>
  <w:num w:numId="6" w16cid:durableId="1036735963">
    <w:abstractNumId w:val="3"/>
  </w:num>
  <w:num w:numId="7" w16cid:durableId="765805608">
    <w:abstractNumId w:val="2"/>
  </w:num>
  <w:num w:numId="8" w16cid:durableId="1362822608">
    <w:abstractNumId w:val="1"/>
  </w:num>
  <w:num w:numId="9" w16cid:durableId="712730856">
    <w:abstractNumId w:val="0"/>
  </w:num>
  <w:num w:numId="10" w16cid:durableId="551625099">
    <w:abstractNumId w:val="12"/>
  </w:num>
  <w:num w:numId="11" w16cid:durableId="542639485">
    <w:abstractNumId w:val="9"/>
  </w:num>
  <w:num w:numId="12" w16cid:durableId="525140840">
    <w:abstractNumId w:val="11"/>
  </w:num>
  <w:num w:numId="13" w16cid:durableId="20571948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71574"/>
    <w:rsid w:val="00095533"/>
    <w:rsid w:val="000A7EFB"/>
    <w:rsid w:val="0015074B"/>
    <w:rsid w:val="001E7E13"/>
    <w:rsid w:val="00235818"/>
    <w:rsid w:val="0029639D"/>
    <w:rsid w:val="00326F90"/>
    <w:rsid w:val="003440EB"/>
    <w:rsid w:val="00380991"/>
    <w:rsid w:val="00400546"/>
    <w:rsid w:val="00493E97"/>
    <w:rsid w:val="004C24A3"/>
    <w:rsid w:val="004F4A5E"/>
    <w:rsid w:val="00594610"/>
    <w:rsid w:val="005B2968"/>
    <w:rsid w:val="0060176C"/>
    <w:rsid w:val="006301DB"/>
    <w:rsid w:val="006527CC"/>
    <w:rsid w:val="006A12B9"/>
    <w:rsid w:val="006B4A28"/>
    <w:rsid w:val="006C1115"/>
    <w:rsid w:val="007040EC"/>
    <w:rsid w:val="00783F22"/>
    <w:rsid w:val="007B70B5"/>
    <w:rsid w:val="0083714B"/>
    <w:rsid w:val="0086426B"/>
    <w:rsid w:val="008D1211"/>
    <w:rsid w:val="009812F8"/>
    <w:rsid w:val="00A70A1C"/>
    <w:rsid w:val="00A805B7"/>
    <w:rsid w:val="00A832FE"/>
    <w:rsid w:val="00A93F08"/>
    <w:rsid w:val="00AA1D8D"/>
    <w:rsid w:val="00AA2327"/>
    <w:rsid w:val="00AF37B1"/>
    <w:rsid w:val="00B127C8"/>
    <w:rsid w:val="00B37F72"/>
    <w:rsid w:val="00B47730"/>
    <w:rsid w:val="00B60C35"/>
    <w:rsid w:val="00BD7BB2"/>
    <w:rsid w:val="00BF10F1"/>
    <w:rsid w:val="00C1509B"/>
    <w:rsid w:val="00C54894"/>
    <w:rsid w:val="00C664EB"/>
    <w:rsid w:val="00CB0664"/>
    <w:rsid w:val="00CC2A10"/>
    <w:rsid w:val="00D369CA"/>
    <w:rsid w:val="00D675B2"/>
    <w:rsid w:val="00DE6DDE"/>
    <w:rsid w:val="00DE74A9"/>
    <w:rsid w:val="00E04EFC"/>
    <w:rsid w:val="00EB7916"/>
    <w:rsid w:val="00F55F87"/>
    <w:rsid w:val="00F745BD"/>
    <w:rsid w:val="00FA649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B078806"/>
  <w15:docId w15:val="{4D25B58C-DDAB-4884-BF74-0DCE35837E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693F"/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567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1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8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38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2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47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2D45599-E487-47B0-B4C1-242F6B8A81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1835</TotalTime>
  <Pages>8</Pages>
  <Words>2403</Words>
  <Characters>14180</Characters>
  <Application>Microsoft Office Word</Application>
  <DocSecurity>0</DocSecurity>
  <Lines>118</Lines>
  <Paragraphs>33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16550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Petr Tryščuk</cp:lastModifiedBy>
  <cp:revision>9</cp:revision>
  <cp:lastPrinted>2025-07-07T12:43:00Z</cp:lastPrinted>
  <dcterms:created xsi:type="dcterms:W3CDTF">2025-06-23T12:46:00Z</dcterms:created>
  <dcterms:modified xsi:type="dcterms:W3CDTF">2025-09-06T07:36:00Z</dcterms:modified>
  <cp:category/>
</cp:coreProperties>
</file>